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Перемога</w:t>
      </w:r>
    </w:p>
    <w:p>
      <w:r>
        <w:br/>
        <w:t xml:space="preserve"> Співає півень я все мрію Лист на вітті&lt;br /&gt;</w:t>
        <w:br/>
        <w:t>Ворушиться немов та бідна матросня</w:t>
      </w:r>
    </w:p>
    <w:p>
      <w:r>
        <w:br/>
        <w:t>Крилаті і верткі неначе Лже-Ікар&lt;br /&gt;</w:t>
        <w:br/>
        <w:t>Сліпці комашаться прудкою мурашвою&lt;br /&gt;</w:t>
        <w:br/>
        <w:t>I виглядаються в калюжках тротуарних</w:t>
      </w:r>
    </w:p>
    <w:p>
      <w:r>
        <w:br/>
        <w:t>Не йди від мене говорющий діаманте&lt;br /&gt;</w:t>
        <w:br/>
        <w:t>Спи тут як дома тут усе твоє&lt;br /&gt;</w:t>
        <w:br/>
        <w:t>Це ліжко лампа ця моя пробита каска</w:t>
      </w:r>
    </w:p>
    <w:p>
      <w:r>
        <w:br/>
        <w:t>О погляди сапфіри ясного блиску-ряхту&lt;br /&gt;</w:t>
        <w:br/>
        <w:t>А дні були зі щирого смарагду</w:t>
      </w:r>
    </w:p>
    <w:p>
      <w:r>
        <w:br/>
        <w:t>Тебе я пам'ятаю о місто метеорів&lt;br /&gt;</w:t>
        <w:br/>
        <w:t>Безсонними ночами які скресали зорі&lt;br /&gt;</w:t>
        <w:br/>
        <w:t>В садах урочих сяєв букети рвать я звик</w:t>
      </w:r>
    </w:p>
    <w:p>
      <w:r>
        <w:br/>
        <w:t>Та годі вже лякати те небо майже хворе&lt;br /&gt;</w:t>
        <w:br/>
        <w:t>Ще мало в нас заїк</w:t>
      </w:r>
    </w:p>
    <w:p>
      <w:r>
        <w:br/>
        <w:t>Ви не можете собі навіть уявити&lt;br /&gt;</w:t>
        <w:br/>
        <w:t>Як успіх присипляє і оглуплює людей</w:t>
      </w:r>
    </w:p>
    <w:p>
      <w:r>
        <w:br/>
        <w:t>В інституті молодих сліпців якось питали&lt;br /&gt;</w:t>
        <w:br/>
        <w:t>Чи нема у вас крилатого сліпчука&lt;br /&gt;</w:t>
        <w:br/>
        <w:t>О уста людина шукає нової мови&lt;br /&gt;</w:t>
        <w:br/>
        <w:t>Де всім граматикам не буде що робити</w:t>
      </w:r>
    </w:p>
    <w:p>
      <w:r>
        <w:br/>
        <w:t>А ці старі мови от-от уже помруть&lt;br /&gt;</w:t>
        <w:br/>
        <w:t>І як поезія ще ними користується&lt;br /&gt;</w:t>
        <w:br/>
        <w:t>За звичкою мабуть а може з браку відваги</w:t>
      </w:r>
    </w:p>
    <w:p>
      <w:r>
        <w:br/>
        <w:t>Та вони вже як хворі без сили без волі&lt;br /&gt;</w:t>
        <w:br/>
        <w:t>Їй-богу люди швидко призвичаяться до німотu&lt;br /&gt;</w:t>
        <w:br/>
        <w:t>Адже у фільмах вистачає міміки</w:t>
      </w:r>
    </w:p>
    <w:p>
      <w:r>
        <w:br/>
        <w:t>А ми уперто говорім&lt;br /&gt;</w:t>
        <w:br/>
        <w:t>Крутімо язиком&lt;br /&gt;</w:t>
        <w:br/>
        <w:t>До болю до розпуки&lt;br /&gt;</w:t>
        <w:br/>
        <w:t>Потрібні нові звуки нові звуки нові звуки&lt;br /&gt;</w:t>
        <w:br/>
        <w:t>Потрібні приголосні без голосних&lt;br /&gt;</w:t>
        <w:br/>
        <w:t>Приглухуваті пшикучі&lt;br /&gt;</w:t>
        <w:br/>
        <w:t>Навчіться хурчати як дзига&lt;br /&gt;</w:t>
        <w:br/>
        <w:t>Гундосьте тріскуче й протягло&lt;br /&gt;</w:t>
        <w:br/>
        <w:t>Цмокайте язиком&lt;br /&gt;</w:t>
        <w:br/>
        <w:t>Чвакайте як невиховані ненажери&lt;br /&gt;</w:t>
        <w:br/>
        <w:t>Чвиркайте красиво як віртуозні плюваки&lt;br /&gt;</w:t>
        <w:br/>
        <w:t>Бзюкайте губами на всі лади це надасть вашій мові зичності&lt;br /&gt;</w:t>
        <w:br/>
        <w:t>Навчіться самохіть векати і гикати&lt;br /&gt;</w:t>
        <w:br/>
        <w:t>А добре ще було б якби крізь наші спомини&lt;br /&gt;</w:t>
        <w:br/>
        <w:t>Бив звук мов дзвін</w:t>
      </w:r>
    </w:p>
    <w:p>
      <w:r>
        <w:br/>
        <w:t>Ми ще не вміємо первісно&lt;br /&gt;</w:t>
        <w:br/>
        <w:t>Кохатися в нових речах&lt;br /&gt;</w:t>
        <w:br/>
        <w:t>Кохана поки ще не пізно&lt;br /&gt;</w:t>
        <w:br/>
        <w:t>Глянь полюбуй на паротяг&lt;br /&gt;</w:t>
        <w:br/>
        <w:t>Чах-чах</w:t>
      </w:r>
    </w:p>
    <w:p>
      <w:r>
        <w:br/>
        <w:t>Бо завтра вийдуть у тираж&lt;br /&gt;</w:t>
        <w:br/>
        <w:t>Усі цяцьки ті залізничні&lt;br /&gt;</w:t>
        <w:br/>
        <w:t>Вони здадуться нам нараз&lt;br /&gt;</w:t>
        <w:br/>
        <w:t>Такі смішні й анахронічні</w:t>
      </w:r>
    </w:p>
    <w:p>
      <w:r>
        <w:br/>
        <w:t>Немов дві жінки глузівниці&lt;br /&gt;</w:t>
        <w:br/>
        <w:t>Дві лампи тут переді мною&lt;br /&gt;</w:t>
        <w:br/>
        <w:t>Від їх палаючого сміху&lt;br /&gt;</w:t>
        <w:br/>
        <w:t>Поник я сумно головою&lt;br /&gt;</w:t>
        <w:br/>
        <w:t>Той сміх розкочується&lt;br /&gt;</w:t>
        <w:br/>
        <w:t>Скрізь&lt;br /&gt;</w:t>
        <w:br/>
        <w:t>Руками говоріть і пальцями викляскуйте&lt;br /&gt;</w:t>
        <w:br/>
        <w:t>В надуті щоки бийте немов у барабан&lt;br /&gt;</w:t>
        <w:br/>
        <w:t>О слова&lt;br /&gt;</w:t>
        <w:br/>
        <w:t>Вони у миртовім гаю&lt;br /&gt;</w:t>
        <w:br/>
        <w:t>Як Ерос і Антерос плачуть&lt;br /&gt;</w:t>
        <w:br/>
        <w:t>У небі міста я стою</w:t>
      </w:r>
    </w:p>
    <w:p>
      <w:r>
        <w:br/>
        <w:t>Слухайте море</w:t>
      </w:r>
    </w:p>
    <w:p>
      <w:r>
        <w:br/>
        <w:t>Воно удалині самотньо стогне й квилить&lt;br /&gt;</w:t>
        <w:br/>
        <w:t>Мій голос вірний наче тінь&lt;br /&gt;</w:t>
        <w:br/>
        <w:t>Тінню життя жадає стати&lt;br /&gt;</w:t>
        <w:br/>
        <w:t>Мінливим і живим як море хоче буть.</w:t>
      </w:r>
    </w:p>
    <w:p>
      <w:r>
        <w:br/>
        <w:t>Без ліку моряків запагубивши море&lt;br /&gt;</w:t>
        <w:br/>
        <w:t>Ковтає мої крики як потоплених богів&lt;br /&gt;</w:t>
        <w:br/>
        <w:t>Одну лиш тінь воно терпіти може&lt;br /&gt;</w:t>
        <w:br/>
        <w:t>Тінь широко розкрилених орлів</w:t>
      </w:r>
    </w:p>
    <w:p>
      <w:r>
        <w:br/>
        <w:t>Здригнувся Бог то слово вибухло як ватра&lt;br /&gt;</w:t>
        <w:br/>
        <w:t>Біжи держи мене Як жаль мені тих рук&lt;br /&gt;</w:t>
        <w:br/>
        <w:t>Що простягалися побожно на мій гук&lt;br /&gt;</w:t>
        <w:br/>
        <w:t>Яка ж оаза рук мене підхопить завтра&lt;br /&gt;</w:t>
        <w:br/>
        <w:t>Чи ви вже вмієте радіть новим речам</w:t>
      </w:r>
    </w:p>
    <w:p>
      <w:r>
        <w:br/>
        <w:t>О голосе я вивчив мову моря&lt;br /&gt;</w:t>
        <w:br/>
        <w:t>І у нічнім порту серед шинків гармидеру&lt;br /&gt;</w:t>
        <w:br/>
        <w:t>Я став упертішим за ту лернейську гідру&lt;br /&gt;</w:t>
        <w:br/>
        <w:t>Дивись обіруч я зарну&lt;br /&gt;</w:t>
        <w:br/>
        <w:t>В артерію кипучу міста&lt;br /&gt;</w:t>
        <w:br/>
        <w:t>Та якщо завтра в мить одну&lt;br /&gt;</w:t>
        <w:br/>
        <w:t>Ущухне кручія вириста&lt;br /&gt;</w:t>
        <w:br/>
        <w:t>Хто зна куди тоді зверну</w:t>
      </w:r>
    </w:p>
    <w:p>
      <w:r>
        <w:br/>
        <w:t>Подумай що залізниці&lt;br /&gt;</w:t>
        <w:br/>
        <w:t>Вийдуть скоро з моди й ужитку&lt;br /&gt;</w:t>
        <w:br/>
        <w:t>Дивись</w:t>
      </w:r>
    </w:p>
    <w:p>
      <w:r>
        <w:br/>
        <w:t>Перемога&lt;br /&gt;</w:t>
        <w:br/>
        <w:t>Це буде передусім&lt;br /&gt;</w:t>
        <w:br/>
        <w:t>Добре бачити здалека&lt;br /&gt;</w:t>
        <w:br/>
        <w:t>Все бачити зблизька&lt;br /&gt;</w:t>
        <w:br/>
        <w:t>I щоб усе називалось по-новому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