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Перебите крило</w:t>
      </w:r>
    </w:p>
    <w:p>
      <w:r>
        <w:br/>
        <w:t xml:space="preserve"> &lt;p&gt;Уже й не спом'яне, якого саме дня посідали вони на їхню хату. Пригадує, що весняний ранок був м'який і теплий, од землі ще біленька пара здіймалась, коли він задер голову й побачив на стрісі двох боцюнів. Той, що на довших ногах, походжав по гребеню, приглядався, а запримітивши Дениска,— завмер на якусь мить, ніби здивувався, потім знову походжав, і довга його шия конвульсійно здригалась.</w:t>
      </w:r>
    </w:p>
    <w:p>
      <w:r>
        <w:br/>
        <w:t>— Лелеки! Лелеки! — злетіло з Денисковихуст, проте злетіло тихенько, бо він боявся наполохати птахів.</w:t>
      </w:r>
    </w:p>
    <w:p>
      <w:r>
        <w:br/>
        <w:t>У селі не в одного хазяїна гніздились на хаті лелеки. Й Дениско дивувався, чого ж то на їхню не сідають. Невже правду кажуть, що в лихого вони не поселяться, а тільки в доброго й сердечного? Коли правду, то, виходить, що й Дениско лихий, і мати його, і батько? Про матір і батька й слова поганого не міг сказати, а от про себе... Через нього лелеки не гніздились на їхній хаті бо за собою не один гріх міг знайти.</w:t>
      </w:r>
    </w:p>
    <w:p>
      <w:r>
        <w:br/>
        <w:t>Тепер він радів! Одійшов од хати далі, щоб не привертати уваги птахів, примостився під хлівцем і, гріючись на сонці, дивився на них. І просив подумки, щоб не полетіли, щоб зостались на їхньому обійсті й звили собі гніздо. А він уже постарається так поводитись, щоб лелеки й наступної весни прилетіли до них, а потім іще.</w:t>
      </w:r>
    </w:p>
    <w:p>
      <w:r>
        <w:br/>
        <w:t>І птахи, либонь, прислухались до Денисових благань, бо зостались.</w:t>
      </w:r>
    </w:p>
    <w:p>
      <w:r>
        <w:br/>
        <w:t>Із першого ж дня взялися мостити гніздо. Коли змахнули крилами й полетіли геть, то Дениско, похолонувши серцем, подумав, що вони, мабуть, не вернуться, що шукатимуть кращого місця. Але вони, політавши над селом та понад луками, скоро повернулися, тримаючи в довгих своїх дзьобах чорне галуззя. Те галуззя поклали коло комина і, потупцювавши на місці, знов неквапливо полетіли.</w:t>
      </w:r>
    </w:p>
    <w:p>
      <w:r>
        <w:br/>
        <w:t>Тепер уже Дениско не стримував радості. Він ускочив до хати й закричав на повен голос:</w:t>
      </w:r>
    </w:p>
    <w:p>
      <w:r>
        <w:br/>
        <w:t>— Мамо, тату! В нас на хаті боцюни мостяться!</w:t>
      </w:r>
    </w:p>
    <w:p>
      <w:r>
        <w:br/>
        <w:t>— Слава тобі господи! — сказала мати і всміхнулась. Батько теж зрадів не менше за Дениска. Мовив:</w:t>
      </w:r>
    </w:p>
    <w:p>
      <w:r>
        <w:br/>
        <w:t>— Треба б їм старе колесо покласти на хату, хай мостяться у ньому.</w:t>
      </w:r>
    </w:p>
    <w:p>
      <w:r>
        <w:br/>
        <w:t>І він таки, приставивши до стіни драбину, виніс на хату старе колесо від воза,— те колесо хтозна-скільки пролежало в хлівці, вже з нього й шпиці майже всі повипадали. Батько поклав його не там, де лелеки почали мостити гніздо, а трохи далі від комина. Й не встиг спуститися додолу, як вони вже летять — Дениско ще здалеку запримітив їх! — і прямо на їхню хату сідають.</w:t>
      </w:r>
    </w:p>
    <w:p>
      <w:r>
        <w:br/>
        <w:t>— Тату, швидше спускайся, чуєш! — закричав, побоюючись, що батько наполохає їх.</w:t>
      </w:r>
    </w:p>
    <w:p>
      <w:r>
        <w:br/>
        <w:t>Проте лелек ніщо не злякало. Плавно посідали на хаті, якийсь час постояли, позираючи на білий світ і на Дениска з батьком утому білому світі, а потім безпечно ступили до колеса й поклали принесене в дзьобах галуззя туди, в середину обода. Наче так і мало бути.</w:t>
      </w:r>
    </w:p>
    <w:p>
      <w:r>
        <w:br/>
        <w:t>Денискові вуста самі розпливлися в усмішці, а батько, поглянувши на сина, й собі не зміг утриматися, щоб не всміхнутись.</w:t>
      </w:r>
    </w:p>
    <w:p>
      <w:r>
        <w:br/>
        <w:t>Цілий день лелеки тільки те й робили, що товклись на хаті. Ввечері, натомлені, вони примарно бовваніли на гребені, стурбовано поклацуючи дзьобами, наче перемовлялись. То боцюн клацне щось, то вона йому відповість,— такухазяйській балачці й ніч зустріли. Дениско подався до хати, коли птахи вже спати повкладались, а потім ще кілька разів надвір вибігав — непокоїло, як там його лелеки, чи не сталося чогось.</w:t>
      </w:r>
    </w:p>
    <w:p>
      <w:r>
        <w:br/>
        <w:t>Із того дня вже мав клопіт — стежити за лелеками. Скоренько вони й гніздо виклали, незабаром лелька яєць нанесла, всілась вигріти. Боцюн літав на луки і носив їсти їй, а то, коли лельці надокучало весь час сидіти на одному місці, сам умощувався на гнізді, а вона злітала вгору, щоб крила розім'яти, щоб підхарчуватись.</w:t>
      </w:r>
    </w:p>
    <w:p>
      <w:r>
        <w:br/>
        <w:t>Прийшов подивитись на Денискових боцюнів і його сусід Олег Кочемас.</w:t>
      </w:r>
    </w:p>
    <w:p>
      <w:r>
        <w:br/>
        <w:t>— Боцюни як боцюни,— надув свої губи-варениці.— По нашому селу таких повнісінько. Ти не радій, вони ще можуть і полетіти.</w:t>
      </w:r>
    </w:p>
    <w:p>
      <w:r>
        <w:br/>
        <w:t>— Як же полетять, коли й гніздо змостили? — образився Дениско.</w:t>
      </w:r>
    </w:p>
    <w:p>
      <w:r>
        <w:br/>
        <w:t>— А так! Гніздо змостили, а яєць нести не стануть!</w:t>
      </w:r>
    </w:p>
    <w:p>
      <w:r>
        <w:br/>
        <w:t>— Це наші лелеки, вони тут і зостануться!</w:t>
      </w:r>
    </w:p>
    <w:p>
      <w:r>
        <w:br/>
        <w:t>— Ваші! — кривився Олег.— Раніше жу вас не було? Не було! Це вони з чужої хати перелетіли, то назад і подадуться. Бо тільки в гарних людей мостять гнізда!</w:t>
      </w:r>
    </w:p>
    <w:p>
      <w:r>
        <w:br/>
        <w:t>— А ми... А я...— здригнувся в Дениска голос.</w:t>
      </w:r>
    </w:p>
    <w:p>
      <w:r>
        <w:br/>
        <w:t>— А який же ти гарний,— мовив розсудливо Олег Кочемас,— коли раніше вони твою хату обминали.</w:t>
      </w:r>
    </w:p>
    <w:p>
      <w:r>
        <w:br/>
        <w:t>Сказав — і геть подався. Дениско згодом отямився, крикнув йому ВСЛІД:</w:t>
      </w:r>
    </w:p>
    <w:p>
      <w:r>
        <w:br/>
        <w:t>—А на твоїй і досі нема жодного, й досі обминають.— Проте Олег не почув, бо й не оглянувся.</w:t>
      </w:r>
    </w:p>
    <w:p>
      <w:r>
        <w:br/>
        <w:t>Минуло трохи часу, й одного разу, зайшовши до хати, батько сказав радісно:</w:t>
      </w:r>
    </w:p>
    <w:p>
      <w:r>
        <w:br/>
        <w:t>— Ну, наші чорногузи вже й діток мають.</w:t>
      </w:r>
    </w:p>
    <w:p>
      <w:r>
        <w:br/>
        <w:t>— Яких діток? — спершу не втямив Дениско.</w:t>
      </w:r>
    </w:p>
    <w:p>
      <w:r>
        <w:br/>
        <w:t>— А лелеченят!</w:t>
      </w:r>
    </w:p>
    <w:p>
      <w:r>
        <w:br/>
        <w:t>Дениска наче вітром здуло від книжки.</w:t>
      </w:r>
    </w:p>
    <w:p>
      <w:r>
        <w:br/>
        <w:t>Де ж ті лелеченята? Ставши оддалік, поглядав на хату, але, крім лельки в гнізді, нічого не бачив. Лелька подеколи розпушувала й ледь-ледь зводила то ліве, то праве крило, але ні з-під одного не виглянуло пташеня. Як же це батькові пощастило побачити?</w:t>
      </w:r>
    </w:p>
    <w:p>
      <w:r>
        <w:br/>
        <w:t>Угледіли лише наступного дня, як із-під крила висунулась маленька голівка, цікаво глипнула на світ гострими очицями й зразу сховалась. "Що ж,— гордо подумав Дениско,— тепер і ми, як люди".</w:t>
      </w:r>
    </w:p>
    <w:p>
      <w:r>
        <w:br/>
        <w:t>Він таки не втримався і похвалився Олегові Кочемасу, що в них уже й лелеченята вилупились.</w:t>
      </w:r>
    </w:p>
    <w:p>
      <w:r>
        <w:br/>
        <w:t>— А скільки? — спитав той.</w:t>
      </w:r>
    </w:p>
    <w:p>
      <w:r>
        <w:br/>
        <w:t>— Звідки ж я знаю!</w:t>
      </w:r>
    </w:p>
    <w:p>
      <w:r>
        <w:br/>
        <w:t>— Хе! — глузливо скривився Олег.— Лічити не вмієш, чи що?</w:t>
      </w:r>
    </w:p>
    <w:p>
      <w:r>
        <w:br/>
        <w:t>— Лічити вмію, але вони ще не вилазять з-під лельки, вона їх вигріває.</w:t>
      </w:r>
    </w:p>
    <w:p>
      <w:r>
        <w:br/>
        <w:t>— То й що? Видерись на хату, підніми її й полічи. Добре? Дениско мимоволі пообіцяв:</w:t>
      </w:r>
    </w:p>
    <w:p>
      <w:r>
        <w:br/>
        <w:t>— Добре.</w:t>
      </w:r>
    </w:p>
    <w:p>
      <w:r>
        <w:br/>
        <w:t>З причілка хати стояла драбина, міг би залізти по ній нагору, а там уже по стрісі. Навіть одну ногу вже поставив на щабель, а потім передумав лізти. Як же це так — лельку піднімати над гніздом? А коли лелеченята злякаються його і врозтіч кинуться, попадають? Е-е, тоді вже ніколи жоден боцюн не прилетить на їхню хату.</w:t>
      </w:r>
    </w:p>
    <w:p>
      <w:r>
        <w:br/>
        <w:t>Так і не зважився Дениско — краще вже не знати, скільки тих лелеченят, аніж горя завдати птахам...</w:t>
      </w:r>
    </w:p>
    <w:p>
      <w:r>
        <w:br/>
        <w:t>А потім малеча вчилася літати. Що вже насміявся Дениско!</w:t>
      </w:r>
    </w:p>
    <w:p>
      <w:r>
        <w:br/>
        <w:t>Хоч і попідростали, хоч уже завбільшки із своїх батька та матір, а літати зовсім не вміють, наче в них немає крил, наче вони не птахи. Походжає по стрісі, а підійде до краю — і вже напружилось усім тілом, уже боїться, наче хтось його в спину штовхає чи за хвіст підпихає.</w:t>
      </w:r>
    </w:p>
    <w:p>
      <w:r>
        <w:br/>
        <w:t>Але навчились згодом і літати — лелька і лелек навчили. Спершу з хати на ясен, на нижчі гіллячки, а потім і на верхні. А з ясена — назад на хату. Батьки коло малечі клопочуться, видно, переживають за них. І Дениско внизу, на подвір'ї, переживає. Переживає — і водночас смішно, бо дуже вони безпорадні, боязкі, невпевнені.</w:t>
      </w:r>
    </w:p>
    <w:p>
      <w:r>
        <w:br/>
        <w:t>— Е-е,— сказав одного разу Олег Кочемас— Твої, видно, так і не навчаться... А в тітки Устини вже літають, і в Максима Крутивушка... О, бач, бач, мало не перевернулось,— і він зареготав, стежачи, як одне з лелеченят, ринувши з хати в білий світ, невміло чіпляється лапами за ясенову гілку.</w:t>
      </w:r>
    </w:p>
    <w:p>
      <w:r>
        <w:br/>
        <w:t>— Але ж не перевернулось! — торжествував Дениско.</w:t>
      </w:r>
    </w:p>
    <w:p>
      <w:r>
        <w:br/>
        <w:t>— От спом'янеш моє слово, що воно ніколи отуди-о не долетить!</w:t>
      </w:r>
    </w:p>
    <w:p>
      <w:r>
        <w:br/>
        <w:t>Олег узяв дрючок та й кинув угору, показуючи, куди не долетить незграбне лелеченя.</w:t>
      </w:r>
    </w:p>
    <w:p>
      <w:r>
        <w:br/>
        <w:t>І кинув так, що влучив у крило лельці, яка саме пролітала над хатою. Лельку наче підтяло, вона раптово опустилась на стріху.</w:t>
      </w:r>
    </w:p>
    <w:p>
      <w:r>
        <w:br/>
        <w:t>— Що ти накоїв! — закричав Дениско,— Ти їй крило перебив! — І побілів із лиця, і раптово так заболіло коло серця, наче його самого вдарили.</w:t>
      </w:r>
    </w:p>
    <w:p>
      <w:r>
        <w:br/>
        <w:t>— Тая ледь торкнувся,— виправдовувався Олег.— Я ж ненавмисне. Вона сама налетіла на дрючок.</w:t>
      </w:r>
    </w:p>
    <w:p>
      <w:r>
        <w:br/>
        <w:t>— Ану геть із мого подвір'я.</w:t>
      </w:r>
    </w:p>
    <w:p>
      <w:r>
        <w:br/>
        <w:t>Олег постояв якусь мить, наче вагався, а потім пішов-таки.</w:t>
      </w:r>
    </w:p>
    <w:p>
      <w:r>
        <w:br/>
        <w:t>Лелька й справді не могла літати перші дні. Вона то в гнізді сиділа, то по гребеню ходила, тривожно поклацуючи дзьобом, а коло неї весь час тримався занепокоєний боцюн. Лише малеча наче нічого не відчувала — вона вчилась літати, і в усіх уже це виходило не так і кепсько: лелеченята все далі й далі відлітали од хати або ж зринали вгору, намагаючись якнайдовше затриматись у повітрі.</w:t>
      </w:r>
    </w:p>
    <w:p>
      <w:r>
        <w:br/>
        <w:t>А потім, видно, лельці перестало боліти, й вона сама почала літати разом із своїми дітьми. Та це вже сталось тоді, коли вони навчились літати, й дітьми важко було їх назвати, бо стали такі великі, що не завжди відрізниш од дорослих.</w:t>
      </w:r>
    </w:p>
    <w:p>
      <w:r>
        <w:br/>
        <w:t>А скільки було Денискові радості, коли одного разу все сімейство дружно знялося з хати, якийсь час покружляло над подвір'ям, а потім полетіло собі на луки чи до лісу. Ну, подумав Дениско, все гаразд, лелька видужала, лелеченята навчились літати. Тепер вони самі ловитимуть собі жаб і вужів, а то позвикали до готовенького...</w:t>
      </w:r>
    </w:p>
    <w:p>
      <w:r>
        <w:br/>
        <w:t>Був такий радий — навіть із Олегом Кочемасом помирився, розказавши, що лелеки тепер усі вже літають, щойно подались на луки.</w:t>
      </w:r>
    </w:p>
    <w:p>
      <w:r>
        <w:br/>
        <w:t>— От бач,— буркнув Кочемас— І нічого не сталось, а ти сердився.</w:t>
      </w:r>
    </w:p>
    <w:p>
      <w:r>
        <w:br/>
        <w:t>— Скоро й у вирій подадуться!</w:t>
      </w:r>
    </w:p>
    <w:p>
      <w:r>
        <w:br/>
        <w:t>— А чого ж, подадуться, восени...</w:t>
      </w:r>
    </w:p>
    <w:p>
      <w:r>
        <w:br/>
        <w:t>Зненацька спохмурнів Дениско — у вирій вони, звісно, подадуться, а от чи повернуться назад? Після того як над їхньою хатою лельку підбито? Й він, насупившись, подався геть від Олега, а той не міг утямити: що сталося з Дениском, котрий оце щойно помирився з ним — і знову розгнівався з доброго дива...</w:t>
      </w:r>
    </w:p>
    <w:p>
      <w:r>
        <w:br/>
        <w:t>А там і на осінь звернуло, чувся в повітрі її холодний подих.</w:t>
      </w:r>
    </w:p>
    <w:p>
      <w:r>
        <w:br/>
        <w:t>Потяглися в пебі перші пташині ключі, й лелеки на хаті захвилювалися, стурбовано заклацали дзьобами. Тепер вони вже рідше трималися хати — видно, готувались до відльоту. "Сьогодні полетять? Завтра?" — тужливо позирав Дениско на своїх лелек.</w:t>
      </w:r>
    </w:p>
    <w:p>
      <w:r>
        <w:br/>
        <w:t>Одного ранку — прозорого, теплого — небо сповнилося сумним лелечим гомоном, і Дениско відчув: відлітають сьогодні. Лелек на їхній хаті вже не було, й він — чи на своєму подвір'ї стоячи, чи по селу ходячи — задирав угору голову і всім лелекам, яких бачив, махав прощально рукою. Десь там поміж них були і їхні, яких мав за рідних.</w:t>
      </w:r>
    </w:p>
    <w:p>
      <w:r>
        <w:br/>
        <w:t>Того дня було йому сумно, ніби щось втратив. Немилі стали ігри, сам собі став немилий... Пізно ввечері подивився на хату — пусто там, таки полетіли. І якийсь час стояв, ніби сподівався, що помиляється, що вони все ж повернуться... Та з городу, з садка, з поля віяло густим духом осені, й хлопець остаточно впевнився: ні, не повернуться.</w:t>
      </w:r>
    </w:p>
    <w:p>
      <w:r>
        <w:br/>
        <w:t>— Ти що, захворів? — допитувалась мати, бачачи, що він собі ніяк місця не знайде, все никає й никає по хаті.</w:t>
      </w:r>
    </w:p>
    <w:p>
      <w:r>
        <w:br/>
        <w:t>— А-а...— стенав Дениско плечима.</w:t>
      </w:r>
    </w:p>
    <w:p>
      <w:r>
        <w:br/>
        <w:t>— То чого ж? Вкладайся спати, прокинешся — як писанка станеш, а то й лиця на тобі не видно.</w:t>
      </w:r>
    </w:p>
    <w:p>
      <w:r>
        <w:br/>
        <w:t>— А де ж воно поділось,— бурмотів Дениско, крадькома торкаючися свого лиця.</w:t>
      </w:r>
    </w:p>
    <w:p>
      <w:r>
        <w:br/>
        <w:t>Вранці батько збирався на роботу. Дениско вже проснувся і стежив за ним із ліжка розширеними, журними очима. Ось за батьком зачинились двері, прогупало в сінях, прогупало надворі, та зразу ж — двері знову відчинились, уже раптово, і батько — усміхнений, якийсь такий радісний, наче то й не він — вродився на порозі й закричав:</w:t>
      </w:r>
    </w:p>
    <w:p>
      <w:r>
        <w:br/>
        <w:t>— Лелеки повернулись!</w:t>
      </w:r>
    </w:p>
    <w:p>
      <w:r>
        <w:br/>
        <w:t>Дениско якусь мить лежав іще, бо не втямив, які це лелеки могли повернутись, а потім зненацька схопився та й, босий і роздягнений, гайнув надвір.</w:t>
      </w:r>
    </w:p>
    <w:p>
      <w:r>
        <w:br/>
        <w:t>Притулившись одне до одного, на хаті сиділо двоє лелек. Дениско затанцював, мов несамовитий, закрутився, закричав щось. Такий був радий, що вони повернулись. А потім став зненацька, бо запримітив: у батька зосереджене й заклопотане обличчя.</w:t>
      </w:r>
    </w:p>
    <w:p>
      <w:r>
        <w:br/>
        <w:t>— Тату,— спитав,— а чого це вони повернулись?</w:t>
      </w:r>
    </w:p>
    <w:p>
      <w:r>
        <w:br/>
        <w:t>Бо й справді, як могло статись, що дітей своїх провели у вирій, у чужий світ, а самі — сюди? Невже задумали зимувати? Але ж лелеки ніколи не зимують на батьківщині, вони люблять тепло.</w:t>
      </w:r>
    </w:p>
    <w:p>
      <w:r>
        <w:br/>
        <w:t>Батько не відповів Денискові — либонь, і сам не знав, що могло статись. Приніс із хліва драбину, приставив до стіни й поліз нагору Дениско стежив ізнизу — полякаються лелеки чи ні. Проте лелеки й не думали лякатися. Сиділи одне коло одного, здригались довгі шиї, і в тому, як птахи тримались, відчувалася їхня беззахисність.</w:t>
      </w:r>
    </w:p>
    <w:p>
      <w:r>
        <w:br/>
        <w:t>Батько взяв лелека під одну пахву, лельку — під другу та й отак спустився з ними донизу.</w:t>
      </w:r>
    </w:p>
    <w:p>
      <w:r>
        <w:br/>
        <w:t>— Тату, навіщо ти їх узяв? — допитувався Дениско, в якому все стислось від передчуття чогось невідомого, лихого.— Хай би сиділи на хаті...</w:t>
      </w:r>
    </w:p>
    <w:p>
      <w:r>
        <w:br/>
        <w:t>— Подивимся, що з ними сталось, чому не полетіли.</w:t>
      </w:r>
    </w:p>
    <w:p>
      <w:r>
        <w:br/>
        <w:t>У сінях він узявся обмацувати лелек. Раптом пальці його затримались на лельчиному крилі, ніби натрапили на невидиму перепону.</w:t>
      </w:r>
    </w:p>
    <w:p>
      <w:r>
        <w:br/>
        <w:t>— Помацай і ти, Дениску...</w:t>
      </w:r>
    </w:p>
    <w:p>
      <w:r>
        <w:br/>
        <w:t>Дениско торкнувся й відчув пальцями чималеньку ґулю.</w:t>
      </w:r>
    </w:p>
    <w:p>
      <w:r>
        <w:br/>
        <w:t>— Хтось перебив їй крило,— сказав батько,— от вона й не змогла полетіти у вирій.</w:t>
      </w:r>
    </w:p>
    <w:p>
      <w:r>
        <w:br/>
        <w:t>— Але ж у селі вона літала! — скрикнув Дениско.</w:t>
      </w:r>
    </w:p>
    <w:p>
      <w:r>
        <w:br/>
        <w:t>— В селі-то літала, а чужий край — це далекий край, от і не змогла здолати шляху, от і назад повернулась.</w:t>
      </w:r>
    </w:p>
    <w:p>
      <w:r>
        <w:br/>
        <w:t>— А лелека чому повернувся? В нього цілі крила...</w:t>
      </w:r>
    </w:p>
    <w:p>
      <w:r>
        <w:br/>
        <w:t>— Ех, сину, сину! — зітхнув батько.— Цілі крила, а любить він її, вірний своїй лельці, тому й зостався з нею. Не залишив напризволяще в горі й біді.</w:t>
      </w:r>
    </w:p>
    <w:p>
      <w:r>
        <w:br/>
        <w:t>— Що ж ми тепер?..</w:t>
      </w:r>
    </w:p>
    <w:p>
      <w:r>
        <w:br/>
        <w:t>— А що? Доглядатимемо. Коли лелека не залишив у нещасті свою лельку, то ми теж не зоставимо.</w:t>
      </w:r>
    </w:p>
    <w:p>
      <w:r>
        <w:br/>
        <w:t>Заніс батько птахів до хати, а сам подався на роботу. Присмирнілий Дениско всівся на ослоні і, ледь-ледь дихаючи, намагався не спускати погляду з птахів. А вони, либонь, зрозуміли, що лиха їм не заподіють — зовсім не відчували страху. Дениско накришив хліба, й вони поклювали. Налив у мисочку води, й вони випили трошки. Дениско й зовсім звеселів: ну, тепер не пропадуть, коли не бояться.</w:t>
      </w:r>
    </w:p>
    <w:p>
      <w:r>
        <w:br/>
        <w:t>І тут до хати зайшов Олег Кочемас. І тільки переступив поріг, як у Денисковій голові блискавкою майнуло: це ж він перебив лельці крило, отоді, коли дрючком кинув!</w:t>
      </w:r>
    </w:p>
    <w:p>
      <w:r>
        <w:br/>
        <w:t>— Ачогоцети лелеку хаті тримаєш? — запитавОлеп— Вони що, у вирій не полетіли?</w:t>
      </w:r>
    </w:p>
    <w:p>
      <w:r>
        <w:br/>
        <w:t>Денискові од гніву відняло мову, що й слова не може сказати.</w:t>
      </w:r>
    </w:p>
    <w:p>
      <w:r>
        <w:br/>
        <w:t>— Е-е, мабуть, ти приручив їх, бо не бояться нічого. Дениско ж і язиком не в змозі ворухнути.</w:t>
      </w:r>
    </w:p>
    <w:p>
      <w:r>
        <w:br/>
        <w:t>— Вони так і зимуватимуть у хаті, еге ж? Тоді Дениско вибухнув гнівом:</w:t>
      </w:r>
    </w:p>
    <w:p>
      <w:r>
        <w:br/>
        <w:t>— Зимуватимуть, авжеж, зимуватимуть, бо ти забув, як лельці крило перебив?</w:t>
      </w:r>
    </w:p>
    <w:p>
      <w:r>
        <w:br/>
        <w:t>— Я? Перебив? — так і побілів Олег.— Коли це було? Він уже й не пам'ятав, коли це було!</w:t>
      </w:r>
    </w:p>
    <w:p>
      <w:r>
        <w:br/>
        <w:t>— Геть ізвідси, коли ти такий! — закричав Дениско. Лелеки злякались, підскочили до вікна, ніби хотіли через</w:t>
      </w:r>
    </w:p>
    <w:p>
      <w:r>
        <w:br/>
        <w:t>шибки вискочити надвір. Олег Кочемас постояв трохи, далі хутенько повернувся і щез.</w:t>
      </w:r>
    </w:p>
    <w:p>
      <w:r>
        <w:br/>
        <w:t>Дениско залишився в хаті. Птахи вже заспокоїлись, посідали коло печі й сиділи. Коли це знову заскакує Олег.</w:t>
      </w:r>
    </w:p>
    <w:p>
      <w:r>
        <w:br/>
        <w:t>— Чуєш,— каже,— віддай мені обох, чи хоч одного, я сам доглядатиму.</w:t>
      </w:r>
    </w:p>
    <w:p>
      <w:r>
        <w:br/>
        <w:t>— Віддати ? А вони твої? А ти здатен доглянути ? Здатен тільки нашкодити, ось!</w:t>
      </w:r>
    </w:p>
    <w:p>
      <w:r>
        <w:br/>
        <w:t>Увечері батько переніс птахів до повітки. Звісно, можна б випустити, щоб на волі ще трохи політали, та холодом війнуло, негодою.</w:t>
      </w:r>
    </w:p>
    <w:p>
      <w:r>
        <w:br/>
        <w:t>Так і зимували вони всю зиму—то в хаті, коли холоднішало, то в хліві коло корови, коли відпускали морози. З Олегом таки помирився Дениско, хоч і не хотів, та надто вже часто прибігав той і допитувався про лелек: а як там крило, а може, їсти щось принести, то він миттю. Видно, справді переживав хлопець, що заподіяв лиха лелекам. Та й, коли подумати, випадково все сталось. Так що Дениско хоч і не простив, але помирились вони.</w:t>
      </w:r>
    </w:p>
    <w:p>
      <w:r>
        <w:br/>
        <w:t>А з настанням весни одне лиш турбувало Дениска: залишаться на їхньому подвір'ї лелеки чи, скривджені, полетять шукати собі краще пристановисько?</w:t>
      </w:r>
    </w:p>
    <w:p>
      <w:r>
        <w:br/>
        <w:t>Потепліло, потяглися в небі перші ключі перелітних птахів. Настав день, коли вони з батьком винесли своїх лелек надвір. Батько тримав лелека, а Дениско — лельку.</w:t>
      </w:r>
    </w:p>
    <w:p>
      <w:r>
        <w:br/>
        <w:t>— Ну! — скомандував батько, й вони обоє підкинули птахів угору.</w:t>
      </w:r>
    </w:p>
    <w:p>
      <w:r>
        <w:br/>
        <w:t>Лелеки важко замахали крильми, ніби намагалися здертись угору, а далі все легше й легше почали злітати... Дениско сміявся від радості, батько теж сміявся. Лелеки нікуди не подались, вони опустились на хату і взялись походжати там, як і минулої весни та літа походжали. Ось лелька наблизилась до гнізда, скубнула там якусь галузину, поправила її.</w:t>
      </w:r>
    </w:p>
    <w:p>
      <w:r>
        <w:br/>
        <w:t>— Ура! — закричав Дениско.— Вони зостаються! Батько теж закричав "ура!", навіть картуза свого підкинув угору.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Перебите крило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