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Павло-диякон</w:t>
      </w:r>
    </w:p>
    <w:p>
      <w:r>
        <w:br/>
        <w:t xml:space="preserve"> &lt;p&gt;1.</w:t>
      </w:r>
    </w:p>
    <w:p>
      <w:r>
        <w:br/>
        <w:t>Цілий день парило. В повітрі стояла задуха, і це могло б віщувати дощ, коли ж небо не мало на собі ані хмарини. Але не було й ясне, блакитна його товщ ніби збурилася чи звурдилася, як це буває в молоці чи соці, котрий починає грати. Відповідно, й нижчі сфери так само наповнилися важким повітрям, якого бракувало для дихання, отож пси, кури, півні та гуси ходили з розтуленими пащеками чи дзьобами. Люди, зрештою, так само, а серед них і двадцятип'ятирічний проповідник, який пробував при преосвященному пані отці Лазарю Барановичу, архієпископові чернігівському й поету, Дмитро Туптало, котрий у миру звався Данилом. Ще вийшовши після заутрені, відчув оту задуху, відтак уздрів, що трава сіра й майже висохла, бо вже півтора місяці не було дощу, дерева там і там світили жовтим листом, хоча літо ще в розпалі, а те, що опало, миттю висихало й валялося під деревами скрученими брунатними кавалками, схожими на присохлий послід — ніби ці дерева напаскудили. Отож, з самого ранку Дмитрову душу омивали брудні хвилі чи важкого передчуття чи лихого настрою, хоча намагався те в собі долати тим більше, що для цього не мав жодної поважної причини. В його житті все було гаразд і нічим житейським не був неприємно сколошканий. Але тіло під темною мантією немилосердно пріло, а обличчя обклалося липкою машкарою, аж здавалося: коли б під цю хвилю позирнув у зерцадло, побачив би не власну добре знану парсуну, а таки страшну машкару, бо, може, воно так і було. Сьогодні в соборі мала бути служба, на якій побажав служити сам преосвященний — треба приготуватися. Отож Дмитро з цією метою й рушив до келії, але дихати й справді не було чим — сапав, а ще йому трохи млоїло в серці. Келейник преосвященного при нагоді йому сповістив, що преосвященний терпить зараз безсоння, тому цілу ніч сьогодні писав вірші, а коли таке з ним трапляється, наступного дня обов'язково править службу, ніби в такий спосіб сповідує свого гріха, хоч і Дмитро Туптало, сам бувши не раз мучений віршо-писною гарячкою, не бачив у тому гріха, особливо, коли вірші писалися богонатхненні, а преосвященний здебільшого такі й творив. Дмитро цю ніч спав достатньо, хоча вряди-годи прокидався, не маючи чим дихати і відчуваючи, що від пітного тіла під ним зволо-жіла постіль, а може, й стіни, й підлога, й стеля, але вільги це не приносило ніякої. Тому й зараз, не так ідучи, як бредучи в сухому гарячому, схожому на попіл, поросі дороги, відчував сонливість, а може, це йому набилося до голови отієї сивої і збродженої задухи. Тому очі млоїло від утоми, і він подумав, що не зле було б зараз передрімати, аби покріпити зв'ялене тіло.</w:t>
      </w:r>
    </w:p>
    <w:p>
      <w:r>
        <w:br/>
        <w:t>Отож, прийшовши до келії, замість готуватися до служби, трохи покрився тонким сном, а тонким тому, що видива, які попливли перед його зором дістали змішані форми: видовжені, ніби витягнуті, з напрочуд тонкими вудами, розплесканими обличчями і бляшаними очима, що тупо жаріли. Але це спочатку: тонкі істоти, що оточували його звідусіль, почали розпливатися, і світ, зрештою, здобув звичайних зарисів. Перед ним просвітилася середина церкви, де він, Дмитро, стояв перед престолом, але не сам, а знову в оточенні істот. Мали ті ж подобенства клопіт: всі разом із Дмитром стояли довкола престола, готуючись до служіння і щось читаючи, а преосвященний сидів у кріслі й тихо скаржився, що йому через ковтун страшенно болить голова, тому й спати нагаразд не може.</w:t>
      </w:r>
    </w:p>
    <w:p>
      <w:r>
        <w:br/>
        <w:t>— І все було б нічого, — роздратовано сказав преосвященний, — коли б мав я добрих помічників.</w:t>
      </w:r>
    </w:p>
    <w:p>
      <w:r>
        <w:br/>
        <w:t>І тут Дмитро Туптало відчув, що важкі, старечі, випиті і зчервонілі через безсоння очі владики вперлися позиром у нього, від чого по Дмитровому тілі пройшов дріж, бо ті очі палили його, мов жарини, свердлили, як свердла, і кололи ніби списи.</w:t>
      </w:r>
    </w:p>
    <w:p>
      <w:r>
        <w:br/>
        <w:t>— А ти, Дмитре, мабуть спиш і бачиш на голові своїй митру? — продовжив рипуче старий. — Вона, та митра, може, колись ляже чи впаде на твою голову, згадаєш старого, але радості з того не чекай, та й нешвидко це станеться. А поки що маєш бути моїм помічником, а чи ним є? Чи ж не я тебе вибрав, чи не я тобі ім'я нарік, а брата Павла-диякона полишив, адже він також тоді приходив! Але вибрав тебе, тебе, хоч, може, брат Павло був би ліпший за тебе, бо про митру не мріяв би! А чи думаєш ти, що сталося з тим Павлом-дияконом, упослідженим через тебе? І чому маєш бути ліпший за нього, адже добре відаєш, що брат Павло перший прийшов і подав прохання? Оце так мені віддячуєш?</w:t>
      </w:r>
    </w:p>
    <w:p>
      <w:r>
        <w:br/>
        <w:t>Дмитро низько вклонився преосвященному.</w:t>
      </w:r>
    </w:p>
    <w:p>
      <w:r>
        <w:br/>
        <w:t>— Вибачте, панотче, видить Бог, справлюся й буду достойний вашої ласки. Але що я чинив не так?</w:t>
      </w:r>
    </w:p>
    <w:p>
      <w:r>
        <w:br/>
        <w:t>— Все чиниш не так, як хочу, а як сам бажаєш, —роздратовано мовив преосвященний. — А мені потрібно, щоб чинив за моєю волею, а не своєю!</w:t>
      </w:r>
    </w:p>
    <w:p>
      <w:r>
        <w:br/>
        <w:t>І Дмитро подумав, що преосвященний має рацію, бо не йшлося тут про непослух чи про невдало виконане доручення, чи про несправність у службі —все це намагався чинити безвідмовно і в міру спроможності. Але преосвященний вимагав більшого: щоб його служка не був собою, а тільки тінню його величного єства чи звання, а саме цьому Дмитро, мусив те признати, наскільки міг, опирався.</w:t>
      </w:r>
    </w:p>
    <w:p>
      <w:r>
        <w:br/>
        <w:t>— Грішний я, преосвященний отче, і гріха свого усвідомлюю та визнаю. Хочу сподобитися прощення од вашої руки.</w:t>
      </w:r>
    </w:p>
    <w:p>
      <w:r>
        <w:br/>
        <w:t>Тоді Дмитро знову відчув на собі важкого, що пропікав його наскрізь, погляда.</w:t>
      </w:r>
    </w:p>
    <w:p>
      <w:r>
        <w:br/>
        <w:t>— Чи ж тямиш, у чому звинувачую? — спитав Лазар.</w:t>
      </w:r>
    </w:p>
    <w:p>
      <w:r>
        <w:br/>
        <w:t>— Так, ваша милість. — Хочете, щоб не був самим собою. Гординя й справді мій гріх!</w:t>
      </w:r>
    </w:p>
    <w:p>
      <w:r>
        <w:br/>
        <w:t>— Гординя — важкий гріх, юначе, — м'якше сказав Баранович.</w:t>
      </w:r>
    </w:p>
    <w:p>
      <w:r>
        <w:br/>
        <w:t>— Виправлюся, преосвященний отче, — ще нижче вклонився Дмитро.</w:t>
      </w:r>
    </w:p>
    <w:p>
      <w:r>
        <w:br/>
        <w:t>— Гаразд, прощаю тобі, — мовив Лазар. — Але одного боюся: каєшся видимо, а не душею. А Гординя...</w:t>
      </w:r>
    </w:p>
    <w:p>
      <w:r>
        <w:br/>
        <w:t>— Один із найбільших людських гріхів, — прохопився Туптало.</w:t>
      </w:r>
    </w:p>
    <w:p>
      <w:r>
        <w:br/>
        <w:t>— Отож утям і збагни, — Лазар на мить задумався, а тоді простяг руку, дозволивши її поцілувати, а другою Дмитра благословив. І очі його погасли, вогонь зник, свердла притулилися, а списи розчинилися у сірій товщі — були то очі старої, втомленої від довгого неспання людини.</w:t>
      </w:r>
    </w:p>
    <w:p>
      <w:r>
        <w:br/>
        <w:t>— Не бери глибоко до серця мого гніву, — м'яко сказав Лазар. — Можливо, ним і я супроти тебе грішу — зовсім змучило мене безсоння.</w:t>
      </w:r>
    </w:p>
    <w:p>
      <w:r>
        <w:br/>
        <w:t>І він знову запав у мовчанку, ніби поринув у глибини своєї ветхості. За мент заворушився, і простяг указущого перста:</w:t>
      </w:r>
    </w:p>
    <w:p>
      <w:r>
        <w:br/>
        <w:t>— Але й твій гріх од того не знімається, бо маєш знати: ти черв'як чи хробак земний, хоча, коли помислити, то й хробак не є нічим, а таки черв'яком. Готуйся до служби!</w:t>
      </w:r>
    </w:p>
    <w:p>
      <w:r>
        <w:br/>
        <w:t>І він розтулив рота, показуючи кілька збережених жовтих зубних пеньків і важко втягуючи в себе густе, задушне, зовсім обезводнене повітря.</w:t>
      </w:r>
    </w:p>
    <w:p>
      <w:r>
        <w:br/>
        <w:t>Дмитро став на своє місце і розгорнув Служебника, щоб таки приготуватися до служби. І здригнувся — побачив у Служебнику не звичний розпис великими літерами, а викарбувані слова:</w:t>
      </w:r>
    </w:p>
    <w:p>
      <w:r>
        <w:br/>
        <w:t>"ЧИ НЕ Я ТЕБЕ ВИБРАВ, ЧИ НЕ Я ТОБІ ІМ'Я НАРІК, А БРАТА ПАВЛА-ДИЯКОНА ПОЛИШИВ, АДЖЕ ВІН ТАКОЖ ТОДІ ПРИХОДИВ, ТА Я ТЕБЕ ВИБРАВ".</w:t>
      </w:r>
    </w:p>
    <w:p>
      <w:r>
        <w:br/>
        <w:t>І ці слова, власне літери, в які складалися, в дивний спосіб нагадували Дмитру істот, котрі мали зміщені форми: видовжені, ніби витягнуті, з напрочуд тонкими вудами, розплесканими обличчями та пласкими очима; кожна літера — окрема постать, а всіх разом дев'яносто чотири, і всі туго сплетені у словесну в'язь. І Дмитро Туптало, дивлячись на те речення, відчув недовідомий жах, який почав витікати з нього з потом, покриваючи тіло липкою плівкою, ніби вкривався болотом чи іншою в'язкою речовиною; тобто здалося, що тіло від спеки розкладається й розтікається, і тільки голова і зв'язані поміж себе у плетиво думки, чи слова, чи літери, чи істоти не зазнавали зміни, а стали стверділі й важкі, нерухомо застигши у кавалки.</w:t>
      </w:r>
    </w:p>
    <w:p>
      <w:r>
        <w:br/>
        <w:t>Із цим відчуттям Дмитро прокинувся, не перестаючи, одначе, відчувати липкий жах.</w:t>
      </w:r>
    </w:p>
    <w:p>
      <w:r>
        <w:br/>
        <w:t>В келії — нестерпно парко, здається, більше, як надворі. І він почав міркувати, чи ж довго спав і чи не проспав, не доведи Господи, Божої служби? Дзиґар у монастирі був, але до нього належало дістатися, а цього вчинити зараз не міг, бо не володів тілом — і справді ніби розтеклося в болото. Тоді спогадав: може, спека не в повітрі, а в ньому, і може, це початок важкої хвороби, адже саме тепер заговорили про мор, що почався хоч у порівняно віддалених місцях, але міг бути перенесений і сюди, в Чернігів. Принаймні про мор у Києві говорили напевне, через що місто зачинили і не впускали в нього подорожніх. Але Дмитро згадав, що задуху і спеку відчували усі в церкві і сам преосвященний владика, і ті люди, яких бачив, коли йшов сюди, і тварини й домашня птиця. Тому спробував упорядкувати думки й зібратися на силі.</w:t>
      </w:r>
    </w:p>
    <w:p>
      <w:r>
        <w:br/>
        <w:t>Те, що привиділося, стояло перед ним чітким мревом і не покидало його, ніби якийсь маляр намалював картину й повісив на сірій стіні просто перед очима. І він, Дмитро Туптало, подумав, що, можливо, в цьому видінні через особу преосвященного отця сам Творитель напоумлював його про щось конче важливе, що необхідно йому пізнати й збагнути, а передусім: хто отой Павло-диякон, адже жодного знайомого диякона під цим іменем не відав, хоча ім'я Павло поширене, та й апостол його носив. І в голові його спливли дивні слова, мовлені апостолом Павлом до Филимона: "Я віддам, щоб тобі не казати, що ти навіть самого себе мені винен". Отже, якийсь Павло, йому й справді незвісний, щось через преосвященного віддав йому, Дмитрові, своє, щоб не бути винним йому самого себе.</w:t>
      </w:r>
    </w:p>
    <w:p>
      <w:r>
        <w:br/>
        <w:t>Ні, очевидно, в голові в нього ще цілковита каша чи кваша, і він ще нездатний тверезо мислити, бо в тому всьому провідчував якесь казна-що. Казна що, яке, однак, турбувало.</w:t>
      </w:r>
    </w:p>
    <w:p>
      <w:r>
        <w:br/>
        <w:t>2.</w:t>
      </w:r>
    </w:p>
    <w:p>
      <w:r>
        <w:br/>
        <w:t>Увечері Дмитро завітав до свого приятеля, з яким училися разом у Київській академії, Івана Величковського, той так само служив у преосвященного, але постригу взяти не побажав, бо мав наміра одружитися, навіть наречену пригледів — полтавську протопопівну, а ще відзначався тим, що творив фігурні, особливо складені вірші, уклавши їх у збірки "Молоко" та "Дзиґар з напівдзиґарком", які не тільки читалися однаково спереду і ззаду, а були із всілякими викрутасами та загадками і з прихованим змістом, над яким читач, на переконання поета, мав добре поламати собі голову, аби вірші збагнути.</w:t>
      </w:r>
    </w:p>
    <w:p>
      <w:r>
        <w:br/>
        <w:t>— Я, — казав Іван, — складаю, бува, одного вірша цілий місяць і хочу, щоб читальник цілий місяць його розгадував, — при цьому в нього захоплено й цілком по-дитячому блищали очі.</w:t>
      </w:r>
    </w:p>
    <w:p>
      <w:r>
        <w:br/>
        <w:t>Дмитро вважав ці заняття приятеля дітвацькими, але після того сну захотів покористуватися вправністю Величковського творити й розгадувати загадки.</w:t>
      </w:r>
    </w:p>
    <w:p>
      <w:r>
        <w:br/>
        <w:t>— Сни, — мовив, вислухавши його, Іван, — це також фігурні вірші, що їх складає в нашій сонній свідомості сам Господь, отож вони є формою його присутності в нас. Саме тому ніколи їх не розгадую, бо то загадки сокровенні. Не вірю і в Сонники, бо снами Господь пише свої вірші в нашій свідомості для кожної людини окремо, а не подібні для багатьох. Інакше мали б сумніватися у безмежності Божого розуму та в його всюдисущому поселенні у просторі. А це значить, що кожна людина має розгадувати свої сни сама й для себе.</w:t>
      </w:r>
    </w:p>
    <w:p>
      <w:r>
        <w:br/>
        <w:t>Дмитро не міг не признати приятелю рації, очевидячки, й справді: ту загадку, яка не перестає його непокоїти, мав розв'язати таки самотужки.</w:t>
      </w:r>
    </w:p>
    <w:p>
      <w:r>
        <w:br/>
        <w:t>— Гаразд, — сказав згідливо. — Але чи не знаєш часом, адже ти писар і маєш доступа до паперів преосвященного, якогось до архієпископа наближеного, хай не тепер, а кілька років тому, Павла-диякона?</w:t>
      </w:r>
    </w:p>
    <w:p>
      <w:r>
        <w:br/>
        <w:t>— Наскільки пам'ятаю, — задумався Іван, — ні! Про жодного Павла-диякона в паперах преосвященного читати не доводилося, і це можу стверджував напевне.</w:t>
      </w:r>
    </w:p>
    <w:p>
      <w:r>
        <w:br/>
        <w:t>Сумніватися не випадало: Іван Величковський ще у школах дивував усіх пам'яттю, а ще й був тренований ребусними віршами.</w:t>
      </w:r>
    </w:p>
    <w:p>
      <w:r>
        <w:br/>
        <w:t>— Коли це тебе так турбує, Дмитре, — мовив, —то чи не простіше запитати про це в самого преосвященного?</w:t>
      </w:r>
    </w:p>
    <w:p>
      <w:r>
        <w:br/>
        <w:t>— Ми не на такому рівні, щоб оповідав йому свої сни, — сухо сказав Туптало.</w:t>
      </w:r>
    </w:p>
    <w:p>
      <w:r>
        <w:br/>
        <w:t>— І це правда, — згодився Іван. — Хочеш прочитаю нового вірша, щойно складеного. Чи збагнеш його заховану суть?</w:t>
      </w:r>
    </w:p>
    <w:p>
      <w:r>
        <w:br/>
        <w:t>Але Дмитрові зараз було не до віршів. Цілий день ходив знічений і ніби зварений у неймовірно задушливій спеці. Тому й сказав цілком одверто:</w:t>
      </w:r>
    </w:p>
    <w:p>
      <w:r>
        <w:br/>
        <w:t>— Така жарінь, Іване, що мозок у мене скоро ски-питься: не посилю твоїх мудрощів.</w:t>
      </w:r>
    </w:p>
    <w:p>
      <w:r>
        <w:br/>
        <w:t>— І це правда, — засміявся Іван. — Мене ж спека бадьорить. Але чому так стурбував той сон?</w:t>
      </w:r>
    </w:p>
    <w:p>
      <w:r>
        <w:br/>
        <w:t>— Ulcera animi san anda magis, quam corporis*, Іване, — сказав тихо Дмитро.</w:t>
      </w:r>
    </w:p>
    <w:p>
      <w:r>
        <w:br/>
        <w:t>*Рани душі треба лікувати більше, ніж тілесні (лат.).</w:t>
      </w:r>
    </w:p>
    <w:p>
      <w:r>
        <w:br/>
        <w:t>— А по-моєму, казна чим переймаєшся. — легковажно зауважив Величковський.</w:t>
      </w:r>
    </w:p>
    <w:p>
      <w:r>
        <w:br/>
        <w:t>Але це було не так. Саме про те й думав Дмитро Туптало, повертаючись до монастиря. Увечері спека не спала, сірості в повітрі побільшало, а небо не було барвисто-яскраве, як це трапляється при заході, а вицвіле, ніби запорошене. Так само неживе й запорошене висіло близько овиду сонце; зрештою, й барви не грали — ані хмаринки на небі, а саме вони яскраво розсвічують кольори. Собаки, які зустрічалися, не бігли, а плелися, висолопивши червоні язики, ніби повпивалися звурженою квашею повітря, і не звертали на нього уваги, хоча загалом пси його завжди чомусь ярісно оббріхували; де-не-де на лавицях сиділи старі й дивилися на ченця невидющими очима, залишаючись цілком непорушними, наче давно повмирали й висохли тілом, перетворившись в опудала.</w:t>
      </w:r>
    </w:p>
    <w:p>
      <w:r>
        <w:br/>
        <w:t>Він же згадував Кирилівського монастиря у Києві та Мелетія Дзика, котрий постригав його, ще зовсім юнака, в ченці. Перед актом постригу ігумен, з яким товаришував Дмитровий, тоді ще Даниловий, батько, сотник Сава Туптало, запропонував хлопцеві пройтися Кирилівською горою, відтак заповів, як духовному синові своєму, кілька повчань, які Дмитро взяв тоді собі в душу і відтоді намагався пильно їх дотримуватися.</w:t>
      </w:r>
    </w:p>
    <w:p>
      <w:r>
        <w:br/>
        <w:t>— Не повчатиму багато, хлопче, — сказав той мудрий муж, — але кілька речей хочу виповісти, а ти подумай над ними перш, ніж пострижу. Чернець тільки тоді справжній, коли має до чернечого життя покликання, бо він — людина заповіту. Отож перша заповідь: нікому не маєш заздрити. Глянь на світ — всі в ньому ніби на ристалищі мчать, гублячи й коней, і себе тільки для того, аби іншого перегнати, а себе вивисити, а це чи не через заздрість чинять? Чернець же має бути завжди переможений, а не переможцем, бо його мета перемогти себе, не іншого. Бо коли перемагаєш іншого, сієш у переможеного зло й ненависть, а зло й ненависть — початок душевного заколоту. Отож ніколи нікого не перемагай, а здійснюйся в собі. Переможець, синку, має одного клопота: утриматися при своєму успіху, отже, має і далі сіяти зло. Переможеному важче жити в світі, але він має коли помислити про власну душу. Тому, якщо тебе захочуть вивисити в світі — хай інші, не ти сам, поміркуй: чи не створиш цим іншому зла? Чи не перегнав ти когось на ристалищі і чи не зробив цим самим когось іншого нещасним? Бо коли так, шеляг ціна твоїй перемозі і твоєму вивищенню.</w:t>
      </w:r>
    </w:p>
    <w:p>
      <w:r>
        <w:br/>
        <w:t>Здається тоді, в час пам'ятної проходки Кирилівською горою, він свого наставника не зовсім зрозумів.</w:t>
      </w:r>
    </w:p>
    <w:p>
      <w:r>
        <w:br/>
        <w:t>Закипів думками, бо ті слова видалися трохи дивні: хіба перемагати в світі — не з'являти свою силу, якою наділений від Бога? А коли та сила є, то чи треба її гамувати і чи не суперечить це Ісусовій притчі про закопаного таланта?</w:t>
      </w:r>
    </w:p>
    <w:p>
      <w:r>
        <w:br/>
        <w:t>Але він тоді не посмів перечити старшій і мудрішій за нього людині, а мовчки прийняв повчання, сподіваючись, що те зерно колись у ньому проросте. Чи ж заздрив він комусь у світі пізніше? Трохи заздрив, але відразу гасив чорну хвилю, бо тямив — то скверна. Але притча про ристалище, переможця та переможеного тоді до його серця таки не дійшла, хоча ніколи про неї не забував. Через те, повертаючись після розмови з Іваном Величковським і не дістаючи досить повітря, щоб надихатися, він раптом подумав: "А чи не був його сон проростом зерна, кинутого йому в душу Мелетієм Дзиком? Адже коли й справді існує десь отой Павло-диякон, яким погребував преосвященний, вибираючи з-поміж них двох таки Дмитра, а Павла упосліджуючи, то чи не грав тоді конем він, Дмитро, на ристалищі, адже Павла-дия-кона в гонитві таки переміг, хоч і не зі своєї волі? І тим самим, — натужно міркував він, звісивши голову й дивлячись, як орють курявний пил його патинки, —відкопавши свого таланта, чи не закопав я таланта іншого, хай гіршого за мого, але так само живого й неповторного в світі? Бо що сталося із тим Павлом-дияконом далі, адже про нього не відає тепер ніхто?"</w:t>
      </w:r>
    </w:p>
    <w:p>
      <w:r>
        <w:br/>
        <w:t>Оце й турбувало Дмитра Туптала — цим увіч порушував заповіта свого навчителя Мелетія Дзика: почав вивишатися не за рахунок себе самого, а за рахунок іншого, може, й не гіршого за нього, а тільки видимо гіршого.</w:t>
      </w:r>
    </w:p>
    <w:p>
      <w:r>
        <w:br/>
        <w:t>З другого боку, його сон може нічого не означати, бо хто зна, чи наші сни — це вірші, що їх пише в наших душах Господь, як це виповів Іван Величковський, а отже, хто зна, чи той Павло-диякон десь справді існує!</w:t>
      </w:r>
    </w:p>
    <w:p>
      <w:r>
        <w:br/>
        <w:t>3.</w:t>
      </w:r>
    </w:p>
    <w:p>
      <w:r>
        <w:br/>
        <w:t>Але заспокоїтися не міг. І то тому, що снів людина за життя бачить багато; вони як збурена каламутна вода, яка хоча й захоплює своїм течивом, але надто швидко й безповоротно спливає, часом залишаючи брудні сліди, а часом і ні. Але з-поміж усього химерного й наколоченого — уривків чи видив, змінених та зміщених вражень чи марев, приходять сни чіткі, яскраві, витримані, які ніколи не забуваються, як будь-яке гостре передчуття. А це значить, що вони не просто мрево, а зерцальний відбиток справжнього, та ж бо те, що відбито в зерцалі, так само справжнє, як і дійсне, тільки примарно-справжнє. Отже, існують сни, думав він, які таки можна назвати фігурними віршами Господа, і вони недаремно посилаються людині — це одна із форм її спілкування з Богом. Саме такі сни й не забуваються, і від них годі відмахнутися, як від чогось несуттєвого, бо вони можуть бути найсуттєвішим із суттєвого. Коли ж так, то він конче має довідатися, чи Павло-диякон справді існував і чи існує тепер у реальному світі, як істота, що відбилась у дзеркалі його сну, а отже, має бути відбиттям якоїсь непізнаної реальності.</w:t>
      </w:r>
    </w:p>
    <w:p>
      <w:r>
        <w:br/>
        <w:t>І Дмитро Туптало у вільний час почав обходити ченців, передусім тих, котрі були наближені до преосвященного, а біля нього пробувало немало люду. Неквапно входив у розмови, намагаючись утягти співбесідника у спогади. Серед них траплялися всякі: одні любили згадувати, а інші ні. Треті насторожувалися і конче намагалися випитати: навіщо це йому потрібно? Зрештою, не про давній час ішлося, а про кілька років перед цим, відколи преосвященний наблизив Дмитра до себе.</w:t>
      </w:r>
    </w:p>
    <w:p>
      <w:r>
        <w:br/>
        <w:t>У 1675 році він висвятив у день Зшестя Святого Духа, — 23 травня — Дмитра в ієромонахи, а перед цим той був дияконом, в дияконство ж його святив київський митрополит Йосип Нелюбович-Тукальський, але було то в Каневі. Що ж до часу, коли Лазар Баранович запросив його до себе, пам'ять чомусь покривалася димом, може тому, що прибувши сюди, до Чернігова, крім Івана Величковського і ще двох-трьох, нікого не знав. Наближених архієпископ змінював часто: одні приходили, інші відходили, тож розпитував Туптало саме тих, котрі затрималися надовше. Але жоден із них про Павла-диякона не згадав, більшість твердила, що такого при архієпископі ніколи не було. І лише отець Спиридон, старіший інших, який чи не найдовше затримався при преосвященному, сповістив, що, здається, до Лазаря Барановича якийсь Павло-диякон приїжджав, але не відає звідкіля, пробув недовго, одначе отець Спиридон (до речі, він пильно й найдокладніше розпитався, для чого Дмитрові той Павло-диякон потрібний, і Дмитро змушений чесно йому признатися про свого сна, оповівши і що його турбує) сумнівався, чи той диякон звався Павло чи Памво, можливо — таки, Памво. При цьому отець Спиридон сказав, що Дмитрові пошуки марні, бо сни —система символічна, отже, є знаками дійсності, а не нею самою, відтак імення Павла-диякона може бути одним із таких знаків, а коли це його, Дмитра, так непокоїть (хоч сам отець Спиридон не розумів чому, йшлося, на його думку про речі прості), то найліпше попросити в преосвященного сповідної розмови і той цю небилицю (він так і сказав "небилицю") зробить билицею, отже, загадку розв'яже. Але з преосвященним, застеріг отець Спиридон, про такі небиличні речі треба говорити обережно, бо той може розгніватися, а він часом гнівається невідь од чого, передусім тому, що часто болить голова.</w:t>
      </w:r>
    </w:p>
    <w:p>
      <w:r>
        <w:br/>
        <w:t>При цьому отець Спиридон, який сам трохи кохавсь у поезії, прочитав Дмитрові вірша Лазаря Барановича із "Аполлонової лютні", в якому йдеться про головний біль. Вірш звався "Як вітер гуляє, то комиш ламає". Дмитро того вірша для себе переписав:</w:t>
      </w:r>
    </w:p>
    <w:p>
      <w:r>
        <w:br/>
        <w:t>Як вітер комиш у полі хитає.</w:t>
      </w:r>
    </w:p>
    <w:p>
      <w:r>
        <w:br/>
        <w:t>Так голову біль мою розриває.</w:t>
      </w:r>
    </w:p>
    <w:p>
      <w:r>
        <w:br/>
        <w:t>За що не візьмусь — нічому не радий,</w:t>
      </w:r>
    </w:p>
    <w:p>
      <w:r>
        <w:br/>
        <w:t>Болить голова — не дам собі ради!</w:t>
      </w:r>
    </w:p>
    <w:p>
      <w:r>
        <w:br/>
        <w:t>Той, хто на морях вітрами керує,</w:t>
      </w:r>
    </w:p>
    <w:p>
      <w:r>
        <w:br/>
        <w:t>Нехай на землі цей вітер вгамує.</w:t>
      </w:r>
    </w:p>
    <w:p>
      <w:r>
        <w:br/>
        <w:t>Комиш польовий нехай не ламає,</w:t>
      </w:r>
    </w:p>
    <w:p>
      <w:r>
        <w:br/>
        <w:t>Мене хай у гріб цей біль не вганяє.</w:t>
      </w:r>
    </w:p>
    <w:p>
      <w:r>
        <w:br/>
        <w:t>О Боже, мені, щоб віку дожити,</w:t>
      </w:r>
    </w:p>
    <w:p>
      <w:r>
        <w:br/>
        <w:t>Цей біль навісний дай силу стерпіти!</w:t>
      </w:r>
    </w:p>
    <w:p>
      <w:r>
        <w:br/>
        <w:t>Комиш не покинь, що зміг ізростити,</w:t>
      </w:r>
    </w:p>
    <w:p>
      <w:r>
        <w:br/>
        <w:t>Од вітру того ти мусиш прикрити.</w:t>
      </w:r>
    </w:p>
    <w:p>
      <w:r>
        <w:br/>
        <w:t>Опершись на хрест, мене підіпри ним,</w:t>
      </w:r>
    </w:p>
    <w:p>
      <w:r>
        <w:br/>
        <w:t>Не дай, аби чорт мене брав на кпини.</w:t>
      </w:r>
    </w:p>
    <w:p>
      <w:r>
        <w:br/>
        <w:t>Від духу твого нехай утікає,</w:t>
      </w:r>
    </w:p>
    <w:p>
      <w:r>
        <w:br/>
        <w:t>Нехай і слуги твого не чіпає.</w:t>
      </w:r>
    </w:p>
    <w:p>
      <w:r>
        <w:br/>
        <w:t>Вірш здався Дмитрові дивним, особливо вкінці, де йдеться про те, що незносний біль преосвященний бачить як витівки, власне, кпини над ним чорта, тобто чорт в такий спосіб хоче осмішити старого архієпископа. Чому? Можливо, тому, що при головнім болі Лазар таки не міг дати собі ради, а отже, в собі преосвященний відчував не лад, а хаос, через що уподібнив біль вітру. Щодо комишу, то це алюзія на слова Ісаї: "Людина гне свою голову, як комиш" (Ісая, вірш — 5), і це чинить тоді, як сказано в того-таки Ісаї, "коли морить людина душу свою" — ось чому в вірші старого поета з'явився той скарбезний чорт.</w:t>
      </w:r>
    </w:p>
    <w:p>
      <w:r>
        <w:br/>
        <w:t>Більше Дмитро не розпитував. Було ясно, що Павло-диякон — це, найочевидніше, не реальна істота, a fictio person ае*, зрештою, уві сні він того Пав-ла-диякона також не бачив, той був тільки згаданий, отже, не став навіть утіленням, а тільки фікцією. Коли ж так, то найліпше, що міг учинити — викинути ці небилиці з голови, як і порадив йому розсудливий отець Спиридон.</w:t>
      </w:r>
    </w:p>
    <w:p>
      <w:r>
        <w:br/>
        <w:t>Але виявилося, що це найскладніше, бо з голови Павло-диякон не викидався, а сидів там міцно забитим цвяхом, і хоча після розмови із Спиридоном Дмитро намагався не думати про те fictio person ае, вряди-годи думки про Павла-диякона знову з'являлися, через що його не забував. А ще, можливо, тому, що, прокинувшись після того сну, першою думкою його стало: у видінні через преосвященного отця архієпископа напоумлював його, Дмитра, не хто як Творитель — от чому злегковажити свою фікцію не міг. Через це вирішив надчікувати нагоди, коли випаде можливість перебалакати з головною персоною його сну, явною та реальною — самим архієпископом.</w:t>
      </w:r>
    </w:p>
    <w:p>
      <w:r>
        <w:br/>
        <w:t>4.</w:t>
      </w:r>
    </w:p>
    <w:p>
      <w:r>
        <w:br/>
        <w:t>І нагода ця трапилася наступного дня: Лазар Ба-ранович через служку покликав його в свої покої. Застав владику в домашньому вбранні, той сидів у кріслі з блідим і випитим обличчям, яке білістю своєю майже зливалося із сивим волоссям, а коли Дмитро прийняв благословення, Лазар кволим голосом попросив, щоб молодик допоміг йому в переписі його "Книги смерті", яку щойно завершив і хоче, щоб вона, як і раніше написана "Книга молитов", побачила світ у Новгород-Сіверську ще цього року — обидві складають, можна сказати, цілість, і він не хотів би їх часово розривати. І Баранович почав докладно оповідати, який концепт кладеться в основу однієї й другої книги і чому йому важливо приспішити з виданням — біль голови став йому такий нестерпний, що боїться, чи витримає. Отже хай його "Книга смерті" стане ніби персональним для нього ars morendi, якщо на те ЗВОЛИТЬ Господь.</w:t>
      </w:r>
    </w:p>
    <w:p>
      <w:r>
        <w:br/>
        <w:t>— Це не зволення до послушання, — м'яко сказав Лазар, — а прохання, від якого можеш, юначе, й відмовитися.</w:t>
      </w:r>
    </w:p>
    <w:p>
      <w:r>
        <w:br/>
        <w:t>Але Дмитро знав, що це лише формула, яку любив уживати Баранович, бо хто, з дурної голови, осмілився б відмовитися від такого прохання, більше допущений до преосвященного не бував.</w:t>
      </w:r>
    </w:p>
    <w:p>
      <w:r>
        <w:br/>
        <w:t>— З радістю допоможу у вашій праці, преосвященний отче, — покірливо сказав Дмитро. — Це буде не лише поміч, але й наука мені, за яку буду завжди вашій милості вдячний.</w:t>
      </w:r>
    </w:p>
    <w:p>
      <w:r>
        <w:br/>
        <w:t>І тут він побачив, що на нього зорять важкі, старечі, випиті й почервонілі через безсоння очі владики, які зовсім так само, як у тому пам'ятному сні, вперлися об нього, од чого по Дмитровому тілі пройшов дріж.</w:t>
      </w:r>
    </w:p>
    <w:p>
      <w:r>
        <w:br/>
        <w:t>— Щось тебе непокоїть, хлопче? — спитав Лазар, не відриваючи од нього очей, які палили, мов жарини, свердлили, як свердла, і кололи, наче списи.</w:t>
      </w:r>
    </w:p>
    <w:p>
      <w:r>
        <w:br/>
        <w:t>— Не смію турбувати вашу милість своїми дрібними гризотами, — тихо проказав Дмитро Туптало.</w:t>
      </w:r>
    </w:p>
    <w:p>
      <w:r>
        <w:br/>
        <w:t>— Турбота овечок для пастиря, — повів Баранович, — його турбота. А коли це його турбота, то розтуляй, юначе, рота!</w:t>
      </w:r>
    </w:p>
    <w:p>
      <w:r>
        <w:br/>
        <w:t>Це було сказано жартівливо, зрештою, на вуста преосвященного лягла легка усмішка, хоча очі не переставали виїдати Дмитрове нутро. Однак знав інше: коли Лазар починає говорити приказками, то він у гуморі, отже, можливо, це саме той момент, коли зможе повести з владикою розмову, якої праг.</w:t>
      </w:r>
    </w:p>
    <w:p>
      <w:r>
        <w:br/>
        <w:t>І він смиренно опустив голову та й сказав:</w:t>
      </w:r>
    </w:p>
    <w:p>
      <w:r>
        <w:br/>
        <w:t>— Хотів би попросити в преосвященного отця маленької сповіді. Хочу очистити душу перш, ніж засісти до богоодуховленої роботи.</w:t>
      </w:r>
    </w:p>
    <w:p>
      <w:r>
        <w:br/>
        <w:t>— Добре чиниш, хлопче! — хитнув архієпископ. Бо коли на душі щось важке, то все, що робитимеш, буде не таке.</w:t>
      </w:r>
    </w:p>
    <w:p>
      <w:r>
        <w:br/>
        <w:t>І Дмитро Туптало оповів Лазарю Барановичу свого сна, намагаючись говорити повільно й розважно і прикладаючи пояснення, чому це його стурбувало. У цей час на співбесідника не дививсь, але добре відчував, що той продовжував його пильно розглядати, ніби й справді пропікаючи, і тільки коли завершив, зітхнув скрушно, відтак звів очі й уздрів, що Лазареві очі вже цілком не такі, як раніше, а напрочуд сині й теплі, сказати б, прочищені і ніби трохи звеселілі. Оповів Дмитро при тому й про заповітні слова ігумена кирилівського Мелетія Дзика, і про те, що першою думкою його було, коли прокинувся: у видінні через преосвященного сам Господь його напоумлює.</w:t>
      </w:r>
    </w:p>
    <w:p>
      <w:r>
        <w:br/>
        <w:t>— Отож після того сну, — сказав Дмитро, — одне мене непокоїть: чи справді ваша милість наблизив мене до себе, відтрутивши при цьому якогось Павла-диякона?</w:t>
      </w:r>
    </w:p>
    <w:p>
      <w:r>
        <w:br/>
        <w:t>Старий задумався, ніби поринув у себе, його очі перестали бути ясні й сині, а ніби скаламутилися, однак ані колючі, ані важкі не стали.</w:t>
      </w:r>
    </w:p>
    <w:p>
      <w:r>
        <w:br/>
        <w:t>— Важливі речі турбують твою душу, юначе, — нарешті проказав глухим і трохи тремтливим через неміч свою голосом Лазар. — У кожного з нас існує свій Павло-диякон, зветься він так чи, може, й інакше. Знаю добре й Мелетія Дзика, боговгодного й добро-розумного мужа, а ще й дбалого пастиря. Але його правда — це тільки половина правди.</w:t>
      </w:r>
    </w:p>
    <w:p>
      <w:r>
        <w:br/>
        <w:t>Лазар Баранович замовк і впустив зір перед собою, дивлячись поверх Дмитрової голови, а він вразився з потужного світла, якими ті очі заструміли.</w:t>
      </w:r>
    </w:p>
    <w:p>
      <w:r>
        <w:br/>
        <w:t>— Життя, юначе, — сказав далі, — хочемо того, чи ні, все одно залишається і завжди буде ристалищем, і в ньому маємо когось переганяти, когось вивишувати, а когось упосліджувати. І може, це не ми переганяємо й упосліджуємо ближнього, а саме життя, тобто Господь, бо Господь він і є — життя. Чи не в-висив Христос у притчі про таланти того, хто таланта примножив над тим, хто таланта свого закопав? А коли так, то обидва раби були на ристалищі і переможця вивисив Бог, а переможеного упослідив. Чи маємо його за це звинувачувати? Бо коли б не зрощували ми свої таланти, а закопували, життя морочилося б, а не ояснювалося. Отож кожен талант, як сказав інший мій приятель Іоаникій Галятовський, ти й сам добре його знаєш, мусить мати свого Зоїла-заздрос-ника, адже заздросник — це і є переможений на ристалищі.</w:t>
      </w:r>
    </w:p>
    <w:p>
      <w:r>
        <w:br/>
        <w:t>Преосвященний знову замовк і на хвилю приплющив очі. Решту доказав, не розплющуючись:</w:t>
      </w:r>
    </w:p>
    <w:p>
      <w:r>
        <w:br/>
        <w:t>— Але правду сказав і Мелетій: переможець не тільки вибирається Богом, а береться ним для опитування. Бо існує перемога на добро, а поруч — перемога на зло. Є переможений у добрі, а є переможений у злі. Тоді переможений у злі стає ліпшим переможця. Ось чому я сказав, що в кожного з нас є свій Павло-диякон, і ми не повинні того ніколи забувати, бо він, переможений нами, завжди з нами: у снах і в діях, а може, він наша тінь, яка завжди плестиметься за нами, поки світить на небі сонце. Згасне сонце — пропаде й тінь, але це не значить, що вона нас покинула, а тільки сховалась у нас, щоб при новому сонці знову випірнути. Але не воюймо з нею, ліпше воюймо за себе в собі вчинками й ділами нашими, бо тільки вони й є нашими вивірниками і вимірювачами.</w:t>
      </w:r>
    </w:p>
    <w:p>
      <w:r>
        <w:br/>
        <w:t>5.</w:t>
      </w:r>
    </w:p>
    <w:p>
      <w:r>
        <w:br/>
        <w:t>Вони домовилися, куди й коли Дмитро має приходити для перепису "Книги смерті" — на сьогодні архієпископ від роботи Дмитра увільнив, бачив-бо його схвильованість. І справді, Туптало вийшов од преосвященного не тільки зворушений, а й уражений. Ще хотів перепитати: чи існує в житті реальний Павло-диякон, але краєчком мозку втямив, що таке запитання після сказаного не тільки зайве, але й смішне чи наївне.</w:t>
      </w:r>
    </w:p>
    <w:p>
      <w:r>
        <w:br/>
        <w:t>Отже, що його вразило? Передусім те, що подібні речі турбували не тільки його: ними переймався і Мелетій Дзик, і сам преосвященний, а ще Іоаникій Галятовський, також мудрий муж, отже, колись це поставало й перед ними, наймудрішими з розумних. І вони також мали, як виразно сповістив Лазар, свого Павла-диякона. При цьому кожен розв'язав цю фігуру по-своєму, певною мірою, одмінно. Має розв'язати її і Дмитро, але чи одмінно до цих двох позицій? Цього не відав, а може, поки що й не мав знати — з'ясує це пізніше, а може, й не умоглядно, а через житейське пережиття.</w:t>
      </w:r>
    </w:p>
    <w:p>
      <w:r>
        <w:br/>
        <w:t>Друге, що вразило: покріпився в думці, що сон не був порожнім маревом, а що це справді напоумлення йому.</w:t>
      </w:r>
    </w:p>
    <w:p>
      <w:r>
        <w:br/>
        <w:t>І третє, що його вразило на останок, коли виходив од преосвященного: той повторив слова, які перед цим почув Дмитро уві сні: "Дмитрій матиме митру". І не було б то дивне, коли б не одна обставина: саме це місце в своїй розповіді про сон Дмитро опустив, можливо, зі скромності. Це ще раз свідчило, що сон був у свій спосіб тісно зв'язаний із дійсністю, а отже, значення для нього діставав особливе.</w:t>
      </w:r>
    </w:p>
    <w:p>
      <w:r>
        <w:br/>
        <w:t>Так замислився, що не помічав нічого довкола: ані задухи, ані будівель, ані речей, собак, курей, людей довкола. Одначе щось його стурбувало. Немисленно звів очі і здригнувся. Повз нього проходив незнайомий чернець. Напівобернувся і раптом пронизав Дмитра гострим позиром, обдавши такою хвилею зненависті, що молодик сторопів.</w:t>
      </w:r>
    </w:p>
    <w:p>
      <w:r>
        <w:br/>
        <w:t>І ніби блискавка яскраво освітила йому голову: — Господи, — прошепотів зблідлими вустами. —Адже це і є Павло-диякон.</w:t>
      </w:r>
    </w:p>
    <w:p>
      <w:r>
        <w:br/>
        <w:t>І він раптом пізнав у собі те, на що ніколи не сподівався — солодкий і гордий спалах — відчуття переможця. А водночас і злякався, адже перебував у спитуванні.</w:t>
      </w:r>
    </w:p>
    <w:p>
      <w:r>
        <w:br/>
        <w:t>2001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Павло-диякон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