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Пастушок</w:t>
      </w:r>
    </w:p>
    <w:p>
      <w:r>
        <w:br/>
        <w:t xml:space="preserve"> Там, де в степу за курганом&lt;br /&gt;</w:t>
        <w:br/>
        <w:t>Хата і сіна стіжок,&lt;br /&gt;</w:t>
        <w:br/>
        <w:t>Влітку з дідусем Іваном&lt;br /&gt;</w:t>
        <w:br/>
        <w:t>Ходить малий пастушок.</w:t>
      </w:r>
    </w:p>
    <w:p>
      <w:r>
        <w:br/>
        <w:t>Вдвох випасають отари&lt;br /&gt;</w:t>
        <w:br/>
        <w:t>Білих овець і ягнят:&lt;br /&gt;</w:t>
        <w:br/>
        <w:t>Вийдуть отари з кошари —&lt;br /&gt;</w:t>
        <w:br/>
        <w:t>Треба давати їм лад!</w:t>
      </w:r>
    </w:p>
    <w:p>
      <w:r>
        <w:br/>
        <w:t>Пасти, глядіти їх треба&lt;br /&gt;</w:t>
        <w:br/>
        <w:t>Так, щоб ягнятка росли,&lt;br /&gt;</w:t>
        <w:br/>
        <w:t>Стежити пильно, щоб з неба&lt;br /&gt;</w:t>
        <w:br/>
        <w:t>Не нападали орли.</w:t>
      </w:r>
    </w:p>
    <w:p>
      <w:r>
        <w:br/>
        <w:t>Часом, дивись, із-за яру&lt;br /&gt;</w:t>
        <w:br/>
        <w:t>Може наскочить і вовк...&lt;br /&gt;</w:t>
        <w:br/>
        <w:t>Мирно пасуться отари.&lt;br /&gt;</w:t>
        <w:br/>
        <w:t>Шерсть на них біла, як шовк.</w:t>
      </w:r>
    </w:p>
    <w:p>
      <w:r>
        <w:br/>
        <w:t>Степ... Квітування повсюди.&lt;br /&gt;</w:t>
        <w:br/>
        <w:t>Сонце. І співи пташок...&lt;br /&gt;</w:t>
        <w:br/>
        <w:t>В травах зелених по груди&lt;br /&gt;</w:t>
        <w:br/>
        <w:t>Ходить малий пастушок.</w:t>
      </w:r>
    </w:p>
    <w:p>
      <w:r>
        <w:br/>
        <w:t>Дуже він знати бажає&lt;br /&gt;</w:t>
        <w:br/>
        <w:t>Всі таємниці степів:&lt;br /&gt;</w:t>
        <w:br/>
        <w:t>Як яка пташка співає,&lt;br /&gt;</w:t>
        <w:br/>
        <w:t>Назви рослин і жуків.</w:t>
      </w:r>
    </w:p>
    <w:p>
      <w:r>
        <w:br/>
        <w:t>Вдасться йому відшукати&lt;br /&gt;</w:t>
        <w:br/>
        <w:t>Квітку незнану якусь —&lt;br /&gt;</w:t>
        <w:br/>
        <w:t>Зразу біжить розпитати:&lt;br /&gt;</w:t>
        <w:br/>
        <w:t>— Що це? — Хай скаже дідусь.</w:t>
      </w:r>
    </w:p>
    <w:p>
      <w:r>
        <w:br/>
        <w:t>Крикне в траві перепілка,&lt;br /&gt;</w:t>
        <w:br/>
        <w:t>Жайворон спів розлива —&lt;br /&gt;</w:t>
        <w:br/>
        <w:t>Вмить пастушкова сопілка&lt;br /&gt;</w:t>
        <w:br/>
        <w:t>Їхні пісні вже співа.</w:t>
      </w:r>
    </w:p>
    <w:p>
      <w:r>
        <w:br/>
        <w:t>Хлопчик, дідусів коханець,&lt;br /&gt;</w:t>
        <w:br/>
        <w:t>Марно не тратить хвилин:&lt;br /&gt;</w:t>
        <w:br/>
        <w:t>В нього повнісінький ранець&lt;br /&gt;</w:t>
        <w:br/>
        <w:t>Різних пахучих рослин.</w:t>
      </w:r>
    </w:p>
    <w:p>
      <w:r>
        <w:br/>
        <w:t>Дід погукає Миколі:&lt;br /&gt;</w:t>
        <w:br/>
        <w:t>— Все! Завертай їх сюди!..&lt;br /&gt;</w:t>
        <w:br/>
        <w:t>— Зараз! — І от уже з поля&lt;br /&gt;</w:t>
        <w:br/>
        <w:t>Вівці ідуть до води.</w:t>
      </w:r>
    </w:p>
    <w:p>
      <w:r>
        <w:br/>
        <w:t>Там, в холодку і затишку,&lt;br /&gt;</w:t>
        <w:br/>
        <w:t>Взявши машинки до рук,&lt;br /&gt;</w:t>
        <w:br/>
        <w:t>Знову беруться за стрижку&lt;br /&gt;</w:t>
        <w:br/>
        <w:t>Дід і Микола-онук.</w:t>
      </w:r>
    </w:p>
    <w:p>
      <w:r>
        <w:br/>
        <w:t>Точність у кожному русі.&lt;br /&gt;</w:t>
        <w:br/>
        <w:t>Вовну в мішки і на склад!&lt;br /&gt;</w:t>
        <w:br/>
        <w:t>Зайде овечка — в кожусі,&lt;br /&gt;</w:t>
        <w:br/>
        <w:t>Йде без кожуха назад.</w:t>
      </w:r>
    </w:p>
    <w:p>
      <w:r>
        <w:br/>
        <w:t>Успіхи в них хоч і гарні —&lt;br /&gt;</w:t>
        <w:br/>
        <w:t>Треба одначе спішить:&lt;br /&gt;</w:t>
        <w:br/>
        <w:t>Черга до їх "перукарні"&lt;br /&gt;</w:t>
        <w:br/>
        <w:t>Дуже велика стоїть.</w:t>
      </w:r>
    </w:p>
    <w:p>
      <w:r>
        <w:br/>
        <w:t>Трудячись цілими днями&lt;br /&gt;</w:t>
        <w:br/>
        <w:t>В тій степовій стороні,&lt;br /&gt;</w:t>
        <w:br/>
        <w:t>Батькові в поміч і мамі&lt;br /&gt;</w:t>
        <w:br/>
        <w:t>Він заробляв трудодні!</w:t>
      </w:r>
    </w:p>
    <w:p>
      <w:r>
        <w:br/>
        <w:t>...Літо минало.&lt;br /&gt;</w:t>
        <w:br/>
        <w:t>Микола —&lt;br /&gt;</w:t>
        <w:br/>
        <w:t>Знову у ріднім дворі.</w:t>
      </w:r>
    </w:p>
    <w:p>
      <w:r>
        <w:br/>
        <w:t>Тижнів за два уже... школа,&lt;br /&gt;</w:t>
        <w:br/>
        <w:t>Клас його, друзі старі...&lt;br /&gt;</w:t>
        <w:br/>
        <w:t>Вчитель погладить борідку,&lt;br /&gt;</w:t>
        <w:br/>
        <w:t>Встане, всміхнеться на мить:&lt;br /&gt;</w:t>
        <w:br/>
        <w:t>— Де ж побували ви влітку,&lt;br /&gt;</w:t>
        <w:br/>
        <w:t>Діти мої? Говоріть!</w:t>
      </w:r>
    </w:p>
    <w:p>
      <w:r>
        <w:br/>
        <w:t>Матиме що розказати&lt;br /&gt;</w:t>
        <w:br/>
        <w:t>В класі малий пастушок!&lt;br /&gt;</w:t>
        <w:br/>
        <w:t>Ось він розклав серед хати&lt;br /&gt;</w:t>
        <w:br/>
        <w:t>Трави... їх, певне, з мішок!</w:t>
      </w:r>
    </w:p>
    <w:p>
      <w:r>
        <w:br/>
        <w:t>Вкриті столи вже і лавка&lt;br /&gt;</w:t>
        <w:br/>
        <w:t>Цвітом пахучих степів:&lt;br /&gt;</w:t>
        <w:br/>
        <w:t>Травку парує до травки,&lt;br /&gt;</w:t>
        <w:br/>
        <w:t>В банки складає жуків.</w:t>
      </w:r>
    </w:p>
    <w:p>
      <w:r>
        <w:br/>
        <w:t>Входить схвильована мама.&lt;br /&gt;</w:t>
        <w:br/>
        <w:t>— Синку! — гукає вона.—&lt;br /&gt;</w:t>
        <w:br/>
        <w:t>Глянь ось... яка телеграма.&lt;br /&gt;</w:t>
        <w:br/>
        <w:t>Радісна всім новина.</w:t>
      </w:r>
    </w:p>
    <w:p>
      <w:r>
        <w:br/>
        <w:t>Син прочитав: — За побіди,&lt;br /&gt;</w:t>
        <w:br/>
        <w:t>Доблесть і честь трудову...&lt;br /&gt;</w:t>
        <w:br/>
        <w:t>— Мамо! На Виставку їду!&lt;br /&gt;</w:t>
        <w:br/>
        <w:t>З дідом Іваном! В Москву!</w:t>
      </w:r>
    </w:p>
    <w:p>
      <w:r>
        <w:br/>
        <w:t>— Їду! — пустився стрибати,&lt;br /&gt;</w:t>
        <w:br/>
        <w:t>Взявся гербарій складать.&lt;br /&gt;</w:t>
        <w:br/>
        <w:t>— Їду! — й побіг мимо хати&lt;br /&gt;</w:t>
        <w:br/>
        <w:t>Батькові й діду сказать.</w:t>
      </w:r>
    </w:p>
    <w:p>
      <w:r>
        <w:br/>
        <w:t>...Станція. Рідні довкола.&lt;br /&gt;</w:t>
        <w:br/>
        <w:t>Гомін заповнив перон.&lt;br /&gt;</w:t>
        <w:br/>
        <w:t>З квітами дід і Микола&lt;br /&gt;</w:t>
        <w:br/>
        <w:t>Входять у п'ятий вагон.</w:t>
      </w:r>
    </w:p>
    <w:p>
      <w:r>
        <w:br/>
        <w:t>Світяться радістю лиця.&lt;br /&gt;</w:t>
        <w:br/>
        <w:t>Путь їм відкрита! Гудок...&lt;br /&gt;</w:t>
        <w:br/>
        <w:t>В рідну любиму столицю&lt;br /&gt;</w:t>
        <w:br/>
        <w:t>Їде малий пастушок.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Пастушок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