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Партієчка</w:t>
      </w:r>
    </w:p>
    <w:p>
      <w:r>
        <w:br/>
        <w:t xml:space="preserve"> &lt;p&gt;І</w:t>
      </w:r>
    </w:p>
    <w:p>
      <w:r>
        <w:br/>
        <w:t>У селі її називали Партієчкою.</w:t>
      </w:r>
    </w:p>
    <w:p>
      <w:r>
        <w:br/>
        <w:t>Тож про Партієчку і поведемо нашу мову правдиву.</w:t>
      </w:r>
    </w:p>
    <w:p>
      <w:r>
        <w:br/>
        <w:t>II</w:t>
      </w:r>
    </w:p>
    <w:p>
      <w:r>
        <w:br/>
        <w:t>Найяскравіший спомин дитинства.</w:t>
      </w:r>
    </w:p>
    <w:p>
      <w:r>
        <w:br/>
        <w:t>Сніг. Мороз. І гурт розлючених дядьків, що ведуть її тата до річки.</w:t>
      </w:r>
    </w:p>
    <w:p>
      <w:r>
        <w:br/>
        <w:t>А вона біжить вслід за матір'ю, яка, простоволоса, розхристана, так страшно кричить, що й вона починає захлинатися криком.</w:t>
      </w:r>
    </w:p>
    <w:p>
      <w:r>
        <w:br/>
        <w:t>Потім був лід, що скував їхню річку, була ополонка, що дихала чорною смертю, і тато стояв перед нею навколішках, наче збирався молитись. І один із дядьків заносить над татом сокиру.</w:t>
      </w:r>
    </w:p>
    <w:p>
      <w:r>
        <w:br/>
        <w:t>І тут материн крик заполошний струсонув небеса:</w:t>
      </w:r>
    </w:p>
    <w:p>
      <w:r>
        <w:br/>
        <w:t>— Не вбивайте!.. Ой, не вбивайте!..</w:t>
      </w:r>
    </w:p>
    <w:p>
      <w:r>
        <w:br/>
        <w:t>Тоді отой, що з сокирою, схилився над татом і запитав:</w:t>
      </w:r>
    </w:p>
    <w:p>
      <w:r>
        <w:br/>
        <w:t>— Бачиш оту ополонку?</w:t>
      </w:r>
    </w:p>
    <w:p>
      <w:r>
        <w:br/>
        <w:t>Внизу по течії парувала ще одна ополонка. Тато мотнув головою, що бачить.</w:t>
      </w:r>
    </w:p>
    <w:p>
      <w:r>
        <w:br/>
        <w:t>— То бери і пірнай... Допливеш — твоє щастя... Живи.</w:t>
      </w:r>
    </w:p>
    <w:p>
      <w:r>
        <w:br/>
        <w:t>І тато мовчки став роздягатися. Роззувся, роздягнувся, лишився лише в підштанках. Шапки на ньому вже не було: шапку збили ще по дорозі. І пірнув в ополонку.</w:t>
      </w:r>
    </w:p>
    <w:p>
      <w:r>
        <w:br/>
        <w:t>Мати, сходячи криком, метнулась до тієї, до другої, а вона — вслід за матір'ю. Схилившись над ополонкою, мати тягнула болісну нитку:</w:t>
      </w:r>
    </w:p>
    <w:p>
      <w:r>
        <w:br/>
        <w:t>— І-і-і-і-і-і...</w:t>
      </w:r>
    </w:p>
    <w:p>
      <w:r>
        <w:br/>
        <w:t>Тата не було й не було... Вічність минула, а тата все не було... Та ось тато вибулькнув оглушеним сомом. Вирячені очі, вуса обвислі... Лежав на льоду, із стогоном відкашлював воду.</w:t>
      </w:r>
    </w:p>
    <w:p>
      <w:r>
        <w:br/>
        <w:t>III</w:t>
      </w:r>
    </w:p>
    <w:p>
      <w:r>
        <w:br/>
        <w:t>За тиждень тата спалила гарячка.</w:t>
      </w:r>
    </w:p>
    <w:p>
      <w:r>
        <w:br/>
        <w:t>І за цей тиждень вона зненавиділа всіх односельців. Усіх до одного!</w:t>
      </w:r>
    </w:p>
    <w:p>
      <w:r>
        <w:br/>
        <w:t>IV</w:t>
      </w:r>
    </w:p>
    <w:p>
      <w:r>
        <w:br/>
        <w:t>В тридцять другому настав її зоряний час. Уже комсомолкою, вона лютувала, вигрібаючи все, що можна було вкинути до рота. Не жаліла ні малих, ні старих. Півсела лютим голодом видушила!</w:t>
      </w:r>
    </w:p>
    <w:p>
      <w:r>
        <w:br/>
        <w:t>В тридцять четвертому, після вбивства Кірова, не одного спровадила на Соловки чи до Сибіру.</w:t>
      </w:r>
    </w:p>
    <w:p>
      <w:r>
        <w:br/>
        <w:t>А в тридцять сьомому, вже комуністкою, так боролася з ворогами народу, що, коли б її сила та воля, всіх підряд об'явила б тими ворогами. Привчила дядьків, які поки що на волі лишалися, ночувати не вдома — в картоплі: "чорний ворон" в основному приїжджав серед ночі.</w:t>
      </w:r>
    </w:p>
    <w:p>
      <w:r>
        <w:br/>
        <w:t>І в "енкаведе" її називали любовно: "Наша Партієчка".</w:t>
      </w:r>
    </w:p>
    <w:p>
      <w:r>
        <w:br/>
        <w:t>У сорок першому дощенту спалила весь хліб, що дозрівав на неосяжному полі колгоспному. Всі громадські будівлі спалила, навіть школу і клуб. Не встигла тільки попалить всі садиби, щоб лишити по собі цвинтар суцільний.</w:t>
      </w:r>
    </w:p>
    <w:p>
      <w:r>
        <w:br/>
        <w:t>Після війни, повернувшись з евакуації, теж сил не жаліла, виконуючи "постановления партии и правительства".</w:t>
      </w:r>
    </w:p>
    <w:p>
      <w:r>
        <w:br/>
        <w:t>Особливо в голодному сорок сьомому році.</w:t>
      </w:r>
    </w:p>
    <w:p>
      <w:r>
        <w:br/>
        <w:t>V</w:t>
      </w:r>
    </w:p>
    <w:p>
      <w:r>
        <w:br/>
        <w:t>Все життя пам'ятала про тата. Що був конокрадом.</w:t>
      </w:r>
    </w:p>
    <w:p>
      <w:r>
        <w:br/>
        <w:t>VI</w:t>
      </w:r>
    </w:p>
    <w:p>
      <w:r>
        <w:br/>
        <w:t>А нині лежить на кладовищі під перекошеною тумбою. З п'ятикутною зіркою побляклою. І могила її заросла бур'янами, і люди ту могилу стороною обходять, навіть сучасні комуністи з району не провідують. Наче вона, та могила, зачумлена.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Партієчка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