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Парадокси розмножень звичайні як дріт...</w:t>
      </w:r>
    </w:p>
    <w:p>
      <w:r>
        <w:br/>
        <w:t xml:space="preserve"> парадокси розмножень звичайні як дріт&lt;br /&gt;</w:t>
        <w:br/>
        <w:t>червоніючи світ обростає пилком&lt;br /&gt;</w:t>
        <w:br/>
        <w:t>та западину тіла не винести вбрід&lt;br /&gt;</w:t>
        <w:br/>
        <w:t>ні веслом розпанаханим ні язиком</w:t>
      </w:r>
    </w:p>
    <w:p>
      <w:r>
        <w:br/>
        <w:t>фарба злущена з диму і риби цвітуть&lt;br /&gt;</w:t>
        <w:br/>
        <w:t>і регоче примарна дружина ріки&lt;br /&gt;</w:t>
        <w:br/>
        <w:t>але подумки з ночі надточують путь&lt;br /&gt;</w:t>
        <w:br/>
        <w:t>під моє простирадло холодні зірки</w:t>
      </w:r>
    </w:p>
    <w:p>
      <w:r>
        <w:br/>
        <w:t>а як стане зальотна спокуса твоя&lt;br /&gt;</w:t>
        <w:br/>
        <w:t>розбивати плафони місити пласти&lt;br /&gt;</w:t>
        <w:br/>
        <w:t>я губами в повітрі напишу ім'я&lt;br /&gt;</w:t>
        <w:br/>
        <w:t>і поставлю сіну щоб його зберегти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Парадокси розмножень звичайні як дріт...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