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Папуга з осінньої гілки</w:t>
      </w:r>
    </w:p>
    <w:p>
      <w:r>
        <w:br/>
        <w:t xml:space="preserve"> Вже була осінь.</w:t>
      </w:r>
    </w:p>
    <w:p>
      <w:r>
        <w:br/>
        <w:t>Він сидів на гілці між великих яблук і верещав:</w:t>
      </w:r>
    </w:p>
    <w:p>
      <w:r>
        <w:br/>
        <w:t>— Пор-ра вставать! Пор-ра вставать! Вар-рить кашу!</w:t>
      </w:r>
    </w:p>
    <w:p>
      <w:r>
        <w:br/>
        <w:t>Над яблунею вгорі було нескінченне небо. Там літали всякі птахи, а ще вище над ними — літаки.</w:t>
      </w:r>
    </w:p>
    <w:p>
      <w:r>
        <w:br/>
        <w:t>В нього аж голова запаморочилася, коли глянув угору.</w:t>
      </w:r>
    </w:p>
    <w:p>
      <w:r>
        <w:br/>
        <w:t>До землі було ближче.</w:t>
      </w:r>
    </w:p>
    <w:p>
      <w:r>
        <w:br/>
        <w:t>На землі лежало жовте листя, а між ним — яблука.</w:t>
      </w:r>
    </w:p>
    <w:p>
      <w:r>
        <w:br/>
        <w:t>Серед яблук ходило допитливе цуценя. Нюхало їх і гидливо відверталося.</w:t>
      </w:r>
    </w:p>
    <w:p>
      <w:r>
        <w:br/>
        <w:t>— Пор-ра вставать! Пор-ра вставать! Вар-рить кашу!!! — заверещав папуга до цуценяти.</w:t>
      </w:r>
    </w:p>
    <w:p>
      <w:r>
        <w:br/>
        <w:t>Цуценя здивовано подивилося на зеленобокого папугу і сказало: "Гав!"</w:t>
      </w:r>
    </w:p>
    <w:p>
      <w:r>
        <w:br/>
        <w:t>Папуга помовчав і теж несподівано для себе гавкнув.</w:t>
      </w:r>
    </w:p>
    <w:p>
      <w:r>
        <w:br/>
        <w:t>Цуценя від здивування аж сіло. На гілці сидів не собака, а подавав собачий голос.</w:t>
      </w:r>
    </w:p>
    <w:p>
      <w:r>
        <w:br/>
        <w:t>Цуценя ще трохи посиділо, подумало і побігло по хлопчика. Хай подивиться на цю чудасію.</w:t>
      </w:r>
    </w:p>
    <w:p>
      <w:r>
        <w:br/>
        <w:t>А до папуги вже почали злітатися горобці.</w:t>
      </w:r>
    </w:p>
    <w:p>
      <w:r>
        <w:br/>
        <w:t>— Пор-ра вставать! Пор-ра вставать! Вар-рить кашу! — загукав він до них.</w:t>
      </w:r>
    </w:p>
    <w:p>
      <w:r>
        <w:br/>
        <w:t>Це були всі слова, яких навчила папугу старенька бабуся, його господарка.</w:t>
      </w:r>
    </w:p>
    <w:p>
      <w:r>
        <w:br/>
        <w:t>Він не вмів розповісти горобцям про свою біду.</w:t>
      </w:r>
    </w:p>
    <w:p>
      <w:r>
        <w:br/>
        <w:t>А трапилося ось що. Бабуся пішла з дому й лишила кватирку відчиненою.</w:t>
      </w:r>
    </w:p>
    <w:p>
      <w:r>
        <w:br/>
        <w:t>Папуга літав-літав по кімнаті. Говорив-говорив сам із собою про кашу. Залетів на кухню. Позаглядав у каструлі. Каші ніде не було. Аж чхнув сердито.</w:t>
      </w:r>
    </w:p>
    <w:p>
      <w:r>
        <w:br/>
        <w:t>Підлетів до кватирки і вистромив дзьоба.</w:t>
      </w:r>
    </w:p>
    <w:p>
      <w:r>
        <w:br/>
        <w:t>Там, надворі, було дуже цікаво. По вулиці прогув великий пузатий автобус, пробіг, насвистуючи, спортсмен. Папуга теж свиснув, та спортсмен не почув. Тоді папуга радісно гукнув до нього:</w:t>
      </w:r>
    </w:p>
    <w:p>
      <w:r>
        <w:br/>
        <w:t>— Пор-ра вставать! Пор-ра вставать! Вар-рить кашу!</w:t>
      </w:r>
    </w:p>
    <w:p>
      <w:r>
        <w:br/>
        <w:t>Але спортсмен був уже далеко — тільки майка синіла.</w:t>
      </w:r>
    </w:p>
    <w:p>
      <w:r>
        <w:br/>
        <w:t>Папуга сумно подивився на ту синю майку й так же сумно сказав:</w:t>
      </w:r>
    </w:p>
    <w:p>
      <w:r>
        <w:br/>
        <w:t>— Пор-ра вставать...</w:t>
      </w:r>
    </w:p>
    <w:p>
      <w:r>
        <w:br/>
        <w:t>Посидів-посидів, подивився-подивився і полетів туди, у світ за вікном.</w:t>
      </w:r>
    </w:p>
    <w:p>
      <w:r>
        <w:br/>
        <w:t>Пролетів над котом у дворі. Кіт побачив його, підстрибнув і нявкнув.</w:t>
      </w:r>
    </w:p>
    <w:p>
      <w:r>
        <w:br/>
        <w:t>А папуга вже був далеко.</w:t>
      </w:r>
    </w:p>
    <w:p>
      <w:r>
        <w:br/>
        <w:t>Він летів над річкою, над рибалками і над рибами у воді.</w:t>
      </w:r>
    </w:p>
    <w:p>
      <w:r>
        <w:br/>
        <w:t>Дивувалися рибалки: і що воно за птаха незвичайна? Не голуб, не дятел, не синиця, не горобець... Просто дивина. І боки в неї зелені.</w:t>
      </w:r>
    </w:p>
    <w:p>
      <w:r>
        <w:br/>
        <w:t>Ніхто з тих рибалок не бачив папуг, бо біля річки папуги не водяться.</w:t>
      </w:r>
    </w:p>
    <w:p>
      <w:r>
        <w:br/>
        <w:t>А папуга літав цілісінький день і всього-всього набачився: людей, машин, будинків, стовпів, афіш... І навіть базар побачив та футбол на стадіоні.</w:t>
      </w:r>
    </w:p>
    <w:p>
      <w:r>
        <w:br/>
        <w:t>Потім він утомився. І сів на цю яблуню перепочити.</w:t>
      </w:r>
    </w:p>
    <w:p>
      <w:r>
        <w:br/>
        <w:t>Відпочивав і роззирався навкруги. Куди ж це він залетів? І злякався: заблукав!</w:t>
      </w:r>
    </w:p>
    <w:p>
      <w:r>
        <w:br/>
        <w:t>— Пор-ра вставать,— сказав тихо й мало не плачучи.— Вар-рить кашу.</w:t>
      </w:r>
    </w:p>
    <w:p>
      <w:r>
        <w:br/>
        <w:t>Але йому ніхто нічого не відповів.</w:t>
      </w:r>
    </w:p>
    <w:p>
      <w:r>
        <w:br/>
        <w:t>Довкола було тихо, тільки листя безшелесно падало з дерева.</w:t>
      </w:r>
    </w:p>
    <w:p>
      <w:r>
        <w:br/>
        <w:t>Сидів папуга на гілці і не знав, що йому робити. Треба летіти туди, але забув куди.</w:t>
      </w:r>
    </w:p>
    <w:p>
      <w:r>
        <w:br/>
        <w:t>Тут і надбігло до дерева цуценя, що гналося за дзвінкою осою.</w:t>
      </w:r>
    </w:p>
    <w:p>
      <w:r>
        <w:br/>
        <w:t>Оса полетіла, цуценя лишилося.</w:t>
      </w:r>
    </w:p>
    <w:p>
      <w:r>
        <w:br/>
        <w:t>— Гав!!! — сердито сказало їй услід цуценя і стало гратися яблуком.</w:t>
      </w:r>
    </w:p>
    <w:p>
      <w:r>
        <w:br/>
        <w:t>— Гав!!! — гукнув до нього згори папуга.</w:t>
      </w:r>
    </w:p>
    <w:p>
      <w:r>
        <w:br/>
        <w:t>Отоді цуценя здивувалося і побігло по хлопчика.</w:t>
      </w:r>
    </w:p>
    <w:p>
      <w:r>
        <w:br/>
        <w:t>А горобці вже з усіх боків обсіли гілку і войовниче настовбурчили пір'я.</w:t>
      </w:r>
    </w:p>
    <w:p>
      <w:r>
        <w:br/>
        <w:t>— Жив-жив! — загукали до папуги.</w:t>
      </w:r>
    </w:p>
    <w:p>
      <w:r>
        <w:br/>
        <w:t>— Жив-жив! — загукав він до них.</w:t>
      </w:r>
    </w:p>
    <w:p>
      <w:r>
        <w:br/>
        <w:t>Горобці подумали, що цей дивний птах із зеленим пір'ям на боках задається перед ними. Ще й перекривляє їх.</w:t>
      </w:r>
    </w:p>
    <w:p>
      <w:r>
        <w:br/>
        <w:t>— Жив-жив! — закричали на нього грізно.</w:t>
      </w:r>
    </w:p>
    <w:p>
      <w:r>
        <w:br/>
        <w:t>— Жив-жив! — відповів їм радісно папуга, бо не знав, що вони на нього сердяться.</w:t>
      </w:r>
    </w:p>
    <w:p>
      <w:r>
        <w:br/>
        <w:t>Тут до нього підлетів гороб'ячий командир і боляче смикнув за зелене пір'я.</w:t>
      </w:r>
    </w:p>
    <w:p>
      <w:r>
        <w:br/>
        <w:t>— Жив-жив! — мало не плачучи, попрохав папуга, щоб його не чіпали.</w:t>
      </w:r>
    </w:p>
    <w:p>
      <w:r>
        <w:br/>
        <w:t>Але горобці не знали того і з усіх боків стали смикати з нього пір'я.</w:t>
      </w:r>
    </w:p>
    <w:p>
      <w:r>
        <w:br/>
        <w:t>Кепсько було б папузі, якби цуценя не привело хлопчика.</w:t>
      </w:r>
    </w:p>
    <w:p>
      <w:r>
        <w:br/>
        <w:t>— Гав! — гукнуло цуценя на горобців, і вони пороснули в усі боки.</w:t>
      </w:r>
    </w:p>
    <w:p>
      <w:r>
        <w:br/>
        <w:t>Знали, що цуценя сердите, якщо його не слухаються.</w:t>
      </w:r>
    </w:p>
    <w:p>
      <w:r>
        <w:br/>
        <w:t>Хлопчик заліз на яблуню і зняв папугу.</w:t>
      </w:r>
    </w:p>
    <w:p>
      <w:r>
        <w:br/>
        <w:t>Папуга притулився до його грудей і сказав:</w:t>
      </w:r>
    </w:p>
    <w:p>
      <w:r>
        <w:br/>
        <w:t>— Пор-ра вставать! Вар-рить кашу!</w:t>
      </w:r>
    </w:p>
    <w:p>
      <w:r>
        <w:br/>
        <w:t>— Ти молодець! — мовив до нього хлопчик.— Ти говориш!</w:t>
      </w:r>
    </w:p>
    <w:p>
      <w:r>
        <w:br/>
        <w:t>— Ти молодець! — чітко сказав папуга.</w:t>
      </w:r>
    </w:p>
    <w:p>
      <w:r>
        <w:br/>
        <w:t>— Пірат молодець,— показав йому хлопчик на цуценя.— Це він тебе врятував од горобців.</w:t>
      </w:r>
    </w:p>
    <w:p>
      <w:r>
        <w:br/>
        <w:t>— Пір-рат молодець! — погодився папуга.</w:t>
      </w:r>
    </w:p>
    <w:p>
      <w:r>
        <w:br/>
        <w:t>Тепер він живе у хлопчика. І вже вивчив багато-багато слів.</w:t>
      </w:r>
    </w:p>
    <w:p>
      <w:r>
        <w:br/>
        <w:t>Щодня грається з хлопчиком і з Піратом.</w:t>
      </w:r>
    </w:p>
    <w:p>
      <w:r>
        <w:br/>
        <w:t>Часто підлітає до вікна і дивиться туди, в зимовий день. Там літають, збиваючи сніг із гілля, сірі горобці.</w:t>
      </w:r>
    </w:p>
    <w:p>
      <w:r>
        <w:br/>
        <w:t>І, мабуть, папуга думає, як би з ними подружитися, а потім навчити їх говорить.</w:t>
      </w:r>
    </w:p>
    <w:p>
      <w:r>
        <w:br/>
        <w:t>Хлопчикові й Піратові папуга про те нічого не казав.</w:t>
      </w:r>
    </w:p>
    <w:p>
      <w:r>
        <w:br/>
        <w:t>Напевно ж, то його таємниця.</w:t>
      </w:r>
    </w:p>
    <w:p>
      <w:r>
        <w:br/>
        <w:t>Можуть же бути і в папуг таємниці?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Папуга з осінньої гілки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