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Паперовий змій та я</w:t>
      </w:r>
    </w:p>
    <w:p>
      <w:r>
        <w:br/>
        <w:t xml:space="preserve"> "Я хитрий паперовий змій,&lt;br /&gt;</w:t>
        <w:br/>
        <w:t>мов ластівка, лечу!&lt;br /&gt;</w:t>
        <w:br/>
        <w:t>Я б навіть вище хмари зміг&lt;br /&gt;</w:t>
        <w:br/>
        <w:t>літати досхочу.&lt;br /&gt;</w:t>
        <w:br/>
        <w:t>Але не хочеться мені,&lt;br /&gt;</w:t>
        <w:br/>
        <w:t>бо на мотузці в мене&lt;br /&gt;</w:t>
        <w:br/>
        <w:t>біжить у полі, по стерні,&lt;br /&gt;</w:t>
        <w:br/>
        <w:t>хлопчисько здоровенний.&lt;br /&gt;</w:t>
        <w:br/>
        <w:t>Захочу — вліво він біжить,&lt;br /&gt;</w:t>
        <w:br/>
        <w:t>захочу — зверне вправо.&lt;br /&gt;</w:t>
        <w:br/>
        <w:t>Ним керувати і летіть —&lt;br /&gt;</w:t>
        <w:br/>
        <w:t>не дуже мудра справа!"</w:t>
      </w:r>
    </w:p>
    <w:p>
      <w:r>
        <w:br/>
        <w:t>Так думав паперовий змій,&lt;br /&gt;</w:t>
        <w:br/>
        <w:t>що на мотузочці МОЇЙ&lt;br /&gt;</w:t>
        <w:br/>
        <w:t>летів, куди захочу Я,&lt;br /&gt;</w:t>
        <w:br/>
        <w:t>бо та мотузочка —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Паперовий змій та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