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Панько</w:t>
      </w:r>
    </w:p>
    <w:p>
      <w:r>
        <w:br/>
        <w:t xml:space="preserve"> &lt;p&gt;Панько останній ускочив у дерев'яний великий цебер до чотирьох товаришів і гукнув машиністу:</w:t>
      </w:r>
    </w:p>
    <w:p>
      <w:r>
        <w:br/>
        <w:t>— Пускай!</w:t>
      </w:r>
    </w:p>
    <w:p>
      <w:r>
        <w:br/>
        <w:t>Цебер почав спускатися в шахту спершу тихо, а далі все швидше й швидше. Він хитався на всі боки, і шахтарі повинні були часом відпихатися від стін, щоб не вдаритись об їх,— тоді б усі сторч головою могли полетіти в шахту з розбитого цебра. Але шахта була не глибока; чорні стіни промайнули швидко, й шахтарі вже були на дні.</w:t>
      </w:r>
    </w:p>
    <w:p>
      <w:r>
        <w:br/>
        <w:t>— Ну, вилазь! — сказав Панько й сам вискочив перший, держачи в руках динамітові патрони. Товариші почали вилазити за їм з струментом у руках.</w:t>
      </w:r>
    </w:p>
    <w:p>
      <w:r>
        <w:br/>
        <w:t>Зараз же біля сторчової шахти пробивано новий хідник. Але величезна брила кам'яна, зустрівшись на дорозі, не давала йти далі.</w:t>
      </w:r>
    </w:p>
    <w:p>
      <w:r>
        <w:br/>
        <w:t>Шахтарі мусили розбити цю каменюку динамітом.</w:t>
      </w:r>
    </w:p>
    <w:p>
      <w:r>
        <w:br/>
        <w:t>За кілька ступнів вони були вже там, де треба.</w:t>
      </w:r>
    </w:p>
    <w:p>
      <w:r>
        <w:br/>
        <w:t>Нахиляючись, вони пройшли,— чи, мабуть, краще сказати — пролізли у почату нору.</w:t>
      </w:r>
    </w:p>
    <w:p>
      <w:r>
        <w:br/>
        <w:t>Там було мокро й темно. Дві лампи шахтарські, блимаючи, освічували чорні стіни і не менше чорні шахтарські обличчя, тільки зуби та очі біліли на тих арапських обличчях.</w:t>
      </w:r>
    </w:p>
    <w:p>
      <w:r>
        <w:br/>
        <w:t>Робітники почали оглядати камінь.</w:t>
      </w:r>
    </w:p>
    <w:p>
      <w:r>
        <w:br/>
        <w:t>— Ну, з їм буде морока! — промовив один.</w:t>
      </w:r>
    </w:p>
    <w:p>
      <w:r>
        <w:br/>
        <w:t>— Та здоровий! — додав другий.</w:t>
      </w:r>
    </w:p>
    <w:p>
      <w:r>
        <w:br/>
        <w:t>— То нічого, що здоровий, а ось подивимось, як його пробивати,— сказав Панько.— Ану лиш давай свердел!</w:t>
      </w:r>
    </w:p>
    <w:p>
      <w:r>
        <w:br/>
        <w:t>Почали вертіти камінь, б'ючи по свердлу молотком: камінь мало подавався.</w:t>
      </w:r>
    </w:p>
    <w:p>
      <w:r>
        <w:br/>
        <w:t>— І що б було кращий струмент узяти! — сердився Панько, що порядкував ділом.— А то цим — до вечора не зробиш дірки.</w:t>
      </w:r>
    </w:p>
    <w:p>
      <w:r>
        <w:br/>
        <w:t>— Та й вечір недалеко,— озвався хтось.</w:t>
      </w:r>
    </w:p>
    <w:p>
      <w:r>
        <w:br/>
        <w:t>— І добре, бо вже й кістки болять на цій чортовій роботі,— додав один шахтар.</w:t>
      </w:r>
    </w:p>
    <w:p>
      <w:r>
        <w:br/>
        <w:t>— Не журись! — одказав молодий високий парубок,— зате завтра неділя, погуляємо!</w:t>
      </w:r>
    </w:p>
    <w:p>
      <w:r>
        <w:br/>
        <w:t>— Погуляємо! — трохи зло відказав йому чоловік з бородою. Він приходив на роботу з села і мав сьогодні йти додому, несучи свій заробіток сім'ї. Парубок же той жив на шахті і всі гроші витрачав на себе. Перший був порядний господар і не міг бути прихильний до шибайголови шахтарської.</w:t>
      </w:r>
    </w:p>
    <w:p>
      <w:r>
        <w:br/>
        <w:t>— Погуляємо! Вам усе тільки б гульки справляти! За гульками й діла не знаєте.</w:t>
      </w:r>
    </w:p>
    <w:p>
      <w:r>
        <w:br/>
        <w:t>— А якого я діла не знаю? — розсердився парубок.</w:t>
      </w:r>
    </w:p>
    <w:p>
      <w:r>
        <w:br/>
        <w:t>— А от такого, що тебе посилано взяти путящого струменту, а ти взяв казна-що.</w:t>
      </w:r>
    </w:p>
    <w:p>
      <w:r>
        <w:br/>
        <w:t>— Велике лихо! — відмовив парубок.— Як треба буде, то підіймусь та й візьму кращий.</w:t>
      </w:r>
    </w:p>
    <w:p>
      <w:r>
        <w:br/>
        <w:t>— А воно й справді треба взяти,— промовив Панько. — Ану лиш добудь!</w:t>
      </w:r>
    </w:p>
    <w:p>
      <w:r>
        <w:br/>
        <w:t>— Круть-верть — зараз буде! — сказав парубок.— Ходім, Семене!</w:t>
      </w:r>
    </w:p>
    <w:p>
      <w:r>
        <w:br/>
        <w:t>Другий парубок, той, що лаяв роботу, пішов з їм до цебра.</w:t>
      </w:r>
    </w:p>
    <w:p>
      <w:r>
        <w:br/>
        <w:t>Три шахтарі посідали, прихилившися спинами до каменюки. Двоє почали зараз же крутити цигарки і позакурювали їх від лампи, що причепили збоку на стіні.</w:t>
      </w:r>
    </w:p>
    <w:p>
      <w:r>
        <w:br/>
        <w:t>Панько не курив. Він дуже втомився. Сьогодні йому було багато роботи. Хотілося відпочити. Поки товариші курили й розмовляли, він мовчки сидів, приплющивши очі. Залюбки згадував, що сьогодні піде додому, обмиється, відпочине й побуде в своїй сім'ї. Сім'ї всього — жінка молода та маленький син, років три йому було. Влітку Панько хліборобив, а взимку заробляв по шахтах. Цей заробіток давав йому змогу не вбожіти, ще трохи й підправляти своє господарство.</w:t>
      </w:r>
    </w:p>
    <w:p>
      <w:r>
        <w:br/>
        <w:t>Він тепер думав про свою теплу чистеньку хатку. Вона так і в'являлась йому, а серед неї Одарка. І обличчя в Одарки так наче всміхнулося до нього. Якесь любе, лагідне почування обняло Панька, і йому так схотілося швидше туди, до неї й до сина. Ну, Данько запевне спатиме, як він прийде, але завтра вже ж спитається:</w:t>
      </w:r>
    </w:p>
    <w:p>
      <w:r>
        <w:br/>
        <w:t>— А со мені татко принесла з сахти?</w:t>
      </w:r>
    </w:p>
    <w:p>
      <w:r>
        <w:br/>
        <w:t>Чудний! Завсігди з матір'ю, чує, як на неї кажуть "вона", то й собі на всіх,— і на чоловіків, і на жінок,— почав казати "вона". Треба буде взяти йому в крамниці яку канхветину. Бо так тобі любо обніме за шию та й каже:</w:t>
      </w:r>
    </w:p>
    <w:p>
      <w:r>
        <w:br/>
        <w:t>— А со принесла?</w:t>
      </w:r>
    </w:p>
    <w:p>
      <w:r>
        <w:br/>
        <w:t>А Одарка дожидатиме його, хоч як пізно він прийде,— вона не ляже...</w:t>
      </w:r>
    </w:p>
    <w:p>
      <w:r>
        <w:br/>
        <w:t>Усміх осяйнув умазане в сажу чорне обличчя Панькове. Йому знову схотілося побачити Одарку зараз біля себе... Ні, самому бути зараз біля неї...</w:t>
      </w:r>
    </w:p>
    <w:p>
      <w:r>
        <w:br/>
        <w:t>— А ось і ми! — гукнув голос мало не над самим Паньком.</w:t>
      </w:r>
    </w:p>
    <w:p>
      <w:r>
        <w:br/>
        <w:t>Панько розплющив очі. Парубки вже вернулися з струментом. Треба було робити. Трохи нехотя відірвався Панько від своїх мрій і встав.</w:t>
      </w:r>
    </w:p>
    <w:p>
      <w:r>
        <w:br/>
        <w:t>З новим струментом робота пішла краще. Але все як каменюка подавалася погано, бо дуже тверда була.</w:t>
      </w:r>
    </w:p>
    <w:p>
      <w:r>
        <w:br/>
        <w:t>— Та ну його к бісу,— всі руки обшмугляві — промовив чоловік з бородою, спускаючи руку з молотком.— Буде й стільки!</w:t>
      </w:r>
    </w:p>
    <w:p>
      <w:r>
        <w:br/>
        <w:t>— Не глибоко буде, не розірве враз,— сказав Панько.</w:t>
      </w:r>
    </w:p>
    <w:p>
      <w:r>
        <w:br/>
        <w:t>— Дарма,— удруге можна, коли треба буде.</w:t>
      </w:r>
    </w:p>
    <w:p>
      <w:r>
        <w:br/>
        <w:t>Панько позастромлював у попровірчувані дірки патрони.</w:t>
      </w:r>
    </w:p>
    <w:p>
      <w:r>
        <w:br/>
        <w:t>— Ну, хлопці, гайда в цебер! Я зараз позапалюю гноти.</w:t>
      </w:r>
    </w:p>
    <w:p>
      <w:r>
        <w:br/>
        <w:t>Чотири шахтарі пішли до цебра, покинувши Панька запалювати. Парубок зачепив старого:</w:t>
      </w:r>
    </w:p>
    <w:p>
      <w:r>
        <w:br/>
        <w:t>— А що, от і приніс, що треба, й не загаялись.</w:t>
      </w:r>
    </w:p>
    <w:p>
      <w:r>
        <w:br/>
        <w:t>— Мовчи вже! Про тебе й кури сокочуть по смітниках, що ти такий моторний,— відмовив той.</w:t>
      </w:r>
    </w:p>
    <w:p>
      <w:r>
        <w:br/>
        <w:t>— Та про мене хоч кури сокочуть, дядьку Андрію, а про вас і того нема! — відказав парубок, улазячи в цебер.</w:t>
      </w:r>
    </w:p>
    <w:p>
      <w:r>
        <w:br/>
        <w:t>— Га-га-га! — зареготалися шахтарі.— От так утяв!</w:t>
      </w:r>
    </w:p>
    <w:p>
      <w:r>
        <w:br/>
        <w:t>— Утяв! — розсердився дядько Андрій, уже стоячи в цебрі в той час, як інші ще влазили.</w:t>
      </w:r>
    </w:p>
    <w:p>
      <w:r>
        <w:br/>
        <w:t>— Утяв! Якби йому язика втяти, так ото було б добре! А то дуже довгий,— щоб не придавило коли в шахті грудякою.</w:t>
      </w:r>
    </w:p>
    <w:p>
      <w:r>
        <w:br/>
        <w:t>Шахтарі знову зареготались, і під регіт парубок гукнув угору:</w:t>
      </w:r>
    </w:p>
    <w:p>
      <w:r>
        <w:br/>
        <w:t>— Піднімай!</w:t>
      </w:r>
    </w:p>
    <w:p>
      <w:r>
        <w:br/>
        <w:t>Цебер смиконуло й піднесло вгору.</w:t>
      </w:r>
    </w:p>
    <w:p>
      <w:r>
        <w:br/>
        <w:t>— Стій! стій! — скрикнув дядько Андрій. — А Панько?</w:t>
      </w:r>
    </w:p>
    <w:p>
      <w:r>
        <w:br/>
        <w:t>За реготом та за спіркою шахтарі зовсім забули, що Панько мусить сісти з їми. Вони зирнули наниз і побачили Панька.</w:t>
      </w:r>
    </w:p>
    <w:p>
      <w:r>
        <w:br/>
        <w:t>— Стій! — згукнув з усієї сили парубок.</w:t>
      </w:r>
    </w:p>
    <w:p>
      <w:r>
        <w:br/>
        <w:t>Цебер спинився.</w:t>
      </w:r>
    </w:p>
    <w:p>
      <w:r>
        <w:br/>
        <w:t>Панько все це бачив. Він одразу згадав, що патрони позабивано неглибоко, що гноти були короткі. Вибух мусить бути зараз — ось-ось. Коли цебер спуститься, то каміння вдарить просто на товаришів. Все це він зрозумів за одну мить.</w:t>
      </w:r>
    </w:p>
    <w:p>
      <w:r>
        <w:br/>
        <w:t>"Що бог дасть!" — промайнуло у його в голові. І перш ніж товариші встигли гукнути, щоб спускати, він голосно крикнув:</w:t>
      </w:r>
    </w:p>
    <w:p>
      <w:r>
        <w:br/>
        <w:t>— Піднімай!</w:t>
      </w:r>
    </w:p>
    <w:p>
      <w:r>
        <w:br/>
        <w:t>Цебер знову смикнуло й відразу винесло нагору.</w:t>
      </w:r>
    </w:p>
    <w:p>
      <w:r>
        <w:br/>
        <w:t>Панько повернувся, щоб кинутися набік у другий хідник.</w:t>
      </w:r>
    </w:p>
    <w:p>
      <w:r>
        <w:br/>
        <w:t>Але саме в цю мить із темряви блисконуло ясним огнем, потім ударило, і важкий гугот струсонув шахту.</w:t>
      </w:r>
    </w:p>
    <w:p>
      <w:r>
        <w:br/>
        <w:t>Панько почув, як щось штовхнуло його в груди й кинуло вавзнем.</w:t>
      </w:r>
    </w:p>
    <w:p>
      <w:r>
        <w:br/>
        <w:t>Як дим розвіявся, товариші кинулись у шахту. Панько лежав зараз же тут, і його груди були однією великою кривавою раною...</w:t>
      </w:r>
    </w:p>
    <w:p>
      <w:r>
        <w:br/>
        <w:t>1893. I. 17. с. Олексіївка.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