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Пані Твардовська</w:t>
      </w:r>
    </w:p>
    <w:p>
      <w:r>
        <w:br/>
        <w:t xml:space="preserve"> П'ють, гуляють, люльки палять,&lt;br /&gt;</w:t>
        <w:br/>
        <w:t>Танці, витівки, сваволя,&lt;br /&gt;</w:t>
        <w:br/>
        <w:t>Мало корчми не розвалять,-&lt;br /&gt;</w:t>
        <w:br/>
        <w:t>Ха-ха! Хі-хі! Гей же! Голя!</w:t>
      </w:r>
    </w:p>
    <w:p>
      <w:r>
        <w:br/>
        <w:t>Пан Твардовський, взявшись в боки,&lt;br /&gt;</w:t>
        <w:br/>
        <w:t>Кінець столу отаманить:&lt;br /&gt;</w:t>
        <w:br/>
        <w:t>"Гуляй, душе! Світ широкий!" —&lt;br /&gt;</w:t>
        <w:br/>
        <w:t>I чарує, і туманить.</w:t>
      </w:r>
    </w:p>
    <w:p>
      <w:r>
        <w:br/>
        <w:t>Воякові, що грав зуха,&lt;br /&gt;</w:t>
        <w:br/>
        <w:t>З усіма до бійки пнувся,&lt;br /&gt;</w:t>
        <w:br/>
        <w:t>Свиснув шаблею край вуха —&lt;br /&gt;</w:t>
        <w:br/>
        <w:t>Воїн зайцем обернувся.</w:t>
      </w:r>
    </w:p>
    <w:p>
      <w:r>
        <w:br/>
        <w:t>Адвокату з трибуналу,&lt;br /&gt;</w:t>
        <w:br/>
        <w:t>Що медок смоктав для свята,&lt;br /&gt;</w:t>
        <w:br/>
        <w:t>Брязнув гаманцем помалу —&lt;br /&gt;</w:t>
        <w:br/>
        <w:t>I став пес із адвоката.</w:t>
      </w:r>
    </w:p>
    <w:p>
      <w:r>
        <w:br/>
        <w:t>Стукнув тричі в ніс шевцеві,&lt;br /&gt;</w:t>
        <w:br/>
        <w:t>До чола примкнув три цівки —&lt;br /&gt;</w:t>
        <w:br/>
        <w:t>Повно в кубки кришталеві&lt;br /&gt;</w:t>
        <w:br/>
        <w:t>Наточив відтіль житнівки.</w:t>
      </w:r>
    </w:p>
    <w:p>
      <w:r>
        <w:br/>
        <w:t>Та як пив свою він чару,&lt;br /&gt;</w:t>
        <w:br/>
        <w:t>Шум якийсь у чарі знявся.&lt;br /&gt;</w:t>
        <w:br/>
        <w:t>Заглядає: "Тю, примаро!&lt;br /&gt;</w:t>
        <w:br/>
        <w:t>Відкіля ти, кумцю, взявся?"</w:t>
      </w:r>
    </w:p>
    <w:p>
      <w:r>
        <w:br/>
        <w:t>Чортик там на дні таївся...&lt;br /&gt;</w:t>
        <w:br/>
        <w:t>Сущий німець куцополий!&lt;br /&gt;</w:t>
        <w:br/>
        <w:t>Він громаді уклонився,&lt;br /&gt;</w:t>
        <w:br/>
        <w:t>Зняв бриля — і враз додолу</w:t>
      </w:r>
    </w:p>
    <w:p>
      <w:r>
        <w:br/>
        <w:t>Пада з чарки на підлогу.&lt;br /&gt;</w:t>
        <w:br/>
        <w:t>Впав, росте на два аршини —&lt;br /&gt;</w:t>
        <w:br/>
        <w:t>Ніс гачком, курині ноги,&lt;br /&gt;</w:t>
        <w:br/>
        <w:t>Кігті — зовсім яструбині.</w:t>
      </w:r>
    </w:p>
    <w:p>
      <w:r>
        <w:br/>
        <w:t>"А, Твардовський! Як ся маєш?&lt;br /&gt;</w:t>
        <w:br/>
        <w:t>Промовля він чемно дуже.-&lt;br /&gt;</w:t>
        <w:br/>
        <w:t>Як? Невже-бо не пізнаєш?&lt;br /&gt;</w:t>
        <w:br/>
        <w:t>Мефістофель я, мій друже!</w:t>
      </w:r>
    </w:p>
    <w:p>
      <w:r>
        <w:br/>
        <w:t>Ти ж під Лисою горою,&lt;br /&gt;</w:t>
        <w:br/>
        <w:t>Власну душу запродавши,&lt;br /&gt;</w:t>
        <w:br/>
        <w:t>Договір зложив зі мною,&lt;br /&gt;</w:t>
        <w:br/>
        <w:t>Що чорти повинні завше</w:t>
      </w:r>
    </w:p>
    <w:p>
      <w:r>
        <w:br/>
        <w:t>Бути слугами твоїми;&lt;br /&gt;</w:t>
        <w:br/>
        <w:t>Та коли мине два літа,&lt;br /&gt;</w:t>
        <w:br/>
        <w:t>Мав поїхать ти до Рима,&lt;br /&gt;</w:t>
        <w:br/>
        <w:t>Щоб тебе нам ухопити.</w:t>
      </w:r>
    </w:p>
    <w:p>
      <w:r>
        <w:br/>
        <w:t>Але й сім літ проминуло,&lt;br /&gt;</w:t>
        <w:br/>
        <w:t>А виходить так негоже,&lt;br /&gt;</w:t>
        <w:br/>
        <w:t>Що про тебе пекло чуло,&lt;br /&gt;</w:t>
        <w:br/>
        <w:t>А побачити не може!</w:t>
      </w:r>
    </w:p>
    <w:p>
      <w:r>
        <w:br/>
        <w:t>Та ми помсти не тягтимем,&lt;br /&gt;</w:t>
        <w:br/>
        <w:t>Надійшла хвилина ждана:&lt;br /&gt;</w:t>
        <w:br/>
        <w:t>Корчма ця зоветься "Римом",-&lt;br /&gt;</w:t>
        <w:br/>
        <w:t>Арештую я мосьпана!"</w:t>
      </w:r>
    </w:p>
    <w:p>
      <w:r>
        <w:br/>
        <w:t>Пан Твардовський до порогу&lt;br /&gt;</w:t>
        <w:br/>
        <w:t>Хтів проскочити раптово,-&lt;br /&gt;</w:t>
        <w:br/>
        <w:t>Чорт закрив йому дорогу:&lt;br /&gt;</w:t>
        <w:br/>
        <w:t>"А де ж чесне панське слово?"</w:t>
      </w:r>
    </w:p>
    <w:p>
      <w:r>
        <w:br/>
        <w:t>Що тут діять? Доведеться&lt;br /&gt;</w:t>
        <w:br/>
        <w:t>Наложити головою!&lt;br /&gt;</w:t>
        <w:br/>
        <w:t>Та Твардовський удається&lt;br /&gt;</w:t>
        <w:br/>
        <w:t>Враз до витівки нової:</w:t>
      </w:r>
    </w:p>
    <w:p>
      <w:r>
        <w:br/>
        <w:t>"В договір заглянь-но, брате!&lt;br /&gt;</w:t>
        <w:br/>
        <w:t>Там стоїть така умова,&lt;br /&gt;</w:t>
        <w:br/>
        <w:t>Що мене як будеш брати,-&lt;br /&gt;</w:t>
        <w:br/>
        <w:t>Я віддамсь тобі без слова,</w:t>
      </w:r>
    </w:p>
    <w:p>
      <w:r>
        <w:br/>
        <w:t>Право маю лиш три рази&lt;br /&gt;</w:t>
        <w:br/>
        <w:t>Взяти чорта до роботи,&lt;br /&gt;</w:t>
        <w:br/>
        <w:t>Три завдать тобі накази,&lt;br /&gt;</w:t>
        <w:br/>
        <w:t>Щоб ти виконав достоту.</w:t>
      </w:r>
    </w:p>
    <w:p>
      <w:r>
        <w:br/>
        <w:t>Глянь — ось коник на картині&lt;br /&gt;</w:t>
        <w:br/>
        <w:t>Корчми цеї знак одмінний.&lt;br /&gt;</w:t>
        <w:br/>
        <w:t>Хай на ньому сяду нині —&lt;br /&gt;</w:t>
        <w:br/>
        <w:t>I, як вихор, він полине.</w:t>
      </w:r>
    </w:p>
    <w:p>
      <w:r>
        <w:br/>
        <w:t>Із піску зроби нагайку,&lt;br /&gt;</w:t>
        <w:br/>
        <w:t>Щоб було коня чим гнати,&lt;br /&gt;</w:t>
        <w:br/>
        <w:t>А он там, посеред гайку,&lt;br /&gt;</w:t>
        <w:br/>
        <w:t>Дім постав понад Карпати.</w:t>
      </w:r>
    </w:p>
    <w:p>
      <w:r>
        <w:br/>
        <w:t>Стіни з зерняток горіха&lt;br /&gt;</w:t>
        <w:br/>
        <w:t>Хай знесуться над байраком,&lt;br /&gt;</w:t>
        <w:br/>
        <w:t>Із борід єврейських стріха,&lt;br /&gt;</w:t>
        <w:br/>
        <w:t>Густо висіяна маком.</w:t>
      </w:r>
    </w:p>
    <w:p>
      <w:r>
        <w:br/>
        <w:t>Цвях оцей собі візьми ти,&lt;br /&gt;</w:t>
        <w:br/>
        <w:t>Щоб за мірку був єдину:&lt;br /&gt;</w:t>
        <w:br/>
        <w:t>Треба три таких забити&lt;br /&gt;</w:t>
        <w:br/>
        <w:t>В кожну макову зернину!"</w:t>
      </w:r>
    </w:p>
    <w:p>
      <w:r>
        <w:br/>
        <w:t>Чорт мерщій коня сідлає,&lt;br /&gt;</w:t>
        <w:br/>
        <w:t>Чорт коня годує й поїть,&lt;br /&gt;</w:t>
        <w:br/>
        <w:t>Нагая з піску звиває —&lt;br /&gt;</w:t>
        <w:br/>
        <w:t>Кінь на місці ледве встоїть.</w:t>
      </w:r>
    </w:p>
    <w:p>
      <w:r>
        <w:br/>
        <w:t>Сів Твардовський на гнідого,&lt;br /&gt;</w:t>
        <w:br/>
        <w:t>Пробує ходою, скоком,&lt;br /&gt;</w:t>
        <w:br/>
        <w:t>Рушив чвалом у дорогу;&lt;br /&gt;</w:t>
        <w:br/>
        <w:t>Зирк — будинок перед оком.</w:t>
      </w:r>
    </w:p>
    <w:p>
      <w:r>
        <w:br/>
        <w:t>"Ну, друзяко, чесна праця!&lt;br /&gt;</w:t>
        <w:br/>
        <w:t>Тож берися до нової:&lt;br /&gt;</w:t>
        <w:br/>
        <w:t>В мисці треба іскупаться&lt;br /&gt;</w:t>
        <w:br/>
        <w:t>Зі свяченою водою".</w:t>
      </w:r>
    </w:p>
    <w:p>
      <w:r>
        <w:br/>
        <w:t>Мефістофеля аж трусить,&lt;br /&gt;</w:t>
        <w:br/>
        <w:t>Піт його холодний криє.&lt;br /&gt;</w:t>
        <w:br/>
        <w:t>Та пан каже — слуга мусить!&lt;br /&gt;</w:t>
        <w:br/>
        <w:t>Лізе в воду він по шию.</w:t>
      </w:r>
    </w:p>
    <w:p>
      <w:r>
        <w:br/>
        <w:t>Звідти вискочив, мов п'яний.&lt;br /&gt;</w:t>
        <w:br/>
        <w:t>Пирхнув "пирх!" — тоді лукаво:&lt;br /&gt;</w:t>
        <w:br/>
        <w:t>"Ну, тепер ти наш, мосьпане,&lt;br /&gt;</w:t>
        <w:br/>
        <w:t>Я зробив найтяжчу справу".</w:t>
      </w:r>
    </w:p>
    <w:p>
      <w:r>
        <w:br/>
        <w:t>"Зосталася ще єдина!&lt;br /&gt;</w:t>
        <w:br/>
        <w:t>(Зараз лопне міць бісовська!)&lt;br /&gt;</w:t>
        <w:br/>
        <w:t>Глянь: оце моя дружина,&lt;br /&gt;</w:t>
        <w:br/>
        <w:t>Жіночка моя, Твардовська.</w:t>
      </w:r>
    </w:p>
    <w:p>
      <w:r>
        <w:br/>
        <w:t>Хочу я на рік місцями&lt;br /&gt;</w:t>
        <w:br/>
        <w:t>Помінятися з тобою:&lt;br /&gt;</w:t>
        <w:br/>
        <w:t>В пеклі буду я з чортами,&lt;br /&gt;</w:t>
        <w:br/>
        <w:t>Ти ж із нею як жоною.</w:t>
      </w:r>
    </w:p>
    <w:p>
      <w:r>
        <w:br/>
        <w:t>Їй на вірність дай ти слово,&lt;br /&gt;</w:t>
        <w:br/>
        <w:t>На слухняність і пошану,&lt;br /&gt;</w:t>
        <w:br/>
        <w:t>А зламаєш цю умову —&lt;br /&gt;</w:t>
        <w:br/>
        <w:t>Що ж! Ізнов я вільний стану",</w:t>
      </w:r>
    </w:p>
    <w:p>
      <w:r>
        <w:br/>
        <w:t>Чорт схилив до нього вухо,&lt;br /&gt;</w:t>
        <w:br/>
        <w:t>На дружину блимнув оком,&lt;br /&gt;</w:t>
        <w:br/>
        <w:t>Мовби дивиться, мов слуха,&lt;br /&gt;</w:t>
        <w:br/>
        <w:t>Та до клямки боком, боком...</w:t>
      </w:r>
    </w:p>
    <w:p>
      <w:r>
        <w:br/>
        <w:t>Пан Твардовський при одвірку,&lt;br /&gt;</w:t>
        <w:br/>
        <w:t>Хоче путь загородити...&lt;br /&gt;</w:t>
        <w:br/>
        <w:t>Чорт мерщій в замкову дірку&lt;br /&gt;</w:t>
        <w:br/>
        <w:t>Шмиг! — I досі не спинити.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Пані Твардовська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