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 та собака</w:t>
      </w:r>
    </w:p>
    <w:p>
      <w:r>
        <w:br/>
        <w:t xml:space="preserve"> (Казка)</w:t>
      </w:r>
    </w:p>
    <w:p>
      <w:r>
        <w:br/>
        <w:t>На землю злізла ніч... Нігде ані шиширхне;&lt;br /&gt;</w:t>
        <w:br/>
        <w:t>Хіба то декуди скрізь сон що-небудь пирхне,&lt;br /&gt;</w:t>
        <w:br/>
        <w:t>Хоч в око стрель тобі, так темно надворі.&lt;br /&gt;</w:t>
        <w:br/>
        <w:t>Уклався місяць спать, нема ані зорі,&lt;br /&gt;</w:t>
        <w:br/>
        <w:t>І ледве, крадькома, яка маленька зірка&lt;br /&gt;</w:t>
        <w:br/>
        <w:t>З-за хмари вигляне, неначе миш з засіка.&lt;br /&gt;</w:t>
        <w:br/>
        <w:t>І небо, і земля — усе одпочива,&lt;br /&gt;</w:t>
        <w:br/>
        <w:t>Все ніч під чорною запаскою хова.&lt;br /&gt;</w:t>
        <w:br/>
        <w:t>Один Рябко, один, як палець, не дрімає,&lt;br /&gt;</w:t>
        <w:br/>
        <w:t>Худобу панську, мов брат рідний, доглядає,&lt;br /&gt;</w:t>
        <w:br/>
        <w:t>Бо дарма їсти хліб Рябко наш не любив:&lt;br /&gt;</w:t>
        <w:br/>
        <w:t>Їв за п'ятьох, але те їв, що заробив.&lt;br /&gt;</w:t>
        <w:br/>
        <w:t>Рябко на панському дворі не спить всю нічку.&lt;br /&gt;</w:t>
        <w:br/>
        <w:t>Коли б тобі на сміх було де видно свічку.&lt;br /&gt;</w:t>
        <w:br/>
        <w:t>Або в селі де на опічку&lt;br /&gt;</w:t>
        <w:br/>
        <w:t>Маячив каганець.&lt;br /&gt;</w:t>
        <w:br/>
        <w:t>Всі сплять, хропуть,&lt;br /&gt;</w:t>
        <w:br/>
        <w:t>А деякі сопуть,&lt;br /&gt;</w:t>
        <w:br/>
        <w:t>Уже і панотець,&lt;br /&gt;</w:t>
        <w:br/>
        <w:t>Прилізши із хрестин, до утрені попхався...&lt;br /&gt;</w:t>
        <w:br/>
        <w:t>А наш Рябко, кажу, все спатки не вкладався.&lt;br /&gt;</w:t>
        <w:br/>
        <w:t>Знай, неборак, ганя то в той, то в сей куток:&lt;br /&gt;</w:t>
        <w:br/>
        <w:t>То зазирне в курник, то дейко до свинок,&lt;br /&gt;</w:t>
        <w:br/>
        <w:t>Спита, чи всі таки живенькі поросятка,&lt;br /&gt;</w:t>
        <w:br/>
        <w:t>Індики та качки, курчатка й гусенятка;&lt;br /&gt;</w:t>
        <w:br/>
        <w:t>То звідтіль навпростець&lt;br /&gt;</w:t>
        <w:br/>
        <w:t>Махає до овець,&lt;br /&gt;</w:t>
        <w:br/>
        <w:t>До клуні, до стіжків, до стайні, до обори;&lt;br /&gt;</w:t>
        <w:br/>
        <w:t>То знов назад чимдуж, — щоб часом москалі&lt;br /&gt;</w:t>
        <w:br/>
        <w:t>(А їх тогді було до хріна на селі),&lt;br /&gt;</w:t>
        <w:br/>
        <w:t>Щоб москалі, мовляв, не вбрались до комори.&lt;br /&gt;</w:t>
        <w:br/>
        <w:t>Не спить Рябко, та все так гавка, скавучить,&lt;br /&gt;</w:t>
        <w:br/>
        <w:t>Що сучий син, коли аж в ухах не лящить,&lt;br /&gt;</w:t>
        <w:br/>
        <w:t>Все дума, як би то піддобриться під пана;&lt;br /&gt;</w:t>
        <w:br/>
        <w:t>Не зна ж, що не мине Рябка обрадована!&lt;br /&gt;</w:t>
        <w:br/>
        <w:t>Як гав, так гав, — поки свінуло надворі;&lt;br /&gt;</w:t>
        <w:br/>
        <w:t>Тогді Рябко простягсь, захріп в своїй норі.&lt;br /&gt;</w:t>
        <w:br/>
        <w:t>Чому ж Рябку не спать? чи знав він, що з ним буде?&lt;br /&gt;</w:t>
        <w:br/>
        <w:t>Заснув він смачно так, як сплять всі добрі люде,&lt;br /&gt;</w:t>
        <w:br/>
        <w:t>Що щиро стережуть добро своїх панів...&lt;br /&gt;</w:t>
        <w:br/>
        <w:t>Як ось — трус, галас, крик!.. — весь двір загомонів:&lt;br /&gt;</w:t>
        <w:br/>
        <w:t>"Цу-цу, Рябко!.. на-на!.. сюди Рябка кликніте!.. "&lt;br /&gt;</w:t>
        <w:br/>
        <w:t>"Ось-ось я, батечки!.. Чого ви там, скажіте?"&lt;br /&gt;</w:t>
        <w:br/>
        <w:t>Стриба Рябко, вертить хвостом,&lt;br /&gt;</w:t>
        <w:br/>
        <w:t>Неначе помелом,&lt;br /&gt;</w:t>
        <w:br/>
        <w:t>І знай, дурненький, скалить зуби&lt;br /&gt;</w:t>
        <w:br/>
        <w:t>Та лиже губи.&lt;br /&gt;</w:t>
        <w:br/>
        <w:t>"Уже ж, бач, — дума він, — не дурне це в дворі&lt;br /&gt;</w:t>
        <w:br/>
        <w:t>Од самої тобі зорі&lt;br /&gt;</w:t>
        <w:br/>
        <w:t>Всі панькаються коло мене.&lt;br /&gt;</w:t>
        <w:br/>
        <w:t>Мабуть, сам пан звелів віддать Рябку печене&lt;br /&gt;</w:t>
        <w:br/>
        <w:t>І, що осталося, варене,&lt;br /&gt;</w:t>
        <w:br/>
        <w:t>За те, що, бач, Рябко всю божу ніч не спав&lt;br /&gt;</w:t>
        <w:br/>
        <w:t>Та гавкав на весь рот, злодіїв одганяв".&lt;br /&gt;</w:t>
        <w:br/>
        <w:t>"Цу-цу, Рябко" — ще раз сказав один псяюха,&lt;br /&gt;</w:t>
        <w:br/>
        <w:t>Та й хап Рябка за уха!&lt;br /&gt;</w:t>
        <w:br/>
        <w:t>"Кладіть Рябка", — гукнув. Аж ось і пан прибіг.&lt;br /&gt;</w:t>
        <w:br/>
        <w:t>"Лупіть Рябка, — сказав, — чухрайте! ось батіг!" —&lt;br /&gt;</w:t>
        <w:br/>
        <w:t>"За що?.. — спитав Рябко, а пан кричить: "Чухрайте!"&lt;br /&gt;</w:t>
        <w:br/>
        <w:t>"Ой! йой! йой! йой! А пан їм каже: "Не вважайте!"&lt;br /&gt;</w:t>
        <w:br/>
        <w:t>"Не буду, батечку!.. За що ж це честь така?.. "&lt;br /&gt;</w:t>
        <w:br/>
        <w:t>"Не слухай, — пан кричить, — лупіть, деріть Рябка!.."&lt;br /&gt;</w:t>
        <w:br/>
        <w:t>Деруть Рябка, мов пір'я,&lt;br /&gt;</w:t>
        <w:br/>
        <w:t>На галас збіглась двірня.&lt;br /&gt;</w:t>
        <w:br/>
        <w:t>"Що?.. як?.. за що?.. про що?... — не знає ні один.&lt;br /&gt;</w:t>
        <w:br/>
        <w:t>"Пустіть!.. — кричить Рябко. — Не будь я песький син,&lt;br /&gt;</w:t>
        <w:br/>
        <w:t>Коли вже вдержу більш!.. " Рябко наш хоч не бреше,&lt;br /&gt;</w:t>
        <w:br/>
        <w:t>Так що ж? Явтух Рябка, знай, все по жижках чеше.&lt;br /&gt;</w:t>
        <w:br/>
        <w:t>"Пустіть, швидчій, пустіть!.." — пан на весь рот гукнув&lt;br /&gt;</w:t>
        <w:br/>
        <w:t>Та й з хати сам умкнув.&lt;br /&gt;</w:t>
        <w:br/>
        <w:t>"Пустіть, — гукнули всі. — Рябко вже вдовольнився!.. "&lt;br /&gt;</w:t>
        <w:br/>
        <w:t>"Чим, люде добрі, так оце я провинився?..&lt;br /&gt;</w:t>
        <w:br/>
        <w:t>За що ж глузуєте?.. — сказав наш неборак. —&lt;br /&gt;</w:t>
        <w:br/>
        <w:t>За що знущаєтесь ви надо мною так?&lt;br /&gt;</w:t>
        <w:br/>
        <w:t>За що?.. за що?.. " — сказав та й попустив патьоки...&lt;br /&gt;</w:t>
        <w:br/>
        <w:t>Патьоки гірких сліз, узявшися за боки.&lt;br /&gt;</w:t>
        <w:br/>
        <w:t>"За те, — сказав один Рябкові з наймитів, —&lt;br /&gt;</w:t>
        <w:br/>
        <w:t>Щоб не колошкав ти вночі своїх панів,&lt;br /&gt;</w:t>
        <w:br/>
        <w:t>За те... але... щось тут... ходім, Рябко, лиш з хати,&lt;br /&gt;</w:t>
        <w:br/>
        <w:t>Не дуже, бачу, рот тут можна роззявляти:&lt;br /&gt;</w:t>
        <w:br/>
        <w:t>Ходім, братко, надвір". Пішли. "Се не пусте, —&lt;br /&gt;</w:t>
        <w:br/>
        <w:t>Сказав Явтух Рябку, — оце тебе за те&lt;br /&gt;</w:t>
        <w:br/>
        <w:t>По жижках, бра Рябко, так гарно пошмагали,&lt;br /&gt;</w:t>
        <w:br/>
        <w:t>Що пан із панею сю цілу ніч не спали".&lt;br /&gt;</w:t>
        <w:br/>
        <w:t>"Чи винен я сьому?.. Чи ти, Явтух, здурів?"&lt;br /&gt;</w:t>
        <w:br/>
        <w:t>"Гай, гай!.. — сказав Явтух. — Рябко! ти знавіснів;&lt;br /&gt;</w:t>
        <w:br/>
        <w:t>Ти винен, бра Рябко, що ніччю розбрехався;&lt;br /&gt;</w:t>
        <w:br/>
        <w:t>Ти ж знав, що вчора наш у карти пан програвся;&lt;br /&gt;</w:t>
        <w:br/>
        <w:t>Ти ж знав:&lt;br /&gt;</w:t>
        <w:br/>
        <w:t>Що хто програв,&lt;br /&gt;</w:t>
        <w:br/>
        <w:t>Той чорта (не тепер на споминки!) здрімає,&lt;br /&gt;</w:t>
        <w:br/>
        <w:t>Той батька рідного, роасердившись, програє;&lt;br /&gt;</w:t>
        <w:br/>
        <w:t>Ти знав, кажу, Рябко, що пан не буде спати:&lt;br /&gt;</w:t>
        <w:br/>
        <w:t>До чого ж гавкав ти?.. нащо ж було гарчати?&lt;br /&gt;</w:t>
        <w:br/>
        <w:t>Нехай би гавкав сам, а ти б уклавсь тихенько,&lt;br /&gt;</w:t>
        <w:br/>
        <w:t>Забравшись в ожеред, та й спав би там гарненько.&lt;br /&gt;</w:t>
        <w:br/>
        <w:t>Тепер ти бачиш сам, що мокрим він рядном&lt;br /&gt;</w:t>
        <w:br/>
        <w:t>Напався на тебе — і, знай, верзе притьмом:&lt;br /&gt;</w:t>
        <w:br/>
        <w:t>Що грошей вчора він проциндрив щось не трохи,&lt;br /&gt;</w:t>
        <w:br/>
        <w:t>Що паню через те всю ніч кусали блохи,&lt;br /&gt;</w:t>
        <w:br/>
        <w:t>Що буцім вчора він грать в карти б не сідав,&lt;br /&gt;</w:t>
        <w:br/>
        <w:t>Коли б сьогоднішню був ніч хоч закуняв;&lt;br /&gt;</w:t>
        <w:br/>
        <w:t>Що буцім ти, Рябко, так гавкав, як собака,&lt;br /&gt;</w:t>
        <w:br/>
        <w:t>Що буцім по тобі походить ще й ломака;&lt;br /&gt;</w:t>
        <w:br/>
        <w:t>Що, бачся, ти йому остив, надосолив,&lt;br /&gt;</w:t>
        <w:br/>
        <w:t>І, бачся, він тебе за те й прохворостив.&lt;br /&gt;</w:t>
        <w:br/>
        <w:t>А бач, Рябко, а бач!.. не гавкай, не ганяйсь;&lt;br /&gt;</w:t>
        <w:br/>
        <w:t>Ляж, хирний, та й мовчи і з паном не рівняйсь!&lt;br /&gt;</w:t>
        <w:br/>
        <w:t>Чого брехать? нехай наш пан здоровий буде:&lt;br /&gt;</w:t>
        <w:br/>
        <w:t>Він сам і без собак сю панщину одбуде".&lt;br /&gt;</w:t>
        <w:br/>
        <w:t>Послухав наш Рябко поради Явтуха.&lt;br /&gt;</w:t>
        <w:br/>
        <w:t>"Нехай тяжка йому година та лиха, —&lt;br /&gt;</w:t>
        <w:br/>
        <w:t>Сказав, — що за моє, як кажуть люди, жито&lt;br /&gt;</w:t>
        <w:br/>
        <w:t>Та ще й мене і бито!&lt;br /&gt;</w:t>
        <w:br/>
        <w:t>Коли моє невлад,&lt;br /&gt;</w:t>
        <w:br/>
        <w:t>То я з своїм назад.&lt;br /&gt;</w:t>
        <w:br/>
        <w:t>Чи баба з воза, — що ж? велика дуже вада!..&lt;br /&gt;</w:t>
        <w:br/>
        <w:t>Кобилі легший віз, сьому кобила й рада".&lt;br /&gt;</w:t>
        <w:br/>
        <w:t>Отак сердега наш Рябко помірковавсь,&lt;br /&gt;</w:t>
        <w:br/>
        <w:t>Та й спать на цілий день і цілу ніч попхавсь;&lt;br /&gt;</w:t>
        <w:br/>
        <w:t>Заснув Рябко, захріп, аж ожеред трясеться.&lt;br /&gt;</w:t>
        <w:br/>
        <w:t>Рябку й не сниться, не верзеться,&lt;br /&gt;</w:t>
        <w:br/>
        <w:t>Що вже москалики в коморі й на дворі —&lt;br /&gt;</w:t>
        <w:br/>
        <w:t>Скрізь нишпорять, мов тут вони й господарі,&lt;br /&gt;</w:t>
        <w:br/>
        <w:t>Що вовк ягнят, а тхір курчаток убирає.&lt;br /&gt;</w:t>
        <w:br/>
        <w:t>Аж тут і надворі туж-туж усе світає.&lt;br /&gt;</w:t>
        <w:br/>
        <w:t>"Цу-цу, Рябко!.. — тут всі, повибігавши з хат. —&lt;br /&gt;</w:t>
        <w:br/>
        <w:t>Цу-цу, Рябко!.. на-на!.. " — гукнули, як на гвалт.&lt;br /&gt;</w:t>
        <w:br/>
        <w:t>А наш Рябко тобі і усом не моргає,&lt;br /&gt;</w:t>
        <w:br/>
        <w:t>Хоч чує, та мов спить і мов недочуває.&lt;br /&gt;</w:t>
        <w:br/>
        <w:t>"Тепер-то, — дума він, — мій пан всю нічку спав,&lt;br /&gt;</w:t>
        <w:br/>
        <w:t>Бо не будив його Рябко і не брехав?&lt;br /&gt;</w:t>
        <w:br/>
        <w:t>Тепер-то він мені свою покаже дяку,&lt;br /&gt;</w:t>
        <w:br/>
        <w:t>Тепер уже не втре мені, як вчора, маку...&lt;br /&gt;</w:t>
        <w:br/>
        <w:t>Нехай цуцукають... Мене сим не зведуть,&lt;br /&gt;</w:t>
        <w:br/>
        <w:t>Поки самі сюди обід не принесуть;&lt;br /&gt;</w:t>
        <w:br/>
        <w:t>Та ще й тогді, не бійсь, поскачуть коло мене,&lt;br /&gt;</w:t>
        <w:br/>
        <w:t>Поки візьму я в рот хоч страву, хоч печене!"&lt;br /&gt;</w:t>
        <w:br/>
        <w:t>"Цу-цу!.. — сказав іще Рябкові тут Явтух. —&lt;br /&gt;</w:t>
        <w:br/>
        <w:t>Цу-цу!... — задихавшись, мов з його перло дух. —&lt;br /&gt;</w:t>
        <w:br/>
        <w:t>Ходім, Рябко!.." — "Еге? Ходім!.. — Не дуже квапся,&lt;br /&gt;</w:t>
        <w:br/>
        <w:t>Сам принеси сюди..." — Іди ж хутчій, не бався!.. "&lt;br /&gt;</w:t>
        <w:br/>
        <w:t>"Ба, не піду, Явтух!" — "Іди, бо кличе пан!.. "&lt;br /&gt;</w:t>
        <w:br/>
        <w:t>Сказав та й зашморгнув на шиї він аркан.&lt;br /&gt;</w:t>
        <w:br/>
        <w:t>"Чешіть Рябка!" — гукнув. Аж тут їх щось з десяток&lt;br /&gt;</w:t>
        <w:br/>
        <w:t>Вліпили з сотеньку київ Рябку в завдаток.&lt;br /&gt;</w:t>
        <w:br/>
        <w:t>"Лупіть Рябка!" — кричить тут пан, як навісний;&lt;br /&gt;</w:t>
        <w:br/>
        <w:t>Рябко ж наш тільки вже що теплий та живий.&lt;br /&gt;</w:t>
        <w:br/>
        <w:t>Разів із шість Рябка водою одливали&lt;br /&gt;</w:t>
        <w:br/>
        <w:t>І стільки ж раз його, одливши, знов шмагали,&lt;br /&gt;</w:t>
        <w:br/>
        <w:t>А потім перестали.&lt;br /&gt;</w:t>
        <w:br/>
        <w:t>Рябко спитать хотів, але Рябків язик&lt;br /&gt;</w:t>
        <w:br/>
        <w:t>Був в роті cпутаний, неначе путом з лик,&lt;br /&gt;</w:t>
        <w:br/>
        <w:t>І герготав щось, як на сідалі індик.&lt;br /&gt;</w:t>
        <w:br/>
        <w:t>"Постій, — сказав Явтух Рябкові, — не турбуйся,&lt;br /&gt;</w:t>
        <w:br/>
        <w:t>Я правду всю скажу: ото, Рябку, шануйся,&lt;br /&gt;</w:t>
        <w:br/>
        <w:t>Добра своїх панів, як ока, стережи,&lt;br /&gt;</w:t>
        <w:br/>
        <w:t>Зарання спать не квапсь, в солому не біжи,&lt;br /&gt;</w:t>
        <w:br/>
        <w:t>Злодіїв одганяй та гавкай на звірюку.&lt;br /&gt;</w:t>
        <w:br/>
        <w:t>Не гавкав ти, Рябко! За те ж ми, бач, в науку,&lt;br /&gt;</w:t>
        <w:br/>
        <w:t>Із ласки, з милості панів,&lt;br /&gt;</w:t>
        <w:br/>
        <w:t>Вліпили сотеньок із п'ять тобі київ".&lt;br /&gt;</w:t>
        <w:br/>
        <w:t>"Чорт би убив твого, Явтух, з панами батька,&lt;br /&gt;</w:t>
        <w:br/>
        <w:t>І дядину, і дядька&lt;br /&gt;</w:t>
        <w:br/>
        <w:t>За ласку їх!.. — сказав Рябко тут наодріз. —&lt;br /&gt;</w:t>
        <w:br/>
        <w:t>Нехай їм служить більш рябий в болоті біс!&lt;br /&gt;</w:t>
        <w:br/>
        <w:t>Той дурень, хто дурним іде панам служити,&lt;br /&gt;</w:t>
        <w:br/>
        <w:t>А більший дурень, хто їм дума угодити!&lt;br /&gt;</w:t>
        <w:br/>
        <w:t>Годив Рябко їм, мов болячці й чиряку,&lt;br /&gt;</w:t>
        <w:br/>
        <w:t>А що за те Рябку?&lt;br /&gt;</w:t>
        <w:br/>
        <w:t>Сяку мать та таку!&lt;br /&gt;</w:t>
        <w:br/>
        <w:t>А до того іще спороли батогами,&lt;br /&gt;</w:t>
        <w:br/>
        <w:t>А за вислугу палюгами,&lt;br /&gt;</w:t>
        <w:br/>
        <w:t>Чи гавкає Рябко, чи мовчки ніччю спить,&lt;br /&gt;</w:t>
        <w:br/>
        <w:t>Все випада-таки Рябка притьмом побить.&lt;br /&gt;</w:t>
        <w:br/>
        <w:t>Уже мені, бачу, чи то туди — високо,&lt;br /&gt;</w:t>
        <w:br/>
        <w:t>Чи то сюди — глибоко:&lt;br /&gt;</w:t>
        <w:br/>
        <w:t>Повернешся сюди — і тута гаряче,&lt;br /&gt;</w:t>
        <w:br/>
        <w:t>Повернешся туди — і там-то боляче!&lt;br /&gt;</w:t>
        <w:br/>
        <w:t>Хоч би я тісто вніс псяюсі із діжею,&lt;br /&gt;</w:t>
        <w:br/>
        <w:t>То б він розтовк і ту над спиною моєю.&lt;br /&gt;</w:t>
        <w:br/>
        <w:t>З ледачим все біда: хоч верть-круть, хоч круть-верть,&lt;br /&gt;</w:t>
        <w:br/>
        <w:t>Він найде все тобі хоч в черепочку смерть".</w:t>
      </w:r>
    </w:p>
    <w:p>
      <w:r>
        <w:br/>
        <w:t>2 декабря 1818 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 та собака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