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Слимаківський</w:t>
      </w:r>
    </w:p>
    <w:p>
      <w:r>
        <w:br/>
        <w:t xml:space="preserve"> &lt;p&gt;ПАН СЛИМАКІВСЬКИИ</w:t>
      </w:r>
    </w:p>
    <w:p>
      <w:r>
        <w:br/>
        <w:t>Він твердо стояв на земній кулі, коли та диким мустангом кружляла в міжпланетних просторах. Ноги пана Слимаківського ні разу не затремтіли за всі п'ятдесят вісім поворотів Землі навколо Сонця, але на п'ятдесят дев'ятому крузі Земля смикнулася, як сполохана коняка, і пан Станіслав Слимаківський почув непевність у ногах...</w:t>
      </w:r>
    </w:p>
    <w:p>
      <w:r>
        <w:br/>
        <w:t>З цього п'ятдесят дев'ятого круга й почалася їзда з перепонами, а пан Станіслав, призвичаєний до спокійної поїздки, кожну таку перепону фіксував у власних печінках тисячами "трясців".</w:t>
      </w:r>
    </w:p>
    <w:p>
      <w:r>
        <w:br/>
        <w:t>У пана й до цього траплялися перепони в житті, але ті перепони проходив він у гарно пошитому сурдуті та в білих рукавичках, а коли й не проходив гаразд, то втішався з того, що він завдав декому чимало клопоту.</w:t>
      </w:r>
    </w:p>
    <w:p>
      <w:r>
        <w:br/>
        <w:t>От і незадовго до цього "бешкету" була перепона, яку не здолав юридичний геній пана Слимаківського: помер його дядько й заповідав йому п'ятсот десятин лісу на Київщині. За місяць перед тим бачив пан на власні очі його заповіта, а як помер дядько, зникли кудись папери, і майном заколодів молодий волоцюга Ліщинський, що був тому дядькові "дев'ята вода на киселі". Суд визнав дійсним спадкоємцем Ліщинського, а пан Станіслав, пославши десятків зо два "трясців" у мертві печінки улюбленого дяді за те, що той не зумів як слід зберегти документів, почав судитися за ліс...</w:t>
      </w:r>
    </w:p>
    <w:p>
      <w:r>
        <w:br/>
        <w:t>І, певно, судився б пан і по цей день, і, певно, просудив би пан свої триста десятин лісу та двісті ріллі, а не лишив їх хлопам на поталу, як зараз, коли б не цей гармидер...</w:t>
      </w:r>
    </w:p>
    <w:p>
      <w:r>
        <w:br/>
        <w:t>Пан носив славне ім'я, записане до не менш славних книг, мав хоча й закладений тричі в банкові, але ж власний маєточок, а це вкупі й створювало підвалину твердого стояння на земній кулі.</w:t>
      </w:r>
    </w:p>
    <w:p>
      <w:r>
        <w:br/>
        <w:t>Коли ж почався революційний галоп і пішли прахом і книги родів, і маєтки з ЛІФОМ та ріллею, пан Слимаківський почув непевність у ногах, а далі й зовсім утратив рівновагу.</w:t>
      </w:r>
    </w:p>
    <w:p>
      <w:r>
        <w:br/>
        <w:t>На початку пана Станіслава неприємно вразило те, що на нього, відомого на всю округу ліберала й нащадка славного генерала Слимаківського, що боровся за визволення Польщі з-під московської кормиги, ніхто не звернув уваги... Вони, ці "неуки" і "бидляки", не зрозуміли величі моменту й замість боротьби за визволення почали грабувати та палити панські маєтки, ставлячись не зовсім ввічливо до їх власників.</w:t>
      </w:r>
    </w:p>
    <w:p>
      <w:r>
        <w:br/>
        <w:t>Це неввічливе поводження і було за причину тому, що пан Станіслав вирішив за краще кинути родову Слимаківку, забравши свою дружину, огрядну пані Климцю.</w:t>
      </w:r>
    </w:p>
    <w:p>
      <w:r>
        <w:br/>
        <w:t>Пан не боявся хлопів. О, він не з таких, що бояться! В його жилах тече кров хороброго генерала. Пан не боявся, але... але...</w:t>
      </w:r>
    </w:p>
    <w:p>
      <w:r>
        <w:br/>
        <w:t>— Нехай бешкетують бидляки, потім будемо з них шкуру дерти!</w:t>
      </w:r>
    </w:p>
    <w:p>
      <w:r>
        <w:br/>
        <w:t>Цю загрозу він пошепки сказав пані Климці, коли вони потай уночі, на селянському возі і в селянській одежі, втікали з маєтку.</w:t>
      </w:r>
    </w:p>
    <w:p>
      <w:r>
        <w:br/>
        <w:t>І дивне діло! Зненависть панова до Москви в ту ніч ніби охолола, а може, він забув про неї, бо зненависть до хлопа затулила собою все. "Хлоп скрізь однаковий і скрізь його треба бити..." — думав пан, трясучись на возі. Він розумів, що хлоп затіяв щось; більше за звичайний "бунт", але не припускав, щоб ті "неуки" могли скерувати землю на новий шлях.</w:t>
      </w:r>
    </w:p>
    <w:p>
      <w:r>
        <w:br/>
        <w:t>Твердо вірив пан, що все це ненадовго. Вони з Климцею пересидять заколот десь там у Житомирі чи в Києві, а потім своє візьмуть!</w:t>
      </w:r>
    </w:p>
    <w:p>
      <w:r>
        <w:br/>
        <w:t>Климця — його старий друг. Все, що він думає і відчуває, вона відбиває як у дзеркалі і тільки в одному не погоджується з Стасем. Пан не вірить у бога, а пані вірить не тільки в бога, а й у інших таємничих істот — відьом та русалок. На цьому єдиному пан і пані не зійшлися впродовж двадцятьох п'ятьох років спільного життя.</w:t>
      </w:r>
    </w:p>
    <w:p>
      <w:r>
        <w:br/>
        <w:t>Але те, що пан не вірить у бога, зовсім не означає, що він якийсь дурник соціаліст, всім розказує, що бога немає. Ні! Він ввічливо ставиться не лише до ксьондзів, а й до православних попів. Пан знає, що без віри та попів не можна керувати темним людом.</w:t>
      </w:r>
    </w:p>
    <w:p>
      <w:r>
        <w:br/>
        <w:t>— Мамцю,— казав він не раз пані Климці,— я маю розум і освіту, і мені все те не потрібне...</w:t>
      </w:r>
    </w:p>
    <w:p>
      <w:r>
        <w:br/>
        <w:t>Щоправда, освіта пана Слимаківського не була доведена До кінця, але справа, звичайно, не в дипломі...</w:t>
      </w:r>
    </w:p>
    <w:p>
      <w:r>
        <w:br/>
        <w:t>Пан Станіслав вірив лише в те, що можна було помацати. Нема чого мацати — значить нема нічого...</w:t>
      </w:r>
    </w:p>
    <w:p>
      <w:r>
        <w:br/>
        <w:t>Він так само, як і в бога, не вірив і в учені "вигадки", яких теж не можна було помацати, і, погодившись з Копер ніком про рух Землі навколо Сонця (Копернік же "Ув поляк), він не вірив у міжпланетні віддалі та розміри</w:t>
      </w:r>
    </w:p>
    <w:p>
      <w:r>
        <w:br/>
        <w:t>Сонця й планет, про які кажуть учені. Хто міряв? Хто важив? А коли не міряно землемірним ланцюгом і не зважено на сотенних терезах у Слимаківці, нема чого по-дурному плескати...</w:t>
      </w:r>
    </w:p>
    <w:p>
      <w:r>
        <w:br/>
        <w:t>Так думав пан Станіслав Слимаківський.</w:t>
      </w:r>
    </w:p>
    <w:p>
      <w:r>
        <w:br/>
        <w:t>А ще він думав, їдучи залізницею з Житомира до Києва, що революція ні до чого і — самі з неї неприємності. От і в Франції була революція, а що? Пани взяли гору, і інакше бути не може...</w:t>
      </w:r>
    </w:p>
    <w:p>
      <w:r>
        <w:br/>
        <w:t>Шкода, що пан не військовий та й роки не ті... Он уже смикає в лівій нозі, болить поперек та й схуд за останній час од турбот та хвилювання.</w:t>
      </w:r>
    </w:p>
    <w:p>
      <w:r>
        <w:br/>
        <w:t>А ще думав пан Станіслав Слимаківський, сидячи в маленькій квартирі на околиці Києва, що добре отак спочити з півроку від господарських турбот. Завести поважні знайомства, ходити до театру і щодня читати газету.</w:t>
      </w:r>
    </w:p>
    <w:p>
      <w:r>
        <w:br/>
        <w:t>Але місто зустріло непривітно, і спочити не довелось. Замість господарських турбот прийшли інші. Влада змінялася за владою, і кожен, хто не приходив, цікавився Слимаківськими. І хоч старі літа рятували від різних там мобілізацій, але все те нервувало і Климцю, і Стасека.</w:t>
      </w:r>
    </w:p>
    <w:p>
      <w:r>
        <w:br/>
        <w:t>Щовечора прохала пані Климця Єзуса та його матку захистити їх од "лшекльонтих" більшовиків, але Єзус із своєю маткою, певне, втратили свою силу в ці прокляті часи і, мабуть, десь сховалися на околиці небесного Житомира або Києва.</w:t>
      </w:r>
    </w:p>
    <w:p>
      <w:r>
        <w:br/>
        <w:t>Сліпа віра дружини дратувала пана, і він демонстративно почепив на стіні проти дверей портрета Леніна.</w:t>
      </w:r>
    </w:p>
    <w:p>
      <w:r>
        <w:br/>
        <w:t>— От хто тепер, а не пан Єзус! — саркастично сміявся пан, показуючи на портрета. При цьому він плювався і вигукував невідомо на чию адресу: — Будь ти проклятий!</w:t>
      </w:r>
    </w:p>
    <w:p>
      <w:r>
        <w:br/>
        <w:t>Не було панові життя на цій оскаженілій землі. Проходили роки, певно, рубали хлопи Слимаківського ліса в той час, як пан, забравши речі на продаж, ішов на базар.</w:t>
      </w:r>
    </w:p>
    <w:p>
      <w:r>
        <w:br/>
        <w:t>Спочатку базар неприємно вражав пана. Брутальне поводження з "задроченими" панами базарних тубільців, глузування перекупок та дрібних "рвачів" ображали його до сліз; але згодом він призвичаївся і навчився давати відсіч. Знайшлися в базарній гущі і близькі своїм походженням люди, стало затишніше Слимаківському.</w:t>
      </w:r>
    </w:p>
    <w:p>
      <w:r>
        <w:br/>
        <w:t>Потроху поводження та мова базару зробилися рідні панові, і пані Климця з жахом спостерігала, як її чоловік утрачав ознаки шляхетності, набравшись брутальних манір.</w:t>
      </w:r>
    </w:p>
    <w:p>
      <w:r>
        <w:br/>
        <w:t>А далі пана вже почало тягти до базару, і він без потреби вештався у натовпі, щоб од приятелів почути новини, які передавались пошепки й озираючись. Ці чутки про селянські повстання, про різних отаманів, що не корилися більшовикам, про наступ чужоземного війська були за єдину втіху...</w:t>
      </w:r>
    </w:p>
    <w:p>
      <w:r>
        <w:br/>
        <w:t>Згодом джерело чуток почало висихати, а може, почала висихати віра в них...</w:t>
      </w:r>
    </w:p>
    <w:p>
      <w:r>
        <w:br/>
        <w:t>Щодалі більше напосідали думки про маєток, про ліси, про колишні бенкети. І що менше лишалося речей на продаж, то більше мріяв пан про свій поворот до маєтку.</w:t>
      </w:r>
    </w:p>
    <w:p>
      <w:r>
        <w:br/>
        <w:t>За одне був вдячний пан революції — банки розграбовано і спалено — маєток його тепер буде чистий від боргу. От тепер-то він загосподарює! От тепер-то він напевно висудить у Ліщинського дядьків ліс. А може, й самого Ліщинсь-кого давно забили більшовики?.. Це була б друга приємність од революції.</w:t>
      </w:r>
    </w:p>
    <w:p>
      <w:r>
        <w:br/>
        <w:t>За мріями не доспавши ночі, прокинувся одного ранку пан Слимаківський у поганому настрої. Климця зготувала гірку каву з паленого ячменю і заклопотано перебирала речі в кутку кімнати^</w:t>
      </w:r>
    </w:p>
    <w:p>
      <w:r>
        <w:br/>
        <w:t>— Що ж продавати будемо?</w:t>
      </w:r>
    </w:p>
    <w:p>
      <w:r>
        <w:br/>
        <w:t>— Таж простирадло, здається, ти казала! Климця здивовано подивилась на пана.</w:t>
      </w:r>
    </w:p>
    <w:p>
      <w:r>
        <w:br/>
        <w:t>— Ще на тому тижні простирадло продали.</w:t>
      </w:r>
    </w:p>
    <w:p>
      <w:r>
        <w:br/>
        <w:t>— Ну то що ж?</w:t>
      </w:r>
    </w:p>
    <w:p>
      <w:r>
        <w:br/>
        <w:t>— Неси, мабуть, годинника...</w:t>
      </w:r>
    </w:p>
    <w:p>
      <w:r>
        <w:br/>
        <w:t>— Годинника? Ніколи!..</w:t>
      </w:r>
    </w:p>
    <w:p>
      <w:r>
        <w:br/>
        <w:t>Годинник був гордістю роду Слимаківських. Того годинника подарував за якісь послуги якомусь Слимаківському якийсь польський король.</w:t>
      </w:r>
    </w:p>
    <w:p>
      <w:r>
        <w:br/>
        <w:t>Ні, годинника пан ніколи не продасть! Недарма ж він спровадив його, як найціннішу річ, ще до своєї втечі з Сли-маківки.</w:t>
      </w:r>
    </w:p>
    <w:p>
      <w:r>
        <w:br/>
        <w:t>— То що ж будемо їсти? — знов запитала пані з сумом.</w:t>
      </w:r>
    </w:p>
    <w:p>
      <w:r>
        <w:br/>
        <w:t>Пан мовчав. І в той час, як Климця сиділа на пошарпаному кріслі й плакала, пан боровся зі спокусою. Безліч каламутних думок і почувань, що суперечили одні одним, підхопили пана Станіслава на свої хребти й несли невідомо куди...</w:t>
      </w:r>
    </w:p>
    <w:p>
      <w:r>
        <w:br/>
        <w:t>Він забув про каву, і очі йому заслало мрійливим туманом. Він мріяв про чудо, завдяки якому не треба буде продавати годинника. Він літав у надземних високостях, із яких діла земні здаються дитячими іграшками...</w:t>
      </w:r>
    </w:p>
    <w:p>
      <w:r>
        <w:br/>
        <w:t>Пан не вірив у бога, він не міг молитись, і мрії йому "Ули, як пісок струсеві. Коли життя притискувало до стіни різними небезпеками, він ховав висохлу голову у пісок мрій... Реальне життя відходило кудись за рожеву млу, а коли повертався він знову до дійсності, рішення приходили виразні й чіткі.</w:t>
      </w:r>
    </w:p>
    <w:p>
      <w:r>
        <w:br/>
        <w:t>— Загорни годинника...— прошепотів пан, немов прокинувшись од сну, і сам почав похапцем одягати драного піджака.</w:t>
      </w:r>
    </w:p>
    <w:p>
      <w:r>
        <w:br/>
        <w:t>Була рання весна. Десь за Дніпром у лісах білів пошарпаний сніг, а на вулицях було вже сухо. Тільки здаля повівав холодний пронизливий вітер і забивав цвяхи в похилену панову спину.</w:t>
      </w:r>
    </w:p>
    <w:p>
      <w:r>
        <w:br/>
        <w:t>Годинник був важкий і неоковирний. Мосянжові орнаменти продирали хустку й гостро в'їдалися в ребра, але пан не помічав того.</w:t>
      </w:r>
    </w:p>
    <w:p>
      <w:r>
        <w:br/>
        <w:t>Він замріявся знову, і в центрі його мрій був дядьків ліс. Пан підрахував прибутки, у мріях умовлявся з покупцями, влучно та гостро ганьбив Ліщинського, блискуче промовляв на шляхетних зборах...</w:t>
      </w:r>
    </w:p>
    <w:p>
      <w:r>
        <w:br/>
        <w:t>Слимаківський нічого не помічав навколо. Він дивився понад головами людей, що безтурботною рікою пливли тротуарами. Були між ними люди різних станів і різного віку. От пройшли робітники, просто, але чисто зодягнені, півста хлопчаків і дівчаток — піонерів — вистукували такта під барабан, а пан Слимаківський плив на хвилях наймовір-них мрій...</w:t>
      </w:r>
    </w:p>
    <w:p>
      <w:r>
        <w:br/>
        <w:t>Незабаром людський потік закружляв утле тіло пана Станіслава і, як нічні примари при світлі дня, так мрії панові в базарному оточенні вмить розвіялись. Базар за чотири роки зробився такий милий, такий рідний, що пан почував завше заспокоєння, як колись малим на лоні матері.</w:t>
      </w:r>
    </w:p>
    <w:p>
      <w:r>
        <w:br/>
        <w:t>Він забув про гордість роду Слимаківських — годинника, подарованого якимсь королем. Годинник отут, на базарі, був для нього лише крамом, за який треба було вторгувати якомога більше.</w:t>
      </w:r>
    </w:p>
    <w:p>
      <w:r>
        <w:br/>
        <w:t>Пан розіслав драну хусточку на сухому місці і з гордістю став над годинником.</w:t>
      </w:r>
    </w:p>
    <w:p>
      <w:r>
        <w:br/>
        <w:t>Підійшов старий базарний знайомець, такий самий вигнанець з родового маєтку, як і пан Станіслав,</w:t>
      </w:r>
    </w:p>
    <w:p>
      <w:r>
        <w:br/>
        <w:t>— Ну, і як ви, пане, думаєте, де ж подівся той заповіт? — пан Єрський напередодні вислухав сумну повість Слима-ківського про втрачений заповіт на дядьків ліс, але щось перебило їм балачку.</w:t>
      </w:r>
    </w:p>
    <w:p>
      <w:r>
        <w:br/>
        <w:t>— А дідько його знає! Вже б я, пане, коли б знав, так той папір не минув би моїх рук...</w:t>
      </w:r>
    </w:p>
    <w:p>
      <w:r>
        <w:br/>
        <w:t>_ Ну, нічого, пане, все це мине, і лісок, хе-хе! буде</w:t>
      </w:r>
    </w:p>
    <w:p>
      <w:r>
        <w:br/>
        <w:t>ваШ..._пошепки на вухо промовив пан Єрський.</w:t>
      </w:r>
    </w:p>
    <w:p>
      <w:r>
        <w:br/>
        <w:t>у цей час очі пана Станіслава якось мимоволі вп'ялися в натовп. Він побачив там щось неймовірно цікаве для себе. Він якийсь час не здавав собі справи, що саме він там побачив, аж потім зрозумів: між рядами "барахольників" ішов, розглядаючи речі, Ліщинський.</w:t>
      </w:r>
    </w:p>
    <w:p>
      <w:r>
        <w:br/>
        <w:t>Він був добре зодягнений і, видимо, вишукував цікаві речі. Пан Слимаківський стояв як загіпнотизований, фігура Ліщинського потроху закривала йому ввесь світ...</w:t>
      </w:r>
    </w:p>
    <w:p>
      <w:r>
        <w:br/>
        <w:t>Ліщинський наближався. Пан Єрський щось говорив Слимаківському, але той не слухав.</w:t>
      </w:r>
    </w:p>
    <w:p>
      <w:r>
        <w:br/>
        <w:t>Ліщинський підійшов близько і, зобачивши годинника, нахилився над ним, уважно розглядаючи. Він, видимо, не впізнав пана Станіслава.</w:t>
      </w:r>
    </w:p>
    <w:p>
      <w:r>
        <w:br/>
        <w:t>Слимаків ський дивився йому в потилицю, зціпивши зуби й трясучись усім тілом. Жили на його худій шиї напружилися, у скронях бухали молотки, й не вистачало повітря в грудях...</w:t>
      </w:r>
    </w:p>
    <w:p>
      <w:r>
        <w:br/>
        <w:t>— Скільки хочете за це барахло? — недбало запитав Ліщинський, не підводячись.</w:t>
      </w:r>
    </w:p>
    <w:p>
      <w:r>
        <w:br/>
        <w:t>Слимаківського обдало жаром. Він раптово нахилився і схопив годинника тремтячими руками.</w:t>
      </w:r>
    </w:p>
    <w:p>
      <w:r>
        <w:br/>
        <w:t>— Пшя крев! Хол єра! — вирвалося клекотом з його грудей. Ліщинський випростався й пильно глянув в обличчя пана Слимаківського. .</w:t>
      </w:r>
    </w:p>
    <w:p>
      <w:r>
        <w:br/>
        <w:t>— Пан Станіслав?! — здивовано прошепотів він, подавшись од несподіванки назад. Видимо, лайка не дуже вразила його, а може, він не зрозумів, до кого вона стосувалася.</w:t>
      </w:r>
    </w:p>
    <w:p>
      <w:r>
        <w:br/>
        <w:t>Слимаківський притиснув годинника до грудей і гостро-вороже дивився на Ліщинського, а той з зацікавленням Розглядав його убогу постать. Врешті очі їх зустрілися — очі загнаного звіра й одгодованого мопса, певного в своїх силах.</w:t>
      </w:r>
    </w:p>
    <w:p>
      <w:r>
        <w:br/>
        <w:t>Що було, то минуло, пане! Я давно збираюсь виправити кривду, що колись момоволі заподіяв вам...</w:t>
      </w:r>
    </w:p>
    <w:p>
      <w:r>
        <w:br/>
        <w:t>Ліщинський під гострим зором Слимаківського витяг з кищені пальта товстого гамана, покопався в ньому й подав панові згорнутого папера.</w:t>
      </w:r>
    </w:p>
    <w:p>
      <w:r>
        <w:br/>
        <w:t>Я давно хотів вам це передати... Покійний дядя... Ліщинський не скінчив. Крик неймовірного болю заглушив його дальші слова. Слимаківський випустив годинник ^ РУк і, як віл, вражений стилем різника в потилицю, упав на Рук... Пожовклий заповіт випав з руки Ліщинського.</w:t>
      </w:r>
    </w:p>
    <w:p>
      <w:r>
        <w:br/>
        <w:t>Учинився галас зляканих перекупок. Прийшов спокійний, як Хеопсова піраміда, міліціонер. Натовп згрудився. Хтось кричав про швидку допомогу. Череватий крамар, користаю-чись з нагоди, уголос лаяв Радянську владу, що дозволяє людям умирати на вулиці, а пан Станіслав Слимаківський лежав на брудному базарному брукові поруч з подарунком короля та недійсним заповітом...</w:t>
      </w:r>
    </w:p>
    <w:p>
      <w:r>
        <w:br/>
        <w:t>Годинник випинав із дірок драної хустини свої мосянжові орнаменти, немов злісно вишкіряючи зуби на цей незрозумілий йому, але ворожий світ...</w:t>
      </w:r>
    </w:p>
    <w:p>
      <w:r>
        <w:br/>
        <w:t>На шістдесят п'ятому крузі, коли Земля почала вже звикати до нового керівника, пан Станіслав Слимаківський був збитий з земної кулі маленьким штовчком...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Слимаківський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