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Коломбицький</w:t>
      </w:r>
    </w:p>
    <w:p>
      <w:r>
        <w:br/>
        <w:t xml:space="preserve"> &lt;p&gt;ПАН</w:t>
      </w:r>
    </w:p>
    <w:p>
      <w:r>
        <w:br/>
        <w:t>КОЛОМБИЦЬКИЙ</w:t>
      </w:r>
    </w:p>
    <w:p>
      <w:r>
        <w:br/>
        <w:t>— Ну, що за оказія? Що за справи, що за справи, прошу пана! Всяке бидло, голодранці підводяться. Ой, прошу пана, що то буде?</w:t>
      </w:r>
    </w:p>
    <w:p>
      <w:r>
        <w:br/>
        <w:t>Вацлав Францевич Коломбицький стоїть у пошанливій позі перед своїм господарем — власником фольварка паном Пу-жановським — і викладає все по черзі.</w:t>
      </w:r>
    </w:p>
    <w:p>
      <w:r>
        <w:br/>
        <w:t>— Прошу пана. В м'ясниці мають бути телятка від семен-талов, двох сірих та шести червоних. То чогось таки варто, прошу пана! Арденок ми пустили на розплід — то не зайва річ. А в яровому, так полагати, посіємо трохи конюшини з вівсом, люцерну, а то, прошу, на буряк. Хліба не варто сіяти...</w:t>
      </w:r>
    </w:p>
    <w:p>
      <w:r>
        <w:br/>
        <w:t>Пан Пужановський слухав і спроквола пихкав цигарку. Його пишні вуси якось розкуйовдились і обвисли, як коноплі, а посоловілі очі стомлено й байдуже кудись дивились. Нарешті він підняв голову, важко поглянув на Коломбицького й сказав:</w:t>
      </w:r>
    </w:p>
    <w:p>
      <w:r>
        <w:br/>
        <w:t>— Все це добре, Вацлаве! Порядкуй, як краще. Все тобі доручаю...</w:t>
      </w:r>
    </w:p>
    <w:p>
      <w:r>
        <w:br/>
        <w:t>— Що то є, прошу пана? А як сам пан?</w:t>
      </w:r>
    </w:p>
    <w:p>
      <w:r>
        <w:br/>
        <w:t>— А я завтра виїжджаю. Всією родиною. Пришли зрання кількох чоловіка. Тільки мовчи сьогодні, чуєш?</w:t>
      </w:r>
    </w:p>
    <w:p>
      <w:r>
        <w:br/>
        <w:t>— Слухаю пана,— і Вацлав похилив голову, сам покірно зігнувся.</w:t>
      </w:r>
    </w:p>
    <w:p>
      <w:r>
        <w:br/>
        <w:t>— Як то можна^як то можна, прошу пана,— сказав Вацлав, одійшовши до порога.</w:t>
      </w:r>
    </w:p>
    <w:p>
      <w:r>
        <w:br/>
        <w:t>— Так, голубе,— сумно відповів Пужановський,— не ті часи стали, не ті часи!</w:t>
      </w:r>
    </w:p>
    <w:p>
      <w:r>
        <w:br/>
        <w:t>І пан Пужановський тихо одійшов до своїх покоїв.</w:t>
      </w:r>
    </w:p>
    <w:p>
      <w:r>
        <w:br/>
        <w:t>А другого дня вранці стукали копитами два вороний коня, трусили білими лисинами, нетерпляче фиркали.</w:t>
      </w:r>
    </w:p>
    <w:p>
      <w:r>
        <w:br/>
        <w:t>Закутались пані і пан, а маленьких дітей посадили напроти; пузаті чемодани важко звисали за спинкою саней. І ще довго в полі сіпали дві плями й кивали головами.</w:t>
      </w:r>
    </w:p>
    <w:p>
      <w:r>
        <w:br/>
        <w:t>— Як то можна, то як то можна, прошу пана! Кинути госпо дарство, кинути майно! А що Коломбицький вдіє?</w:t>
      </w:r>
    </w:p>
    <w:p>
      <w:r>
        <w:br/>
        <w:t>Вацлав ходив по двору, льопав себе руками й клопотався. По давній звичці заглядав до стайні, обори, вслухався, як худоба стиха жувала сіно, і йому ставало тоді журно.</w:t>
      </w:r>
    </w:p>
    <w:p>
      <w:r>
        <w:br/>
        <w:t>— Бидло підвелося. Що то буде, прошу пана? Вечорами в небі вставали заграви, довго червоніли хмари,</w:t>
      </w:r>
    </w:p>
    <w:p>
      <w:r>
        <w:br/>
        <w:t>горіли далекі фольварки. А на сусідній станції загупали набої — не чутно було ні гуркоту, чи гудків потягів.</w:t>
      </w:r>
    </w:p>
    <w:p>
      <w:r>
        <w:br/>
        <w:t>За кілька день на фольварк прийшли селяни, ходили по двору, заглядали до худоби й захоплено гомоніли.</w:t>
      </w:r>
    </w:p>
    <w:p>
      <w:r>
        <w:br/>
        <w:t>Пан Вацлав стежив за ними із своєї хатини. А між гуртом Семен Гнида щось розводив руками та гомонів дзвінко, співуче.</w:t>
      </w:r>
    </w:p>
    <w:p>
      <w:r>
        <w:br/>
        <w:t>— Так отой рябенький ловкий такий бичок. Такий який ДО корів. У, там буда! Його неодмінно на плід зоставить. І ще оту лису кобилицю та вороного. Хороша порода, скажу я вам, братця. А то, значить, і поділить, кому біднішому. Нада, братця, по-божому, по справедливості.</w:t>
      </w:r>
    </w:p>
    <w:p>
      <w:r>
        <w:br/>
        <w:t>Тоді пан Коломбицький зіскакував зі стільця, насував шапку й біг на двір.</w:t>
      </w:r>
    </w:p>
    <w:p>
      <w:r>
        <w:br/>
        <w:t>— Семен Гнида, Семен Гнида. А бидло кляте! Пся крев! Оцей наймит, оце одоробало мою худобу ділитиме?</w:t>
      </w:r>
    </w:p>
    <w:p>
      <w:r>
        <w:br/>
        <w:t>Семен Гнида був колись наймитом на фольварку. Та й тоді вже пан Коломбицький не міг бачити його спокійно, бо очі Семенові завжди дивились гостро й сміливо, бо Семен не знав шляхетного поводження.</w:t>
      </w:r>
    </w:p>
    <w:p>
      <w:r>
        <w:br/>
        <w:t>— Семен Гнида, Семен Гнида —лайдак клятий, пся крев! І пан Коломбицький кипить від люті.</w:t>
      </w:r>
    </w:p>
    <w:p>
      <w:r>
        <w:br/>
        <w:t>— Чого тобі треба тут? — суворо він питає Семена. Але Семен так захоплений цією радісною перспективою</w:t>
      </w:r>
    </w:p>
    <w:p>
      <w:r>
        <w:br/>
        <w:t>великої Божої справедливості, що не помічає гнівного пана Коломбицького.</w:t>
      </w:r>
    </w:p>
    <w:p>
      <w:r>
        <w:br/>
        <w:t>— Та це ми, Вацлаве Франковичу, нащот худоби балакаємо.</w:t>
      </w:r>
    </w:p>
    <w:p>
      <w:r>
        <w:br/>
        <w:t>— Якої худоби? Чого тобі тут треба?</w:t>
      </w:r>
    </w:p>
    <w:p>
      <w:r>
        <w:br/>
        <w:t>— Та оце ж панської, виходить, народньої.</w:t>
      </w:r>
    </w:p>
    <w:p>
      <w:r>
        <w:br/>
        <w:t>— Якої народньої? Хто тобі сказав, що вона народня?</w:t>
      </w:r>
    </w:p>
    <w:p>
      <w:r>
        <w:br/>
        <w:t>— Та я й сам знаю, Вацлаве Франковичу, тепер народня республіка, тепер усе народне!</w:t>
      </w:r>
    </w:p>
    <w:p>
      <w:r>
        <w:br/>
        <w:t>— Народне, народне! Сам ти дурень народній! А ти знаєш, що мені наказано пильнувати тут, щоб і волосинка не пропала?</w:t>
      </w:r>
    </w:p>
    <w:p>
      <w:r>
        <w:br/>
        <w:t>— Ну то звісно, як по закону. Тільки це не довго. Скоро вийде закон такий, щоб усе ділить.</w:t>
      </w:r>
    </w:p>
    <w:p>
      <w:r>
        <w:br/>
        <w:t>— Закон! Ну то й жди свого закону! А поки що нічого лізти.</w:t>
      </w:r>
    </w:p>
    <w:p>
      <w:r>
        <w:br/>
        <w:t>— А ви думали, що воно так і буде. Годі вже тягти з нас жили, минулося. Треба по-божому, по справедливості. Щоб не було неімущих.</w:t>
      </w:r>
    </w:p>
    <w:p>
      <w:r>
        <w:br/>
        <w:t>— Ну, ще побачимо. А поки не лазь сюди, не твоє діло.</w:t>
      </w:r>
    </w:p>
    <w:p>
      <w:r>
        <w:br/>
        <w:t>— Як не моє, коли мене обрали на це?</w:t>
      </w:r>
    </w:p>
    <w:p>
      <w:r>
        <w:br/>
        <w:t>— Іди, йди собі.</w:t>
      </w:r>
    </w:p>
    <w:p>
      <w:r>
        <w:br/>
        <w:t>Селяни поволі, збентежено виходять. А пан Коломбицький радіє: він таки справді смакує, хоч раз добре витурив з двору оце бидло. Та Семен Гнида засмучений. Знову одсувається Боже призволення.</w:t>
      </w:r>
    </w:p>
    <w:p>
      <w:r>
        <w:br/>
        <w:t>І він думає: увечері засяде за Святе письмо й буде читати: як то ділити всім по справедливості добро "князів міра сего".</w:t>
      </w:r>
    </w:p>
    <w:p>
      <w:r>
        <w:br/>
        <w:t>Січневі морози так міцно стиснули сніг, що під ногами скриплять навощені струни. А на сонці дрібними голками горять іскри. І небо теж у скалках — тільки на заході маленьким кендюхом застряла сиза хмара.</w:t>
      </w:r>
    </w:p>
    <w:p>
      <w:r>
        <w:br/>
        <w:t>А там далі — сині, радісні простори.</w:t>
      </w:r>
    </w:p>
    <w:p>
      <w:r>
        <w:br/>
        <w:t>На дворі фольварка скриплять дві пари ніг. Семен Гнида та пан Коломбицький ходять по двору, госпо-дарять, розмахують руками та все сперечаються.</w:t>
      </w:r>
    </w:p>
    <w:p>
      <w:r>
        <w:br/>
        <w:t>— До посту треба давати худобі мішанку. А з посту тоді вже й сінця можна...— міркує лагідно Семен Гнида.</w:t>
      </w:r>
    </w:p>
    <w:p>
      <w:r>
        <w:br/>
        <w:t>— Яке тобі діло? Чого ти лізеш сюди? Хто тебе прохав? — напирає на нього пан Коломбицький.</w:t>
      </w:r>
    </w:p>
    <w:p>
      <w:r>
        <w:br/>
        <w:t>— Як хто прохав, Вацлаве Франковичу? Од народу приставлений... Потому мені тепереньки більше клопоту, ніж вам.</w:t>
      </w:r>
    </w:p>
    <w:p>
      <w:r>
        <w:br/>
        <w:t>— Я за все відповідаю своєю головою,— з гідністю підкреслює пан Коломбицький.</w:t>
      </w:r>
    </w:p>
    <w:p>
      <w:r>
        <w:br/>
        <w:t>— Та яке там головою. А на піст сінця, Вацлаве Франковичу, бо скотину треба підхарчувати на весняні роботи, щоб не захляла,— провадить своєї Семен.</w:t>
      </w:r>
    </w:p>
    <w:p>
      <w:r>
        <w:br/>
        <w:t>Пан Коломбицький спинився, зиркнув на нього й плюнув.</w:t>
      </w:r>
    </w:p>
    <w:p>
      <w:r>
        <w:br/>
        <w:t>— Піди ти батькові своєму скажи.— Й пішов.</w:t>
      </w:r>
    </w:p>
    <w:p>
      <w:r>
        <w:br/>
        <w:t>Та Семенові байдуже — за народне діло можна й постраждать.</w:t>
      </w:r>
    </w:p>
    <w:p>
      <w:r>
        <w:br/>
        <w:t>І він іде тоді до стайні, лащить корів і лагідно розмовляє з ними. А через фольварк проходить влада за владою: та все коней та харчів. І мовчки одводять їм всього потроху Семен Гнида та пан Коломбицький — тут вони в згоді.</w:t>
      </w:r>
    </w:p>
    <w:p>
      <w:r>
        <w:br/>
        <w:t>І ось раз насунула ціла хмара війська, розташувалась у фольварку, забила стайні, клуні, услала сараною дворище.</w:t>
      </w:r>
    </w:p>
    <w:p>
      <w:r>
        <w:br/>
        <w:t>— Та що то за військо, прошу пана: цигани не цигани, розбишаки не розбишаки. В одного якийсь очній мундир, у другого хутро, у третього попівська ряса. Той у якихось порваних черевиках, а в іншого блискучі кавалерійські чоботи! Що то за військо, прошу пана,— турбувався пан Коломбицький .</w:t>
      </w:r>
    </w:p>
    <w:p>
      <w:r>
        <w:br/>
        <w:t>— Куди ви лізете, добродії? Чим мені харчувати вас, прошу пана?</w:t>
      </w:r>
    </w:p>
    <w:p>
      <w:r>
        <w:br/>
        <w:t>— Какії тобі добродії! Віш ти, какой пан!</w:t>
      </w:r>
    </w:p>
    <w:p>
      <w:r>
        <w:br/>
        <w:t>І пустили такого, що пан Коломбицький аж чмихнув. Тоді все зрозумів.</w:t>
      </w:r>
    </w:p>
    <w:p>
      <w:r>
        <w:br/>
        <w:t>— Ось вона, ця сама большевизія!</w:t>
      </w:r>
    </w:p>
    <w:p>
      <w:r>
        <w:br/>
        <w:t>І заховався пан Коломбицький до себе в хату, тільки скоса визирав у віконце. А військо ґвалтувало:</w:t>
      </w:r>
    </w:p>
    <w:p>
      <w:r>
        <w:br/>
        <w:t>— Землю в чорний передел!</w:t>
      </w:r>
    </w:p>
    <w:p>
      <w:r>
        <w:br/>
        <w:t>— Чого боятись, сам забирай у клятих буржуїв!</w:t>
      </w:r>
    </w:p>
    <w:p>
      <w:r>
        <w:br/>
        <w:t>— Власть на містах!</w:t>
      </w:r>
    </w:p>
    <w:p>
      <w:r>
        <w:br/>
        <w:t>— Скотину бідним!</w:t>
      </w:r>
    </w:p>
    <w:p>
      <w:r>
        <w:br/>
        <w:t>— Машини неимущим! І пішли ділить.</w:t>
      </w:r>
    </w:p>
    <w:p>
      <w:r>
        <w:br/>
        <w:t>Цілий тиждень гуляло військо, цілий тиждень скликало мітинги, вибирало Совіти.</w:t>
      </w:r>
    </w:p>
    <w:p>
      <w:r>
        <w:br/>
        <w:t>Поїли свиней, порізали телят і рушили далі. А тихий сніжок сідав їм на плечі.</w:t>
      </w:r>
    </w:p>
    <w:p>
      <w:r>
        <w:br/>
        <w:t>На дворищі фольварка топтався гурт людей та гаряче сперечався. Нова влада, Совіт, а між ними й Семен Гнида.</w:t>
      </w:r>
    </w:p>
    <w:p>
      <w:r>
        <w:br/>
        <w:t>— Іменно в чорний переділ. Як є так! Усю землю поровну, по душах, щоб нікому не обідно було.</w:t>
      </w:r>
    </w:p>
    <w:p>
      <w:r>
        <w:br/>
        <w:t>— А як же, братця, з купованою? Потому вона прироблена, виходить, трудова...</w:t>
      </w:r>
    </w:p>
    <w:p>
      <w:r>
        <w:br/>
        <w:t>— Нікоторой прикупной. На чисту всю поділить...</w:t>
      </w:r>
    </w:p>
    <w:p>
      <w:r>
        <w:br/>
        <w:t>— Ну, добре, а як же нащот долини? Тієї землі не прирівнять?..</w:t>
      </w:r>
    </w:p>
    <w:p>
      <w:r>
        <w:br/>
        <w:t>І пішли тоді — курили, лаялись, сперечались:</w:t>
      </w:r>
    </w:p>
    <w:p>
      <w:r>
        <w:br/>
        <w:t>— Як його поділити на долині підмети? А Семен Гнида до пана Коломбицького:</w:t>
      </w:r>
    </w:p>
    <w:p>
      <w:r>
        <w:br/>
        <w:t>— Ви тепер, Вацлаве Франковичу, виходить, наш, у нас на службі.</w:t>
      </w:r>
    </w:p>
    <w:p>
      <w:r>
        <w:br/>
        <w:t>— Як то так! Що то є: у вас на службі?</w:t>
      </w:r>
    </w:p>
    <w:p>
      <w:r>
        <w:br/>
        <w:t>— Так як це народне добро, власть на місцях — виходить, і ви наш.</w:t>
      </w:r>
    </w:p>
    <w:p>
      <w:r>
        <w:br/>
        <w:t>— Піди своїй мамі розкажи. Щоб я в тебе служив! О! Але Семен Гнида не зважав на це.</w:t>
      </w:r>
    </w:p>
    <w:p>
      <w:r>
        <w:br/>
        <w:t>— Ви не обижайтесь, Вацлаве Франковичу, потому це діло народне. Народ вам призначить і порційон, і всяке продо-вольствіє.</w:t>
      </w:r>
    </w:p>
    <w:p>
      <w:r>
        <w:br/>
        <w:t>Але пан Коломбицький люто дивився на нього.</w:t>
      </w:r>
    </w:p>
    <w:p>
      <w:r>
        <w:br/>
        <w:t>— Не буду я служити.</w:t>
      </w:r>
    </w:p>
    <w:p>
      <w:r>
        <w:br/>
        <w:t>— А куди ж ви? До панів знову?</w:t>
      </w:r>
    </w:p>
    <w:p>
      <w:r>
        <w:br/>
        <w:t>— Ні.</w:t>
      </w:r>
    </w:p>
    <w:p>
      <w:r>
        <w:br/>
        <w:t>— А до кого ж?</w:t>
      </w:r>
    </w:p>
    <w:p>
      <w:r>
        <w:br/>
        <w:t>— Так, ні до кого.</w:t>
      </w:r>
    </w:p>
    <w:p>
      <w:r>
        <w:br/>
        <w:t>— Виходить, ми вас мобілізуєм!</w:t>
      </w:r>
    </w:p>
    <w:p>
      <w:r>
        <w:br/>
        <w:t>Але пан Коломбицький показав носа, плюнув і швидко пішов до своїх хат.</w:t>
      </w:r>
    </w:p>
    <w:p>
      <w:r>
        <w:br/>
        <w:t>З того часу порядкував усім Семен Гнида.</w:t>
      </w:r>
    </w:p>
    <w:p>
      <w:r>
        <w:br/>
        <w:t>А пан Коломбицький лежав у себе на канапі, стогнав, мазав поперека горілкою з камфорою і нікуди не виходив.</w:t>
      </w:r>
    </w:p>
    <w:p>
      <w:r>
        <w:br/>
        <w:t>У березолі парувала земля, синіли в придолинках гаї, а десь далеко в небі сунули журавлі.</w:t>
      </w:r>
    </w:p>
    <w:p>
      <w:r>
        <w:br/>
        <w:t>Опівдні якось приїхав військовий на тачанці, зайшов до Колом би цького.</w:t>
      </w:r>
    </w:p>
    <w:p>
      <w:r>
        <w:br/>
        <w:t>— Ви хто такий? — холодно поспитав він.</w:t>
      </w:r>
    </w:p>
    <w:p>
      <w:r>
        <w:br/>
        <w:t>— Я ніхто,— байдуже відповів пан Коломбицький.</w:t>
      </w:r>
    </w:p>
    <w:p>
      <w:r>
        <w:br/>
        <w:t>— А де б мені управителя найти?</w:t>
      </w:r>
    </w:p>
    <w:p>
      <w:r>
        <w:br/>
        <w:t>— Управитель я був!</w:t>
      </w:r>
    </w:p>
    <w:p>
      <w:r>
        <w:br/>
        <w:t>— Чого ж ви мовчите?</w:t>
      </w:r>
    </w:p>
    <w:p>
      <w:r>
        <w:br/>
        <w:t>— Бо я вже не управитель.</w:t>
      </w:r>
    </w:p>
    <w:p>
      <w:r>
        <w:br/>
        <w:t>— Ну, тоді ходімо по господарству.</w:t>
      </w:r>
    </w:p>
    <w:p>
      <w:r>
        <w:br/>
        <w:t>Пан Коломбицький по-звірячому зиркнув на військового.</w:t>
      </w:r>
    </w:p>
    <w:p>
      <w:r>
        <w:br/>
        <w:t>— А що то буде?</w:t>
      </w:r>
    </w:p>
    <w:p>
      <w:r>
        <w:br/>
        <w:t>— Совхоз тут закладемо.</w:t>
      </w:r>
    </w:p>
    <w:p>
      <w:r>
        <w:br/>
        <w:t>— Совхоз? Що то є совхоз? Військовий пояснив.</w:t>
      </w:r>
    </w:p>
    <w:p>
      <w:r>
        <w:br/>
        <w:t>— О, совхоз! То добра річ — совхоз!</w:t>
      </w:r>
    </w:p>
    <w:p>
      <w:r>
        <w:br/>
        <w:t>Пан Коломбицький нашвидку одягся й підтюпцем побіг показувати господарство.</w:t>
      </w:r>
    </w:p>
    <w:p>
      <w:r>
        <w:br/>
        <w:t>Військовий уважно все записував, про щось міркуючи.</w:t>
      </w:r>
    </w:p>
    <w:p>
      <w:r>
        <w:br/>
        <w:t>— Виходить 400 десятин під совхоз, а то селянам.</w:t>
      </w:r>
    </w:p>
    <w:p>
      <w:r>
        <w:br/>
        <w:t>— О, прошу пана, нащо селянам? То така мужирва/ Та військовий лише пронизливо подивився на нього, нічого</w:t>
      </w:r>
    </w:p>
    <w:p>
      <w:r>
        <w:br/>
        <w:t>не сказав і почав намічати на плані межі совхозу. Увечері за чаєм військовий, розважившись, сказав:</w:t>
      </w:r>
    </w:p>
    <w:p>
      <w:r>
        <w:br/>
        <w:t>— Ну що ж, Коломбицький, зоставимо вас за спеца тут. Згодні? с</w:t>
      </w:r>
    </w:p>
    <w:p>
      <w:r>
        <w:br/>
        <w:t>— О, прошу пана... товариша... Я, чому ні? Хіба мені пан, то що? Рідний батько? Хіба ми не робочий люд? Тільки ота мужирва!</w:t>
      </w:r>
    </w:p>
    <w:p>
      <w:r>
        <w:br/>
        <w:t>Другого дня він уже бігав у дворі, метушився, порядкував. Коли побачив Семена Гниду, підбіг до нього й суворо почав кричати:</w:t>
      </w:r>
    </w:p>
    <w:p>
      <w:r>
        <w:br/>
        <w:t>— Ну, геть мені, чуєш?</w:t>
      </w:r>
    </w:p>
    <w:p>
      <w:r>
        <w:br/>
        <w:t>— Чого це ви, Вацлаве Франковичу?</w:t>
      </w:r>
    </w:p>
    <w:p>
      <w:r>
        <w:br/>
        <w:t>— Геть мені зразу!</w:t>
      </w:r>
    </w:p>
    <w:p>
      <w:r>
        <w:br/>
        <w:t>— Що таке?</w:t>
      </w:r>
    </w:p>
    <w:p>
      <w:r>
        <w:br/>
        <w:t>— Що таке? Ти хіба не знаєш, не чув? Яка ж ти власть! Совхоз тепер, а тобі ось що,— і він накрутив дулю.</w:t>
      </w:r>
    </w:p>
    <w:p>
      <w:r>
        <w:br/>
        <w:t>Семен Гнида збентежено одійшов до воріт і звідти почав оглядати двір, про щось міркуючи в гурті селян. Він думав: Що то є князі міра цього й прислужники їхні?</w:t>
      </w:r>
    </w:p>
    <w:p>
      <w:r>
        <w:br/>
        <w:t>А пан Коломбицький знову почував себе господарем. Щомісяця він посилав мішок борошна до когось у місто, звідти передавали якісь пакуночки. По весні увечері він любив сидіти в себе на ганку й палити спроквола цигарку.</w:t>
      </w:r>
    </w:p>
    <w:p>
      <w:r>
        <w:br/>
        <w:t>— Ну, що, як вам живеться, Вацлаве Франковичу, прі Совєцкой власті? — питали дядьки.</w:t>
      </w:r>
    </w:p>
    <w:p>
      <w:r>
        <w:br/>
        <w:t>Пан Коломбицький знехотя відповідав:</w:t>
      </w:r>
    </w:p>
    <w:p>
      <w:r>
        <w:br/>
        <w:t>— Воно конешно... Але що ж поробиш? Ми народ тру дящий...</w:t>
      </w:r>
    </w:p>
    <w:p>
      <w:r>
        <w:br/>
        <w:t>І віїґ пихкав цигаркою й у задумі мляво дивився кудисі далеко на захід, де золотились сиві хмаринки.</w:t>
      </w:r>
    </w:p>
    <w:p>
      <w:r>
        <w:br/>
        <w:t>10/11 1Ш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Коломбицький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