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Пам'ять (сонети)</w:t>
      </w:r>
    </w:p>
    <w:p>
      <w:r>
        <w:br/>
        <w:t xml:space="preserve"> СОНЕТИ З КНИЖКИ&lt;br /&gt;</w:t>
        <w:br/>
        <w:t>"ПАМ’ЯТЬ"&lt;br /&gt;</w:t>
        <w:br/>
        <w:t>АВТОМОБІЛЬ</w:t>
      </w:r>
    </w:p>
    <w:p>
      <w:r>
        <w:br/>
        <w:t>Як вичесаний кінь, сяйний автомобіль&lt;br /&gt;</w:t>
        <w:br/>
        <w:t>Виходить із воріт притихлого заводу.&lt;br /&gt;</w:t>
        <w:br/>
        <w:t>Як в жінку молоду, в його лискучу вроду&lt;br /&gt;</w:t>
        <w:br/>
        <w:t>Вдивляйся і тремти, вчарований всуціль.</w:t>
      </w:r>
    </w:p>
    <w:p>
      <w:r>
        <w:br/>
        <w:t>Ви разом будете серед незнаних піль&lt;br /&gt;</w:t>
        <w:br/>
        <w:t>Летіти приземки, під синню небозводу,&lt;br /&gt;</w:t>
        <w:br/>
        <w:t>І далеч, випита, як те вино, до споду,&lt;br /&gt;</w:t>
        <w:br/>
        <w:t>Бентежитиме вас, немов кохання хміль.</w:t>
      </w:r>
    </w:p>
    <w:p>
      <w:r>
        <w:br/>
        <w:t>Але остерігайсь: твойого духу сниво,&lt;br /&gt;</w:t>
        <w:br/>
        <w:t>Твій ангел, що крильми вкриває біг коліс,&lt;br /&gt;</w:t>
        <w:br/>
        <w:t>На тебе дивиться зневажливо й глузливо.</w:t>
      </w:r>
    </w:p>
    <w:p>
      <w:r>
        <w:br/>
        <w:t>Слухняний він, але, буває, йде навкіс,&lt;br /&gt;</w:t>
        <w:br/>
        <w:t>Танцює на бігу, як самогубства біс,&lt;br /&gt;</w:t>
        <w:br/>
        <w:t>І гине, й смокче кров із водія жаждиво.</w:t>
      </w:r>
    </w:p>
    <w:p>
      <w:r>
        <w:br/>
        <w:t>2000&lt;br /&gt;</w:t>
        <w:br/>
        <w:t>КОМП’ЮТЕР</w:t>
      </w:r>
    </w:p>
    <w:p>
      <w:r>
        <w:br/>
        <w:t>В комп'ютері сидить ув'язнена душа,&lt;br /&gt;</w:t>
        <w:br/>
        <w:t>Енциклопедія всезнаюча й прозора,&lt;br /&gt;</w:t>
        <w:br/>
        <w:t>Як електричний струм, невидима і скора,&lt;br /&gt;</w:t>
        <w:br/>
        <w:t>Услужлива, але холодна і чужа.</w:t>
      </w:r>
    </w:p>
    <w:p>
      <w:r>
        <w:br/>
        <w:t>Вона — раба твоя. Подібна до ножа,&lt;br /&gt;</w:t>
        <w:br/>
        <w:t>Захованого в плащ, її сумна покора.&lt;br /&gt;</w:t>
        <w:br/>
        <w:t>Спить на екрані миш — малесенька потвора,&lt;br /&gt;</w:t>
        <w:br/>
        <w:t>Твій зір за нею йде, її піймать бажа!</w:t>
      </w:r>
    </w:p>
    <w:p>
      <w:r>
        <w:br/>
        <w:t>Ту сіру блискавку не зловиш ти ніколи,&lt;br /&gt;</w:t>
        <w:br/>
        <w:t>Вона втікатиме від тебе, як мана,&lt;br /&gt;</w:t>
        <w:br/>
        <w:t>В твого ума брудні і потайні околи.</w:t>
      </w:r>
    </w:p>
    <w:p>
      <w:r>
        <w:br/>
        <w:t>Рабиня? Служниця? Ні, пане мій, вона —&lt;br /&gt;</w:t>
        <w:br/>
        <w:t>Володарка твоя, несхопна і страшна,&lt;br /&gt;</w:t>
        <w:br/>
        <w:t>Тобою створена, божественний Глаголе!</w:t>
      </w:r>
    </w:p>
    <w:p>
      <w:r>
        <w:br/>
        <w:t>2000&lt;br /&gt;</w:t>
        <w:br/>
        <w:t>ІНТЕРНЕТ</w:t>
      </w:r>
    </w:p>
    <w:p>
      <w:r>
        <w:br/>
        <w:t>Поклич до себе світ на поле Інтернету,&lt;br /&gt;</w:t>
        <w:br/>
        <w:t>Прийде сумний Тарас, і Данте, і Бодлер,&lt;br /&gt;</w:t>
        <w:br/>
        <w:t>І з'являться раби, прикуті до галер,&lt;br /&gt;</w:t>
        <w:br/>
        <w:t>Монархів профілі, обернуті в монету.</w:t>
      </w:r>
    </w:p>
    <w:p>
      <w:r>
        <w:br/>
        <w:t>Поклич святих повій із династичних сфер,&lt;br /&gt;</w:t>
        <w:br/>
        <w:t>І поміж них знайди бліду Антуанетту,&lt;br /&gt;</w:t>
        <w:br/>
        <w:t>Що йде на ешафот, скажи їй по секрету,&lt;br /&gt;</w:t>
        <w:br/>
        <w:t>Що ти її любив, допоки сам не вмер.</w:t>
      </w:r>
    </w:p>
    <w:p>
      <w:r>
        <w:br/>
        <w:t>Екран комп'ютера — душі твоєї надра,&lt;br /&gt;</w:t>
        <w:br/>
        <w:t>Де іскри золота поглинула руда,&lt;br /&gt;</w:t>
        <w:br/>
        <w:t>Скотилися на них журби залізні ядра.</w:t>
      </w:r>
    </w:p>
    <w:p>
      <w:r>
        <w:br/>
        <w:t>Ти бачиш, як в землі тече сліпа вода,&lt;br /&gt;</w:t>
        <w:br/>
        <w:t>Як відкриваються твого життя чуда,&lt;br /&gt;</w:t>
        <w:br/>
        <w:t>Як прагне палива твойого серця ватра.</w:t>
      </w:r>
    </w:p>
    <w:p>
      <w:r>
        <w:br/>
        <w:t>2003&lt;br /&gt;</w:t>
        <w:br/>
        <w:t>ПОВЕРНЕННЯ</w:t>
      </w:r>
    </w:p>
    <w:p>
      <w:r>
        <w:br/>
        <w:t>Ніким не видимий, пробіг я серед ночі&lt;br /&gt;</w:t>
        <w:br/>
        <w:t>Європу й Азію, як молодий мустанг,&lt;br /&gt;</w:t>
        <w:br/>
        <w:t>Кавказ мені світив у сніжнім позолоччі,&lt;br /&gt;</w:t>
        <w:br/>
        <w:t>Води напитися подав священний Ганг.</w:t>
      </w:r>
    </w:p>
    <w:p>
      <w:r>
        <w:br/>
        <w:t>Але мене пекли, як рани, землі отчі,&lt;br /&gt;</w:t>
        <w:br/>
        <w:t>І я махнув назад від юрт і від яранг&lt;br /&gt;</w:t>
        <w:br/>
        <w:t>В карпатські видоли, перед кохані очі&lt;br /&gt;</w:t>
        <w:br/>
        <w:t>Світлиць стопчатівських, і впав, як бумеранг.</w:t>
      </w:r>
    </w:p>
    <w:p>
      <w:r>
        <w:br/>
        <w:t>Усе, що я придбав, — скорботності отрута,&lt;br /&gt;</w:t>
        <w:br/>
        <w:t>На каменях чужих я загубив іскрінь,&lt;br /&gt;</w:t>
        <w:br/>
        <w:t>Що до моїх підків живцем була прикута;</w:t>
      </w:r>
    </w:p>
    <w:p>
      <w:r>
        <w:br/>
        <w:t>Вернувсь на житній хліб і на вівсяну рінь,&lt;br /&gt;</w:t>
        <w:br/>
        <w:t>Схиляю голову до Лючки і до Прута,&lt;br /&gt;</w:t>
        <w:br/>
        <w:t>П'ю воду, як старий мойого тата кінь.</w:t>
      </w:r>
    </w:p>
    <w:p>
      <w:r>
        <w:br/>
        <w:t>2003&lt;br /&gt;</w:t>
        <w:br/>
        <w:t>КАЯТТЯ</w:t>
      </w:r>
    </w:p>
    <w:p>
      <w:r>
        <w:br/>
        <w:t>Я каюся й горю! Я ображав людину!&lt;br /&gt;</w:t>
        <w:br/>
        <w:t>На попіл спалюю свої гріхи старі;&lt;br /&gt;</w:t>
        <w:br/>
        <w:t>Хитливе полум'я клубочиться вгорі,&lt;br /&gt;</w:t>
        <w:br/>
        <w:t>Внизу ятриться грань — зола наполовину.</w:t>
      </w:r>
    </w:p>
    <w:p>
      <w:r>
        <w:br/>
        <w:t>Та мій вогонь мене веде в нову провину,&lt;br /&gt;</w:t>
        <w:br/>
        <w:t>Бо я ненавиджу побожні стихирі,&lt;br /&gt;</w:t>
        <w:br/>
        <w:t>Пишу про ворога, мов на його корі&lt;br /&gt;</w:t>
        <w:br/>
        <w:t>Нарізую свій біль, і сам од болю гину.</w:t>
      </w:r>
    </w:p>
    <w:p>
      <w:r>
        <w:br/>
        <w:t>А ворог мій встає, являє людський лик&lt;br /&gt;</w:t>
        <w:br/>
        <w:t>Вчорашній сатана з обличчям херувима,&lt;br /&gt;</w:t>
        <w:br/>
        <w:t>І вірю я йому, бо вірити я звик.</w:t>
      </w:r>
    </w:p>
    <w:p>
      <w:r>
        <w:br/>
        <w:t>Але пече мене та правда нестерпима:&lt;br /&gt;</w:t>
        <w:br/>
        <w:t>Як ворога нема, немає й побратима!&lt;br /&gt;</w:t>
        <w:br/>
        <w:t>І знов я в каятті горю, мов єретик.</w:t>
      </w:r>
    </w:p>
    <w:p>
      <w:r>
        <w:br/>
        <w:t>2003&lt;br /&gt;</w:t>
        <w:br/>
        <w:t>ПІСНЯ</w:t>
      </w:r>
    </w:p>
    <w:p>
      <w:r>
        <w:br/>
        <w:t>Я смерті не боюсь, хоч зраджував її,&lt;br /&gt;</w:t>
        <w:br/>
        <w:t>Не вірив, що й мені призначено вмирати:&lt;br /&gt;</w:t>
        <w:br/>
        <w:t>В гаю, на цвинтарі, горнувся до дівчати,&lt;br /&gt;</w:t>
        <w:br/>
        <w:t>На гріх його вмовляв, аж мліли солов'ї.</w:t>
      </w:r>
    </w:p>
    <w:p>
      <w:r>
        <w:br/>
        <w:t>Навчав мене Хайям писати рубаї,&lt;br /&gt;</w:t>
        <w:br/>
        <w:t>І ніжно ставитись до глечика й горняти,&lt;br /&gt;</w:t>
        <w:br/>
        <w:t>Що з глини могилок їх люблять виробляти,&lt;br /&gt;</w:t>
        <w:br/>
        <w:t>І вушка в них такі округлі, як мої.</w:t>
      </w:r>
    </w:p>
    <w:p>
      <w:r>
        <w:br/>
        <w:t>Я мертвих мудрості з тривогою вивчаю,&lt;br /&gt;</w:t>
        <w:br/>
        <w:t>Але люблю життя пахуче і смачне,&lt;br /&gt;</w:t>
        <w:br/>
        <w:t>Як від коханої окраєць короваю.</w:t>
      </w:r>
    </w:p>
    <w:p>
      <w:r>
        <w:br/>
        <w:t>Люблю співати! Так, як я, ніхто не втне!&lt;br /&gt;</w:t>
        <w:br/>
        <w:t>Брати! Коли помру, я в трумні заспіваю…&lt;br /&gt;</w:t>
        <w:br/>
        <w:t>Тож трохи помовчіть. Послухайте мене…</w:t>
      </w:r>
    </w:p>
    <w:p>
      <w:r>
        <w:br/>
        <w:t>2003&lt;br /&gt;</w:t>
        <w:br/>
        <w:t>СТРАШНИЙ СУД</w:t>
      </w:r>
    </w:p>
    <w:p>
      <w:r>
        <w:br/>
        <w:t>Невже за те помер Син Божий на Голготі,&lt;br /&gt;</w:t>
        <w:br/>
        <w:t>Щоб одчинилися у судний день гроби&lt;br /&gt;</w:t>
        <w:br/>
        <w:t>Та піднялись царі, донощики, раби,&lt;br /&gt;</w:t>
        <w:br/>
        <w:t>Кати і всі, хто жив у злобності й підлоті?</w:t>
      </w:r>
    </w:p>
    <w:p>
      <w:r>
        <w:br/>
        <w:t>Навіщо Богові палити гори плоті,&lt;br /&gt;</w:t>
        <w:br/>
        <w:t>Що схована була в підземні жолоби,&lt;br /&gt;</w:t>
        <w:br/>
        <w:t>Давати тліну вид і в кістяні лоби&lt;br /&gt;</w:t>
        <w:br/>
        <w:t>Вкладати очі й дух, що повен злої хоті?</w:t>
      </w:r>
    </w:p>
    <w:p>
      <w:r>
        <w:br/>
        <w:t>Якщо Господній Суд задуманий на те,&lt;br /&gt;</w:t>
        <w:br/>
        <w:t>Щоб скласти грішників у вогнище, як дрова,&lt;br /&gt;</w:t>
        <w:br/>
        <w:t>То як ви поміж них невинних знайдете?</w:t>
      </w:r>
    </w:p>
    <w:p>
      <w:r>
        <w:br/>
        <w:t>Піде реакція злочинства ланцюгова,&lt;br /&gt;</w:t>
        <w:br/>
        <w:t>І вибухне в огні жахнім світобудова,&lt;br /&gt;</w:t>
        <w:br/>
        <w:t>І погорить тоді з неправедним святе.</w:t>
      </w:r>
    </w:p>
    <w:p>
      <w:r>
        <w:br/>
        <w:t>2003&lt;br /&gt;</w:t>
        <w:br/>
        <w:t>ЛИСТЯ</w:t>
      </w:r>
    </w:p>
    <w:p>
      <w:r>
        <w:br/>
        <w:t>Я листя загрібав. Купив нові граблі.&lt;br /&gt;</w:t>
        <w:br/>
        <w:t>На небі висів сніг, як мамина верета.&lt;br /&gt;</w:t>
        <w:br/>
        <w:t>Втім, листя звіялось, як золота карета,&lt;br /&gt;</w:t>
        <w:br/>
        <w:t>Колеса зблиснули і зникли в синій млі.</w:t>
      </w:r>
    </w:p>
    <w:p>
      <w:r>
        <w:br/>
        <w:t>Так їздили колись магнати й королі,&lt;br /&gt;</w:t>
        <w:br/>
        <w:t>Та все розпалося, як видиво поета.&lt;br /&gt;</w:t>
        <w:br/>
        <w:t>І вивірка сумна із-під мого манжета&lt;br /&gt;</w:t>
        <w:br/>
        <w:t>Горіх собі взяла й запорпала в землі.</w:t>
      </w:r>
    </w:p>
    <w:p>
      <w:r>
        <w:br/>
        <w:t>Йде свіжа прохолодь. Пітніє й курить ватра.&lt;br /&gt;</w:t>
        <w:br/>
        <w:t>З'явився давній друг. На голові — ондатра.&lt;br /&gt;</w:t>
        <w:br/>
        <w:t>Марною мовою постелена тропа.</w:t>
      </w:r>
    </w:p>
    <w:p>
      <w:r>
        <w:br/>
        <w:t>Танцює осокір і в танець мене кличе.&lt;br /&gt;</w:t>
        <w:br/>
        <w:t>Я повертаюся у лоно таємниче,&lt;br /&gt;</w:t>
        <w:br/>
        <w:t>І дивиться, мов кріт, на мене тьма сліпа.</w:t>
      </w:r>
    </w:p>
    <w:p>
      <w:r>
        <w:br/>
        <w:t>2003&lt;br /&gt;</w:t>
        <w:br/>
        <w:t>ТРОНИ</w:t>
      </w:r>
    </w:p>
    <w:p>
      <w:r>
        <w:br/>
        <w:t>Все трони мають: ноги, руки, зір!&lt;br /&gt;</w:t>
        <w:br/>
        <w:t>Вони пильнують вищих зобов'язань,&lt;br /&gt;</w:t>
        <w:br/>
        <w:t>Що дістає їх від миропомазань&lt;br /&gt;</w:t>
        <w:br/>
        <w:t>Монарх Ягайло, Фердинанд чи Лір.</w:t>
      </w:r>
    </w:p>
    <w:p>
      <w:r>
        <w:br/>
        <w:t>В нас тронів не було, тому не вір,&lt;br /&gt;</w:t>
        <w:br/>
        <w:t>Що буде королем вчорашній блазень.&lt;br /&gt;</w:t>
        <w:br/>
        <w:t>Він дуже схильний до повчальних казань,&lt;br /&gt;</w:t>
        <w:br/>
        <w:t>Та чинить сам собі наперекір.</w:t>
      </w:r>
    </w:p>
    <w:p>
      <w:r>
        <w:br/>
        <w:t>О демократіє, йому корону&lt;br /&gt;</w:t>
        <w:br/>
        <w:t>Ти віддаєш, а він — без голови,&lt;br /&gt;</w:t>
        <w:br/>
        <w:t>Є в нього тільки сідало для трону.</w:t>
      </w:r>
    </w:p>
    <w:p>
      <w:r>
        <w:br/>
        <w:t>Але не покидай нас і живи,&lt;br /&gt;</w:t>
        <w:br/>
        <w:t>І трони наші виростуть з трави,&lt;br /&gt;</w:t>
        <w:br/>
        <w:t>І ми, нарешті, вклонимось закону.</w:t>
      </w:r>
    </w:p>
    <w:p>
      <w:r>
        <w:br/>
        <w:t>2003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Пам'ять (сонети)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