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Палац-піднебіння</w:t>
      </w:r>
    </w:p>
    <w:p>
      <w:r>
        <w:br/>
        <w:t xml:space="preserve"> В долину Марень до палацу Розамонди&lt;br /&gt;</w:t>
        <w:br/>
        <w:t>Думки мої мрійкі рої дрібні роять&lt;br /&gt;</w:t>
        <w:br/>
        <w:t>Палац дар короля встає безчільно онде&lt;br /&gt;</w:t>
        <w:br/>
        <w:t>Мов голий той король між шмаганих троянд</w:t>
      </w:r>
    </w:p>
    <w:p>
      <w:r>
        <w:br/>
        <w:t>Думки розбіглися босоніж серед саду&lt;br /&gt;</w:t>
        <w:br/>
        <w:t>Їх тішить бачиться жабине попурі&lt;br /&gt;</w:t>
        <w:br/>
        <w:t>I кипарисові кужілки угорі&lt;br /&gt;</w:t>
        <w:br/>
        <w:t>Вже й сонце брязнуло квіток ясне свічадо</w:t>
      </w:r>
    </w:p>
    <w:p>
      <w:r>
        <w:br/>
        <w:t>Кривавиться стигмат долоні проти шиб&lt;br /&gt;</w:t>
        <w:br/>
        <w:t>Хто захід прохромив який підбитий лучник&lt;br /&gt;</w:t>
        <w:br/>
        <w:t>Живицю що гірчить вино солодке шипр&lt;br /&gt;</w:t>
        <w:br/>
        <w:t>В ягняти білого я пив на тайних учтах</w:t>
      </w:r>
    </w:p>
    <w:p>
      <w:r>
        <w:br/>
        <w:t>На гостряки колін монарха-перелюбця&lt;br /&gt;</w:t>
        <w:br/>
        <w:t>На тридцять перший май на свид його і юнь&lt;br /&gt;</w:t>
        <w:br/>
        <w:t>Коханка зиркає й чаклунські токи ллються&lt;br /&gt;</w:t>
        <w:br/>
        <w:t>Із круглих тих очей в яких чаїться гунн</w:t>
      </w:r>
    </w:p>
    <w:p>
      <w:r>
        <w:br/>
        <w:t>Владарко дум моїх з гладким перловим крупом&lt;br /&gt;</w:t>
        <w:br/>
        <w:t>Перлистіших нема ніде перлових круп&lt;br /&gt;</w:t>
        <w:br/>
        <w:t>Кого чекаєш ти&lt;br /&gt;</w:t>
        <w:br/>
        <w:t>З думок моїх красунь довірилась кому б&lt;br /&gt;</w:t>
        <w:br/>
        <w:t>Іде їх ціла трупа</w:t>
      </w:r>
    </w:p>
    <w:p>
      <w:r>
        <w:br/>
        <w:t>Стук стук Заходьте в вестибюль надворі млисто&lt;br /&gt;</w:t>
        <w:br/>
        <w:t>Як лампка мерехтить клейнод-золотожар&lt;br /&gt;</w:t>
        <w:br/>
        <w:t>За коси голови на вішалки повісьте&lt;br /&gt;</w:t>
        <w:br/>
        <w:t>А небо мов нічне голчастих повне жал</w:t>
      </w:r>
    </w:p>
    <w:p>
      <w:r>
        <w:br/>
        <w:t>В світлиці на бенкет уже столи накрили&lt;br /&gt;</w:t>
        <w:br/>
        <w:t>I смаженини дух гостям аж ніздрі дме&lt;br /&gt;</w:t>
        <w:br/>
        <w:t>Із двадцятьох супів три кольору урини&lt;br /&gt;</w:t>
        <w:br/>
        <w:t>Король двійко яєць спожив у консоме</w:t>
      </w:r>
    </w:p>
    <w:p>
      <w:r>
        <w:br/>
        <w:t>А потім принесли кухарчуки маліські&lt;br /&gt;</w:t>
        <w:br/>
        <w:t>Філе з моїх думок з них кожна ласий шмат&lt;br /&gt;</w:t>
        <w:br/>
        <w:t>Біфштекси з битих мрій криваві по-англійськи&lt;br /&gt;</w:t>
        <w:br/>
        <w:t>I з спогадів моїх шаткований форшмак</w:t>
      </w:r>
    </w:p>
    <w:p>
      <w:r>
        <w:br/>
        <w:t>I мали мерзлий смак їлкої мамонтини&lt;br /&gt;</w:t>
        <w:br/>
        <w:t>Наїдки з мертвих від тисячоліть думок&lt;br /&gt;</w:t>
        <w:br/>
        <w:t>А в звивинах моїх примари закрутили&lt;br /&gt;</w:t>
        <w:br/>
        <w:t>Кістками дзвонячи мертвецький свій танок</w:t>
      </w:r>
    </w:p>
    <w:p>
      <w:r>
        <w:br/>
        <w:t>Непутнім голосом їдоме верещало&lt;br /&gt;</w:t>
        <w:br/>
        <w:t>Що Боже крий!&lt;br /&gt;</w:t>
        <w:br/>
        <w:t>Але живіт голодний все глухий&lt;br /&gt;</w:t>
        <w:br/>
        <w:t>Трощили кості аж за вухами лящало</w:t>
      </w:r>
    </w:p>
    <w:p>
      <w:r>
        <w:br/>
        <w:t>Ах Боже крий! Що там стояв за лемент&lt;br /&gt;</w:t>
        <w:br/>
        <w:t>Од пирогів од лагомин і од м'ясив&lt;br /&gt;</w:t>
        <w:br/>
        <w:t>Де язики вогню де ті свята зелені&lt;br /&gt;</w:t>
        <w:br/>
        <w:t>Моїм думкам усіх країн усіх часів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Палац-піднебіння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