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Падіння Гіперіона</w:t>
      </w:r>
    </w:p>
    <w:p>
      <w:r>
        <w:br/>
        <w:t xml:space="preserve"> Падіння Гіперіона</w:t>
      </w:r>
    </w:p>
    <w:p>
      <w:r>
        <w:br/>
        <w:t>(Уривок)</w:t>
      </w:r>
    </w:p>
    <w:p>
      <w:r>
        <w:br/>
        <w:t>За мить до смерті я ступив на сходи&lt;br /&gt;</w:t>
        <w:br/>
        <w:t>Закляклою ногою; і життя,&lt;br /&gt;</w:t>
        <w:br/>
        <w:t>Здавалося, влилось крізь пальці в мене,&lt;br /&gt;</w:t>
        <w:br/>
        <w:t>Я вгору йшов — так ангели з муріжка&lt;br /&gt;</w:t>
        <w:br/>
        <w:t>По сходинках колись летіли в небо.&lt;br /&gt;</w:t>
        <w:br/>
        <w:t>"Могутня! — крикнув я, ковчег рогатий&lt;br /&gt;</w:t>
        <w:br/>
        <w:t>Побачивши.— Хто я, щоб вік мій довжить?&lt;br /&gt;</w:t>
        <w:br/>
        <w:t>Хто я, щоб знову обминула смерть&lt;br /&gt;</w:t>
        <w:br/>
        <w:t>Блюзнірську річ мою?"&lt;br /&gt;</w:t>
        <w:br/>
        <w:t>I з-під запони&lt;br /&gt;</w:t>
        <w:br/>
        <w:t>Сказала тінь: "Ти смерть і воскресіння&lt;br /&gt;</w:t>
        <w:br/>
        <w:t>Пізнав до строку;взважившись на це,&lt;br /&gt;</w:t>
        <w:br/>
        <w:t>Ти врятувавсь; ти свій кінець відрочив".&lt;br /&gt;</w:t>
        <w:br/>
        <w:t>"Пророчице! — я знов: — Як ласку маєш,&lt;br /&gt;</w:t>
        <w:br/>
        <w:t>Зніми мені з очей душі полуду".&lt;br /&gt;</w:t>
        <w:br/>
        <w:t>"На верховину цю,— сказала тінь,—&lt;br /&gt;</w:t>
        <w:br/>
        <w:t>Піднятись може тільки той, хто близько&lt;br /&gt;</w:t>
        <w:br/>
        <w:t>Бере до серця всі нещастя світу.&lt;br /&gt;</w:t>
        <w:br/>
        <w:t>А ті, що гавані собі шукають,&lt;br /&gt;</w:t>
        <w:br/>
        <w:t>Де б незворушно дні свої проспати,&lt;br /&gt;</w:t>
        <w:br/>
        <w:t>Коли в цей храм і зайдуть випадково,&lt;br /&gt;</w:t>
        <w:br/>
        <w:t>Згниють на сходах цих, де й ти вже був&lt;br /&gt;</w:t>
        <w:br/>
        <w:t>Наполовину стлів".&lt;br /&gt;</w:t>
        <w:br/>
        <w:t>Так м'яко голос&lt;br /&gt;</w:t>
        <w:br/>
        <w:t>Її звучав, що зваживсь я іще раз&lt;br /&gt;</w:t>
        <w:br/>
        <w:t>Озватися: "Хіба немає тисяч&lt;br /&gt;</w:t>
        <w:br/>
        <w:t>Людей на світі, що готові вмерти&lt;br /&gt;</w:t>
        <w:br/>
        <w:t>За ближнього, що велетенські муки&lt;br /&gt;</w:t>
        <w:br/>
        <w:t>Усього світу чують, навіть більше —&lt;br /&gt;</w:t>
        <w:br/>
        <w:t>Для людства бідного, немов раби,&lt;br /&gt;</w:t>
        <w:br/>
        <w:t>Насущний загорьовують? Я б мав тут&lt;br /&gt;</w:t>
        <w:br/>
        <w:t>I їх зустріти. Але я тут сам".&lt;br /&gt;</w:t>
        <w:br/>
        <w:t>"Ті, що про них ти кажеш,— мовив голос,&lt;br /&gt;</w:t>
        <w:br/>
        <w:t>Не мрійники і не сновиди кволі:&lt;br /&gt;</w:t>
        <w:br/>
        <w:t>Їм не дива потрібні — людські лиця,&lt;br /&gt;</w:t>
        <w:br/>
        <w:t>Не музика — щасливий людський голос;&lt;br /&gt;</w:t>
        <w:br/>
        <w:t>Вони й не думають сюди з'являтись,&lt;br /&gt;</w:t>
        <w:br/>
        <w:t>А ти прийшов, бо менший ти за них.&lt;br /&gt;</w:t>
        <w:br/>
        <w:t>Чим же корисний ти і весь твій рід&lt;br /&gt;</w:t>
        <w:br/>
        <w:t>Для всесвіту? Замріяна істото,&lt;br /&gt;</w:t>
        <w:br/>
        <w:t>Самомучителю, поглянь на землю —&lt;br /&gt;</w:t>
        <w:br/>
        <w:t>Яке ти благо там, хоч би в надії,&lt;br /&gt;</w:t>
        <w:br/>
        <w:t>Чи пристановище для себе знайдеш?&lt;br /&gt;</w:t>
        <w:br/>
        <w:t>У всіх є дім, у кожного свої&lt;br /&gt;</w:t>
        <w:br/>
        <w:t>Утіхи й муки, злі й високі вчинки,&lt;br /&gt;</w:t>
        <w:br/>
        <w:t>I кожному — свій пай: саме страждання,&lt;br /&gt;</w:t>
        <w:br/>
        <w:t>Сама відрада, всім — своє. I тільки&lt;br /&gt;</w:t>
        <w:br/>
        <w:t>Сновида дні свої безжально труїть,&lt;br /&gt;</w:t>
        <w:br/>
        <w:t>Караючись понад свої гріхи.&lt;br /&gt;</w:t>
        <w:br/>
        <w:t>Та щоб усім дісталось трохи щастя,&lt;br /&gt;</w:t>
        <w:br/>
        <w:t>Таких, як ти, допущено в той сад,&lt;br /&gt;</w:t>
        <w:br/>
        <w:t>Де щойно ти пройшов, таким і в храм&lt;br /&gt;</w:t>
        <w:br/>
        <w:t>Зайти не поборонено. Тому-то&lt;br /&gt;</w:t>
        <w:br/>
        <w:t>Безпечно ти стоїш біля колін&lt;br /&gt;</w:t>
        <w:br/>
        <w:t>Цієї статуї".&lt;br /&gt;</w:t>
        <w:br/>
        <w:t>"Що за нікчемність&lt;br /&gt;</w:t>
        <w:br/>
        <w:t>Мені даровано таку прихильність&lt;br /&gt;</w:t>
        <w:br/>
        <w:t>I словом гоєно мій біль не підлий,—&lt;br /&gt;</w:t>
        <w:br/>
        <w:t>Я тішуся, зворушений до сліз".&lt;br /&gt;</w:t>
        <w:br/>
        <w:t>I далі мовив я: "Скажи, будь ласка,&lt;br /&gt;</w:t>
        <w:br/>
        <w:t>Велична тінь: адже не зовсім марні&lt;br /&gt;</w:t>
        <w:br/>
        <w:t>Пісні, проспівані на вухо людству?&lt;br /&gt;</w:t>
        <w:br/>
        <w:t>Адже ж поет — мудрець, людинолюбець,&lt;br /&gt;</w:t>
        <w:br/>
        <w:t>Всім ближнім лікар? Знаю, відчуваю,&lt;br /&gt;</w:t>
        <w:br/>
        <w:t>Що я не з них, мов кібець, що безкрилим&lt;br /&gt;</w:t>
        <w:br/>
        <w:t>Себе вчуває, як орла побачить.&lt;br /&gt;</w:t>
        <w:br/>
        <w:t>Хто ж я тоді? Ти мовила про рід.&lt;br /&gt;</w:t>
        <w:br/>
        <w:t>З якого ж роду я?"&lt;br /&gt;</w:t>
        <w:br/>
        <w:t>Висока постать,&lt;br /&gt;</w:t>
        <w:br/>
        <w:t>Білообіпнута, відповіла&lt;br /&gt;</w:t>
        <w:br/>
        <w:t>Ще з більшим притиском, аж колихнувся&lt;br /&gt;</w:t>
        <w:br/>
        <w:t>Рясний серпанок поверх золотої&lt;br /&gt;</w:t>
        <w:br/>
        <w:t>Кадильниці, що ждала, із руки&lt;br /&gt;</w:t>
        <w:br/>
        <w:t>Звисаючи: "Хіба ж ти не сновидець?&lt;br /&gt;</w:t>
        <w:br/>
        <w:t>Сновидець і поет — відмінні, зовсім&lt;br /&gt;</w:t>
        <w:br/>
        <w:t>Несхожі, протилежні, антиподи:&lt;br /&gt;</w:t>
        <w:br/>
        <w:t>Цей ллє бальзам у світ, а той лише&lt;br /&gt;</w:t>
        <w:br/>
        <w:t>Його дратує".&lt;br /&gt;</w:t>
        <w:br/>
        <w:t>Тут я мимоволі&lt;br /&gt;</w:t>
        <w:br/>
        <w:t>З піфійським гнівом вигукнув: "Зів'яв ти,&lt;br /&gt;</w:t>
        <w:br/>
        <w:t>Змовк, Аполлоне! О далекосяжний!&lt;br /&gt;</w:t>
        <w:br/>
        <w:t>Чому ти мору млистого свого&lt;br /&gt;</w:t>
        <w:br/>
        <w:t>Не посилаєш крізь нещільні двері&lt;br /&gt;</w:t>
        <w:br/>
        <w:t>Самозакоханих пустих поетів,&lt;br /&gt;</w:t>
        <w:br/>
        <w:t>Напушених паливод-віршомазів?&lt;br /&gt;</w:t>
        <w:br/>
        <w:t>Хай смерть і я вдихну, та я ожив би,&lt;br /&gt;</w:t>
        <w:br/>
        <w:t>Побачивши, як заповзуть вони&lt;br /&gt;</w:t>
        <w:br/>
        <w:t>В могилу першими. Велична тінь,&lt;br /&gt;</w:t>
        <w:br/>
        <w:t>Скажи, де я і чий це храм, для кого&lt;br /&gt;</w:t>
        <w:br/>
        <w:t>Цей фіміам, і чий це вид, закритий&lt;br /&gt;</w:t>
        <w:br/>
        <w:t>Кряжем колін високих мармурових,&lt;br /&gt;</w:t>
        <w:br/>
        <w:t>I хто сама ти, що жіноцьки чемно&lt;br /&gt;</w:t>
        <w:br/>
        <w:t>До мене мовиш?"&lt;br /&gt;</w:t>
        <w:br/>
        <w:t>I висока тінь&lt;br /&gt;</w:t>
        <w:br/>
        <w:t>Озвалася під полотном обвислим&lt;br /&gt;</w:t>
        <w:br/>
        <w:t>Ще з більшим притиском, аж заструмів&lt;br /&gt;</w:t>
        <w:br/>
        <w:t>Рясний серпанок поверх золотої&lt;br /&gt;</w:t>
        <w:br/>
        <w:t>Кадильниці, що ждала, із руки&lt;br /&gt;</w:t>
        <w:br/>
        <w:t>Звисаючи; і в голосі її&lt;br /&gt;</w:t>
        <w:br/>
        <w:t>Почув я сльози, що вона їм волю&lt;br /&gt;</w:t>
        <w:br/>
        <w:t>Дала нарешті.&lt;br /&gt;</w:t>
        <w:br/>
        <w:t>"Цей самотній храм —&lt;br /&gt;</w:t>
        <w:br/>
        <w:t>Печальний залишок війни Титанів&lt;br /&gt;</w:t>
        <w:br/>
        <w:t>З бунтівниками; цей прадавній образ,&lt;br /&gt;</w:t>
        <w:br/>
        <w:t>Що, падаючи, різьблені свої&lt;br /&gt;</w:t>
        <w:br/>
        <w:t>Так споневірив риси,— це Сатурн.&lt;br /&gt;</w:t>
        <w:br/>
        <w:t>А я — Монета, відтоді найвища,&lt;br /&gt;</w:t>
        <w:br/>
        <w:t>Єдина жриця вівтаря пустого".&lt;br /&gt;</w:t>
        <w:br/>
        <w:t>Мені забракло слів...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Падіння Гіперіона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