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Падали тихі сніжинки...</w:t>
      </w:r>
    </w:p>
    <w:p>
      <w:r>
        <w:br/>
        <w:t xml:space="preserve"> Падали тихі сніжинки на чорну, спустошену землю,&lt;br /&gt;</w:t>
        <w:br/>
        <w:t>Рік нещасливий ішов безвісти, на вигнання,&lt;br /&gt;</w:t>
        <w:br/>
        <w:t>Ми неквапливо пили вино молоде, золотисте,&lt;br /&gt;</w:t>
        <w:br/>
        <w:t>Добре горіла сосна, тішачи тіло теплом.</w:t>
      </w:r>
    </w:p>
    <w:p>
      <w:r>
        <w:br/>
        <w:t>Ми говорили про вічність, цитуючи давніх поетів,&lt;br /&gt;</w:t>
        <w:br/>
        <w:t>Слухали вражено нас речі знайомі, прості,&lt;br /&gt;</w:t>
        <w:br/>
        <w:t>І уявляли й собі небесне засніжене Царство,&lt;br /&gt;</w:t>
        <w:br/>
        <w:t>І шкодували, що там місця для них не було.</w:t>
      </w:r>
    </w:p>
    <w:p>
      <w:r>
        <w:br/>
        <w:t>Любі і віддані речі! Ми раптом відчули цю т&amp;#253;гу,&lt;br /&gt;</w:t>
        <w:br/>
        <w:t>Цю невимовну печаль бідних, малих служників, —&lt;br /&gt;</w:t>
        <w:br/>
        <w:t>Лампи, що світло несла крізь ночі безмежні, безсонні,&lt;br /&gt;</w:t>
        <w:br/>
        <w:t>Посуду, що пригощав скромною стравою нас.</w:t>
      </w:r>
    </w:p>
    <w:p>
      <w:r>
        <w:br/>
        <w:t>Гірко дивилися книги, яких ми не зможем забрати,&lt;br /&gt;</w:t>
        <w:br/>
        <w:t>І на гітарі струна тріснула саме в цю мить.&lt;br /&gt;</w:t>
        <w:br/>
        <w:t>Глянули ми за вікно — там темінь буяла нестерпна;&lt;br /&gt;</w:t>
        <w:br/>
        <w:t>Речі вже знали про рай — і залишалися тут.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Падали тихі сніжинки...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