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Озимина</w:t>
      </w:r>
    </w:p>
    <w:p>
      <w:r>
        <w:br/>
        <w:t xml:space="preserve"> Це хистке проростання із темних яскинь,&lt;br /&gt;</w:t>
        <w:br/>
        <w:t>Ще такі делікатні оті колоски,&lt;br /&gt;</w:t>
        <w:br/>
        <w:t>І замало лиш мрій та блаженної віри,&lt;br /&gt;</w:t>
        <w:br/>
        <w:t>Що завчила зима свої срібні клавіри.</w:t>
      </w:r>
    </w:p>
    <w:p>
      <w:r>
        <w:br/>
        <w:t>Ще такі ненадійні ці правила гри:&lt;br /&gt;</w:t>
        <w:br/>
        <w:t>То дощі, то сніги, то бездушні вітри.&lt;br /&gt;</w:t>
        <w:br/>
        <w:t>Над засіяним полем хлюпочеться злива,&lt;br /&gt;</w:t>
        <w:br/>
        <w:t>У смарагдових хвилях гойдається нива.</w:t>
      </w:r>
    </w:p>
    <w:p>
      <w:r>
        <w:br/>
        <w:t>Не підкаже ні досвід, ні сивий мудрець&lt;br /&gt;</w:t>
        <w:br/>
        <w:t>Як спинити оте квітування сердець,&lt;br /&gt;</w:t>
        <w:br/>
        <w:t>І сто раз дорікнеш за ці примхи погодні:&lt;br /&gt;</w:t>
        <w:br/>
        <w:t>Бо лиш крапля тепла — пробиваються сходи.</w:t>
      </w:r>
    </w:p>
    <w:p>
      <w:r>
        <w:br/>
        <w:t>І спогорда шепочуть довкружні світи:&lt;br /&gt;</w:t>
        <w:br/>
        <w:t>Вам не вдасться ніколи до нас дорости,&lt;br /&gt;</w:t>
        <w:br/>
        <w:t>Можна звісно здіймати кулак після битви,&lt;br /&gt;</w:t>
        <w:br/>
        <w:t>Можна звісно і так, як нема що робити…</w:t>
      </w:r>
    </w:p>
    <w:p>
      <w:r>
        <w:br/>
        <w:t>Ніжні пагони в’януть під крики птахів,&lt;br /&gt;</w:t>
        <w:br/>
        <w:t>У полях вигора бунтівливий засів,&lt;br /&gt;</w:t>
        <w:br/>
        <w:t>І літає душа понад квітом тривожним&lt;br /&gt;</w:t>
        <w:br/>
        <w:t>Та хлюпоче надія: а може… а може…</w:t>
      </w:r>
    </w:p>
    <w:p>
      <w:r>
        <w:br/>
        <w:t>Знов бере хуртовина під біле крило:&lt;br /&gt;</w:t>
        <w:br/>
        <w:t>Чим сильніші морози, тим дужче стебло,&lt;br /&gt;</w:t>
        <w:br/>
        <w:t>Не усі перейдуть крізь розгонисті зими,&lt;br /&gt;</w:t>
        <w:br/>
        <w:t>Колосками засяють в полях золотими.</w:t>
      </w:r>
    </w:p>
    <w:p>
      <w:r>
        <w:br/>
        <w:t>Тільки разом, укупі – зерно до зерна&lt;br /&gt;</w:t>
        <w:br/>
        <w:t>Діждемося весни ми. І — о з и м и н а.&lt;br /&gt;</w:t>
        <w:br/>
        <w:t>Тяжко вірити в себе, ще важче чекати&lt;br /&gt;</w:t>
        <w:br/>
        <w:t>Як додому вернуться жита. І солдати…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Озимина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