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Озеро Олдан</w:t>
      </w:r>
    </w:p>
    <w:p>
      <w:r>
        <w:br/>
        <w:t xml:space="preserve"> &lt;p&gt;У нас з Олегом — своє озеро.</w:t>
      </w:r>
    </w:p>
    <w:p>
      <w:r>
        <w:br/>
        <w:t>Ми відкрили його ще першого вересня.</w:t>
      </w:r>
    </w:p>
    <w:p>
      <w:r>
        <w:br/>
        <w:t>Наша нова школа стоїть на самісінькій околиці міста. Тут і кінцева зупинка тролейбуса. Вона так і називається: "Школа".</w:t>
      </w:r>
    </w:p>
    <w:p>
      <w:r>
        <w:br/>
        <w:t>Коли ми вперше прийшли сюди, то побачили, що вже відразу ж за школою починається поле. Та незвично було: у місті скрізь — будинки, будинки, будинки... А тут дорогу перейти — і вже стоїш на стерні. Мабуть, зовсім недавно викосили пшеницю, бо стерня зовсім не колюча і не суха. Ми роззувалися і ходили по ній. Я читав, що справжня стерня колюча. А ця — ні. Значить, вона ще повинна стати колючою. Коли сонце її підсушить.</w:t>
      </w:r>
    </w:p>
    <w:p>
      <w:r>
        <w:br/>
        <w:t>Якось після уроків ми не пішли одразу додому, а гуляли тут, за містом.</w:t>
      </w:r>
    </w:p>
    <w:p>
      <w:r>
        <w:br/>
        <w:t>Вибігли за школу, перемахнули через дорогу й опинилися в полі.</w:t>
      </w:r>
    </w:p>
    <w:p>
      <w:r>
        <w:br/>
        <w:t>Брели ми навмання по стерні, оглядалися назад — школа ставала меншою і меншою, а потім і зовсім зникла, а попереду несподівано замаревів ліс. Так несподівано, мовби він нам тільки привидівся чи в кіно його показали.</w:t>
      </w:r>
    </w:p>
    <w:p>
      <w:r>
        <w:br/>
        <w:t>Ми довго нерішуче дивилися на нього — це ж так далеко, а він манив і манив нас до себе. Ноги нам аж гули з утоми — он скільки по стерні відміряли, а ліс ніби випливав із легкого туманцю назустріч і припрошував, щоб ішли до нього.</w:t>
      </w:r>
    </w:p>
    <w:p>
      <w:r>
        <w:br/>
        <w:t>Я нерішуче подивився на Олега, і він сказав бадьорим голосом:</w:t>
      </w:r>
    </w:p>
    <w:p>
      <w:r>
        <w:br/>
        <w:t>— Слухай, Дан! Чи не прогулятися нам у лісі?</w:t>
      </w:r>
    </w:p>
    <w:p>
      <w:r>
        <w:br/>
        <w:t>— А як заблукаємо? — завагався я.</w:t>
      </w:r>
    </w:p>
    <w:p>
      <w:r>
        <w:br/>
        <w:t>— Не заблукаємо.</w:t>
      </w:r>
    </w:p>
    <w:p>
      <w:r>
        <w:br/>
        <w:t>— Звідки знаєш?</w:t>
      </w:r>
    </w:p>
    <w:p>
      <w:r>
        <w:br/>
        <w:t>— Звідти.</w:t>
      </w:r>
    </w:p>
    <w:p>
      <w:r>
        <w:br/>
        <w:t>Я ображено насупився і відвернувся од нього.</w:t>
      </w:r>
    </w:p>
    <w:p>
      <w:r>
        <w:br/>
        <w:t>— Зі мною ніколи не заблукаєш.</w:t>
      </w:r>
    </w:p>
    <w:p>
      <w:r>
        <w:br/>
        <w:t>Не повертаючись до нього, запитав недовірливо:</w:t>
      </w:r>
    </w:p>
    <w:p>
      <w:r>
        <w:br/>
        <w:t>— Чого це ти такий упевнений?</w:t>
      </w:r>
    </w:p>
    <w:p>
      <w:r>
        <w:br/>
        <w:t>— Мене батько навчив орієнтуватися. От ліс од нас — на північ, а місто — на південь. Де б ми не ходили по лісі, повертатися нам треба на південь. І вся тобі наука.</w:t>
      </w:r>
    </w:p>
    <w:p>
      <w:r>
        <w:br/>
        <w:t>Виявляється, це справді зовсім просто.</w:t>
      </w:r>
    </w:p>
    <w:p>
      <w:r>
        <w:br/>
        <w:t>Йшли ми, говорили. Отак непомітно й до лісу дійшли.</w:t>
      </w:r>
    </w:p>
    <w:p>
      <w:r>
        <w:br/>
        <w:t>Майже до вечора виходили ми по лісі. Усяких птахів набачилися і наслухалися. А натомились так, що навіть говорити не було сил.</w:t>
      </w:r>
    </w:p>
    <w:p>
      <w:r>
        <w:br/>
        <w:t>Ото прогулянка! Сіли на листя спочити.</w:t>
      </w:r>
    </w:p>
    <w:p>
      <w:r>
        <w:br/>
        <w:t>У небі над голими деревами нескінченними ешелонами повзли хмари. Довкруг безшелесно пролітало сухе жовте листя. Падало біля нас, сідало нам на голови, руки, ноги. Якби просиділи отак цілий день, геть закидало б нас, укрило б з головою.</w:t>
      </w:r>
    </w:p>
    <w:p>
      <w:r>
        <w:br/>
        <w:t>Я встав і сказав:</w:t>
      </w:r>
    </w:p>
    <w:p>
      <w:r>
        <w:br/>
        <w:t>— Ходімо вже додому. Ти знаєш, як мені попаде! Батько й мати не люблять, коли я після школи десь валандаюся.</w:t>
      </w:r>
    </w:p>
    <w:p>
      <w:r>
        <w:br/>
        <w:t>— Мабуть, і мені влетить,— почухав потилицю і зажурено промовив він. А потім скривився так, начеб йому вже влетіло. Аж ластовиння підстрибнуло на його обличчі.</w:t>
      </w:r>
    </w:p>
    <w:p>
      <w:r>
        <w:br/>
        <w:t>— А може, й не попаде нам,— спробував я втішити Олега.</w:t>
      </w:r>
    </w:p>
    <w:p>
      <w:r>
        <w:br/>
        <w:t>— Попаде! Ти ж знаєш, який у мене батько суворий... Щось не так — одразу ж починається: "Скільки тобі можна казати?..", "Чи є в тебе совість?..", "Забороняю цілий місяць телевізор дивитися й у кіно ходити!.."</w:t>
      </w:r>
    </w:p>
    <w:p>
      <w:r>
        <w:br/>
        <w:t>— Цілісінький місяць?!</w:t>
      </w:r>
    </w:p>
    <w:p>
      <w:r>
        <w:br/>
        <w:t>— Так він каже, але потім, якщо немає двійок і зауважень, дозволяє і кіно, й телевізор...</w:t>
      </w:r>
    </w:p>
    <w:p>
      <w:r>
        <w:br/>
        <w:t>— А мій теж дуже не любить, коли я неслухняний. Тоді нотацій — не переслухаєш.</w:t>
      </w:r>
    </w:p>
    <w:p>
      <w:r>
        <w:br/>
        <w:t>Ми ще трохи посумували через те, що наші батьки дуже суворі, а потім пішли повз голі дерева по шурхоті опалого листя.</w:t>
      </w:r>
    </w:p>
    <w:p>
      <w:r>
        <w:br/>
        <w:t>Назад, як і сюди, брели навмання.</w:t>
      </w:r>
    </w:p>
    <w:p>
      <w:r>
        <w:br/>
        <w:t>Поминули гурт старезних дубів, що дружно вивищувалися над усіма деревами. Листя з них чомусь ще не падало, і вони стояли мов великі запалені осінню багаття. А густі хмари над ними видавалися шапками синього диму, що легко здіймалися з верхівок дубів аж у високе небо.</w:t>
      </w:r>
    </w:p>
    <w:p>
      <w:r>
        <w:br/>
        <w:t>Під самісінькими хмарами повільно пролітали пташині зграї.</w:t>
      </w:r>
    </w:p>
    <w:p>
      <w:r>
        <w:br/>
        <w:t>Птахи про щось перемовлялися між собою. Мабуть, казали, що вже скоро вдарять холоди і тому треба швидше вибиратися в теплі краї.</w:t>
      </w:r>
    </w:p>
    <w:p>
      <w:r>
        <w:br/>
        <w:t>Йшли ми отак і йшли з задертими догори головами, задивлені в небо з пташиними зграями, а тому й не помітили, як вийшли раптом до лісового озера.</w:t>
      </w:r>
    </w:p>
    <w:p>
      <w:r>
        <w:br/>
        <w:t>Воно лежало в улоговині на галяві, обступленій з усіх боків деревами. З трьох берегів озеро поросло густим очеретом, що рівно стояв на воді. А якраз перед нами пологий берег своєю піщаною спиною вповзав у чисте плесо й ніде не стриміла жодна очеретина.</w:t>
      </w:r>
    </w:p>
    <w:p>
      <w:r>
        <w:br/>
        <w:t>На озері зовсім не гуляли хвилі. Воно було тихе, аж сонно.</w:t>
      </w:r>
    </w:p>
    <w:p>
      <w:r>
        <w:br/>
        <w:t>— І чому зараз не літо?! — вигукнув із жалем Олег.— От накупалися б уволю. Я ніколи не купався в лісовому озері...</w:t>
      </w:r>
    </w:p>
    <w:p>
      <w:r>
        <w:br/>
        <w:t>— І я...</w:t>
      </w:r>
    </w:p>
    <w:p>
      <w:r>
        <w:br/>
        <w:t>Ми так зраділи озерові, що навіть і про втому забули.</w:t>
      </w:r>
    </w:p>
    <w:p>
      <w:r>
        <w:br/>
        <w:t>Стрибали на березі й вигукували: "Озеро! Озеро! Озеро!" І те слово було нам найкраще, найприємніше з усіх слів на світі.</w:t>
      </w:r>
    </w:p>
    <w:p>
      <w:r>
        <w:br/>
        <w:t>Геть захекані, попадали на пісок і знесилено віддихувалися.</w:t>
      </w:r>
    </w:p>
    <w:p>
      <w:r>
        <w:br/>
        <w:t>— Слухай, Дан,— сказав Олег.— Треба ж нам назвати озеро — не може воно бути безіменним!</w:t>
      </w:r>
    </w:p>
    <w:p>
      <w:r>
        <w:br/>
        <w:t>— Назвати? А як?..</w:t>
      </w:r>
    </w:p>
    <w:p>
      <w:r>
        <w:br/>
        <w:t>— Давай думатимемо...</w:t>
      </w:r>
    </w:p>
    <w:p>
      <w:r>
        <w:br/>
        <w:t>— Давай.</w:t>
      </w:r>
    </w:p>
    <w:p>
      <w:r>
        <w:br/>
        <w:t>— Треба, щоб у назві говорилося про нашу міцну дружбу.</w:t>
      </w:r>
    </w:p>
    <w:p>
      <w:r>
        <w:br/>
        <w:t>— Тоді хай так і буде: озеро Дружби.</w:t>
      </w:r>
    </w:p>
    <w:p>
      <w:r>
        <w:br/>
        <w:t>— Не годиться... Цим же не сказано, що нашої з тобою дружби.</w:t>
      </w:r>
    </w:p>
    <w:p>
      <w:r>
        <w:br/>
        <w:t>— А як же про це сказати?</w:t>
      </w:r>
    </w:p>
    <w:p>
      <w:r>
        <w:br/>
        <w:t>— Якось можна,— промовив він, і ми знову задумалися.</w:t>
      </w:r>
    </w:p>
    <w:p>
      <w:r>
        <w:br/>
        <w:t>В мене аж голова заболіла від напруження.</w:t>
      </w:r>
    </w:p>
    <w:p>
      <w:r>
        <w:br/>
        <w:t>Ну як його придумати назву, щоб у ній говорилося про нашу з Олегом дружбу? Це набагато важче, ніж найважчу задачу з математики розв'язати.</w:t>
      </w:r>
    </w:p>
    <w:p>
      <w:r>
        <w:br/>
        <w:t>— То що, придумав? — запитав Олег.</w:t>
      </w:r>
    </w:p>
    <w:p>
      <w:r>
        <w:br/>
        <w:t>— А ти? — перепитав я.</w:t>
      </w:r>
    </w:p>
    <w:p>
      <w:r>
        <w:br/>
        <w:t>— Ні.</w:t>
      </w:r>
    </w:p>
    <w:p>
      <w:r>
        <w:br/>
        <w:t>— І я ні.</w:t>
      </w:r>
    </w:p>
    <w:p>
      <w:r>
        <w:br/>
        <w:t>— Бач, які ми з тобою тугодуми,— сказав Олег, і мені аж кривдно стало, бо я ніколи не вважав себе тугодумом.</w:t>
      </w:r>
    </w:p>
    <w:p>
      <w:r>
        <w:br/>
        <w:t>— Давай удома кожен подумає, а завтра виберемо, чия назва краща.</w:t>
      </w:r>
    </w:p>
    <w:p>
      <w:r>
        <w:br/>
        <w:t>— Ні, думаймо зараз. Не підемо звідси, доки не придумаємо.</w:t>
      </w:r>
    </w:p>
    <w:p>
      <w:r>
        <w:br/>
        <w:t>Ми посідали на пісок і понаморщували лоби.</w:t>
      </w:r>
    </w:p>
    <w:p>
      <w:r>
        <w:br/>
        <w:t>Я дивився на Олега, а він на мене.</w:t>
      </w:r>
    </w:p>
    <w:p>
      <w:r>
        <w:br/>
        <w:t>— Ти мені заважаєш,— сказав він.— Дивися на озеро.</w:t>
      </w:r>
    </w:p>
    <w:p>
      <w:r>
        <w:br/>
        <w:t>Тепер ми старанно дивилися на озеро, але час од часу з надією скоса позирали один на одного.</w:t>
      </w:r>
    </w:p>
    <w:p>
      <w:r>
        <w:br/>
        <w:t>— Нічого не виходить,— сказав Олег.— Хоч плач, не виходить.</w:t>
      </w:r>
    </w:p>
    <w:p>
      <w:r>
        <w:br/>
        <w:t>А мені раптом стрельнула думка, що треба просто поєднати наші імена. Скласти їх в одне. От, наприклад, Данол. Скоротити Данило й Олег. Ні, не годиться. Звучить трохи глухо. Тоді — Олдан.</w:t>
      </w:r>
    </w:p>
    <w:p>
      <w:r>
        <w:br/>
        <w:t>— Є! — вигукнув я.— Є, придумав!</w:t>
      </w:r>
    </w:p>
    <w:p>
      <w:r>
        <w:br/>
        <w:t>— Що?</w:t>
      </w:r>
    </w:p>
    <w:p>
      <w:r>
        <w:br/>
        <w:t>— Олдан! Олдан!</w:t>
      </w:r>
    </w:p>
    <w:p>
      <w:r>
        <w:br/>
        <w:t>— Олдан! — повторив за мною Олег.</w:t>
      </w:r>
    </w:p>
    <w:p>
      <w:r>
        <w:br/>
        <w:t>— Зрозумів? — запитав я.</w:t>
      </w:r>
    </w:p>
    <w:p>
      <w:r>
        <w:br/>
        <w:t>— Зрозумів.</w:t>
      </w:r>
    </w:p>
    <w:p>
      <w:r>
        <w:br/>
        <w:t>— То як?</w:t>
      </w:r>
    </w:p>
    <w:p>
      <w:r>
        <w:br/>
        <w:t>— Годиться.</w:t>
      </w:r>
    </w:p>
    <w:p>
      <w:r>
        <w:br/>
        <w:t>— Можемо йти додому,— сказав я з полегшенням, і раптом мені стало чомусь жаль, що назву вже придумано й ми зараз підемо від озера й з лісу.</w:t>
      </w:r>
    </w:p>
    <w:p>
      <w:r>
        <w:br/>
        <w:t>— Так не хочеться,— зітхнувши, мовив Олег, бо, мабуть, відчув те ж саме.</w:t>
      </w:r>
    </w:p>
    <w:p>
      <w:r>
        <w:br/>
        <w:t>Але ми обидва уявили собі суворі погляди батьків і швиденько потупали від озера.</w:t>
      </w:r>
    </w:p>
    <w:p>
      <w:r>
        <w:br/>
        <w:t>Дорога назад видалася довшою, ніж сюди.</w:t>
      </w:r>
    </w:p>
    <w:p>
      <w:r>
        <w:br/>
        <w:t>Ми вийшли в поле й оглянулися на ліс.</w:t>
      </w:r>
    </w:p>
    <w:p>
      <w:r>
        <w:br/>
        <w:t>Із лісу нас наздоганяв вечір. Ми чимдуж поспішили через поле.</w:t>
      </w:r>
    </w:p>
    <w:p>
      <w:r>
        <w:br/>
        <w:t>Знизу від стерні піднімався й дихав в обличчя холод.</w:t>
      </w:r>
    </w:p>
    <w:p>
      <w:r>
        <w:br/>
        <w:t>А вечір таки наздогнав нас на околиці, що засвітилася вогнями ліхтарів, загула машинами й автобусами.</w:t>
      </w:r>
    </w:p>
    <w:p>
      <w:r>
        <w:br/>
        <w:t>Ми разом подумали про те, що чекає нас удома, попрощалися й похнюплено розійшлися.</w:t>
      </w:r>
    </w:p>
    <w:p>
      <w:r>
        <w:br/>
        <w:t>...Батько мій був зовсім блідий, але говорив чомусь дуже спокійно. І суворо.</w:t>
      </w:r>
    </w:p>
    <w:p>
      <w:r>
        <w:br/>
        <w:t>— Де це ти до цеї пори був?</w:t>
      </w:r>
    </w:p>
    <w:p>
      <w:r>
        <w:br/>
        <w:t>— Та я...</w:t>
      </w:r>
    </w:p>
    <w:p>
      <w:r>
        <w:br/>
        <w:t>— Що — "та я"?</w:t>
      </w:r>
    </w:p>
    <w:p>
      <w:r>
        <w:br/>
        <w:t>— Тату, не сердься...</w:t>
      </w:r>
    </w:p>
    <w:p>
      <w:r>
        <w:br/>
        <w:t>— Як же на тебе не сердитися?</w:t>
      </w:r>
    </w:p>
    <w:p>
      <w:r>
        <w:br/>
        <w:t>— Я тобі все зараз розкажу...</w:t>
      </w:r>
    </w:p>
    <w:p>
      <w:r>
        <w:br/>
        <w:t>— Іди спершу повечеряй,— вже не так суворо сказав він.</w:t>
      </w:r>
    </w:p>
    <w:p>
      <w:r>
        <w:br/>
        <w:t>А після вечері я все докладно йому розповів.</w:t>
      </w:r>
    </w:p>
    <w:p>
      <w:r>
        <w:br/>
        <w:t>— А що ти зробив неправильно? — запитав батько.</w:t>
      </w:r>
    </w:p>
    <w:p>
      <w:r>
        <w:br/>
        <w:t>— Що вас не попередив.</w:t>
      </w:r>
    </w:p>
    <w:p>
      <w:r>
        <w:br/>
        <w:t>— От бачиш — сам розумієш.</w:t>
      </w:r>
    </w:p>
    <w:p>
      <w:r>
        <w:br/>
        <w:t>— Я тоді не встиг про це подумати.</w:t>
      </w:r>
    </w:p>
    <w:p>
      <w:r>
        <w:br/>
        <w:t>— Неодмінно думай наступного разу. Добре?</w:t>
      </w:r>
    </w:p>
    <w:p>
      <w:r>
        <w:br/>
        <w:t>— Добре,— з полегшенням відповів я і вирішив учитися це робити. Наступного дня в класі я відразу ж кинувся до Олега:</w:t>
      </w:r>
    </w:p>
    <w:p>
      <w:r>
        <w:br/>
        <w:t>— Ну що?</w:t>
      </w:r>
    </w:p>
    <w:p>
      <w:r>
        <w:br/>
        <w:t>— Та нічого... Висварив трохи батько і все... Я думав — гірше буде. А в тебе? Нотації читав?</w:t>
      </w:r>
    </w:p>
    <w:p>
      <w:r>
        <w:br/>
        <w:t>— Ні, тільки попрохав попереджати.</w:t>
      </w:r>
    </w:p>
    <w:p>
      <w:r>
        <w:br/>
        <w:t>— Воно й правильно, звичайно,— погодився Олег.— Вони ж хвилюються...</w:t>
      </w:r>
    </w:p>
    <w:p>
      <w:r>
        <w:br/>
        <w:t>І мені стало приємно, що він думає так, як і я. Недарма ми — друзі.</w:t>
      </w:r>
    </w:p>
    <w:p>
      <w:r>
        <w:br/>
        <w:t>Відтоді Олдан — наша таємниця.</w:t>
      </w:r>
    </w:p>
    <w:p>
      <w:r>
        <w:br/>
        <w:t>Вранці ми зустрічаємося і вітаємось цим словом — "Олдан". Ним же й прощаємося.</w:t>
      </w:r>
    </w:p>
    <w:p>
      <w:r>
        <w:br/>
        <w:t>Вже настала зима. Поле за школою геть занесло снігами.</w:t>
      </w:r>
    </w:p>
    <w:p>
      <w:r>
        <w:br/>
        <w:t>Ми, звичайно, не ходимо в ліс. Чекаємо весни. Уявляємо, як спить наше озеро посеред лісу, вкрите льодом, припорошене снігом.</w:t>
      </w:r>
    </w:p>
    <w:p>
      <w:r>
        <w:br/>
        <w:t>Раніше ми не помічали, що зима тягнеться так довго.</w:t>
      </w:r>
    </w:p>
    <w:p>
      <w:r>
        <w:br/>
        <w:t>Навесні підемо до нашого озера й дамо на його березі урочисту клятву, що завжди — і коли навіть станемо дорослими — приходитимемо до нього. А якщо хтось із нас житиме в іншому місті, то все одно приїздитиме сюди, на берег Олдану.</w:t>
      </w:r>
    </w:p>
    <w:p>
      <w:r>
        <w:br/>
        <w:t>Я вирішив вивчитися на художника і намалювати наше озеро на двох картинах.</w:t>
      </w:r>
    </w:p>
    <w:p>
      <w:r>
        <w:br/>
        <w:t>Одну для себе, другу для Олега...</w:t>
      </w:r>
    </w:p>
    <w:p>
      <w:r>
        <w:br/>
        <w:t>Щоб перед нашими очима завжди і скрізь був Олдан.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Озеро Олдан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