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Овеча криниця ("Фуенте Овехуна")</w:t>
      </w:r>
    </w:p>
    <w:p>
      <w:r>
        <w:br/>
        <w:t xml:space="preserve"> ДІЙОВІ ОСОБИ:&lt;br /&gt;</w:t>
        <w:br/>
        <w:t>Король дон Фернандо.&lt;br /&gt;</w:t>
        <w:br/>
        <w:t>Королева донья Ісабела.&lt;br /&gt;</w:t>
        <w:br/>
        <w:t>Дон Родріго Тельєс Хірон — магістр ордену&lt;br /&gt;</w:t>
        <w:br/>
        <w:t>Калатрави К&lt;br /&gt;</w:t>
        <w:br/>
        <w:t>Дон Манріке — магістр ордену Сант-Яго.&lt;br /&gt;</w:t>
        <w:br/>
        <w:t>Фернан Гомес де Гусман — командор ордену Калатрави.&lt;br /&gt;</w:t>
        <w:br/>
        <w:t>Лавренсія — дочка Естевана, наречена Фрондосо.&lt;br /&gt;</w:t>
        <w:br/>
        <w:t>Фрондосо.&lt;br /&gt;</w:t>
        <w:br/>
        <w:t>Пасквал, Хасінта— селянки.</w:t>
      </w:r>
    </w:p>
    <w:p>
      <w:r>
        <w:br/>
        <w:t>Флоре с , О р т у н й о командорові слуги.&lt;br /&gt;</w:t>
        <w:br/>
        <w:t>Е с т е в а н , А л о н с о — алькальди Овечої Криниці.&lt;br /&gt;</w:t>
        <w:br/>
        <w:t>ХуанРудий, Менго, Баррільдо — селяни</w:t>
      </w:r>
    </w:p>
    <w:p>
      <w:r>
        <w:br/>
        <w:t>Леонело — студент.&lt;br /&gt;</w:t>
        <w:br/>
        <w:t>Сімбранос — солдат.&lt;br /&gt;</w:t>
        <w:br/>
        <w:t>Суддя.&lt;br /&gt;</w:t>
        <w:br/>
        <w:t>Хлопчик.&lt;br /&gt;</w:t>
        <w:br/>
        <w:t>Рехідори (члени громадської ради) Сьюдад-Реаля та Овечої&lt;br /&gt;</w:t>
        <w:br/>
        <w:t>Криниці.&lt;br /&gt;</w:t>
        <w:br/>
        <w:t>Вояки, прибічники, музики, селяни та селянки.&lt;br /&gt;</w:t>
        <w:br/>
        <w:t>Діється в Овечій Криниці та в інших місцях.&lt;br /&gt;</w:t>
        <w:br/>
        <w:t>ДІЯ ПЕРША&lt;br /&gt;</w:t>
        <w:br/>
        <w:t>ЯВА ПЕРШІ&lt;br /&gt;</w:t>
        <w:br/>
        <w:t>Мешкання магістра Калатрави в Альмагро 1.&lt;br /&gt;</w:t>
        <w:br/>
        <w:t>Увіходять командор, Флорес і Ортуньй&lt;br /&gt;</w:t>
        <w:br/>
        <w:t>Командор&lt;br /&gt;</w:t>
        <w:br/>
        <w:t>Чи магістру вже відомо,&lt;br /&gt;</w:t>
        <w:br/>
        <w:t>що я тут?&lt;br /&gt;</w:t>
        <w:br/>
        <w:t>Флорес&lt;br /&gt;</w:t>
        <w:br/>
        <w:t>Авжеж, що так.&lt;br /&gt;</w:t>
        <w:br/>
        <w:t>Ортуньйо&lt;br /&gt;</w:t>
        <w:br/>
        <w:t>Дуже гордий цей юнак.&lt;br /&gt;</w:t>
        <w:br/>
        <w:t>Командор&lt;br /&gt;</w:t>
        <w:br/>
        <w:t>А ім'я йому знайоме —&lt;br /&gt;</w:t>
        <w:br/>
        <w:t>Фернан Гомес де Гусман?&lt;br /&gt;</w:t>
        <w:br/>
        <w:t>Флорес&lt;br /&gt;</w:t>
        <w:br/>
        <w:t>Що ти хочеш од хлоп'яти?&lt;br /&gt;</w:t>
        <w:br/>
        <w:t>Командор&lt;br /&gt;</w:t>
        <w:br/>
        <w:t>Може ймення він не знати,&lt;br /&gt;</w:t>
        <w:br/>
        <w:t>то зважав би хоч на сан&lt;br /&gt;</w:t>
        <w:br/>
        <w:t>головного командора.&lt;br /&gt;</w:t>
        <w:br/>
        <w:t>Ортупьйо&lt;br /&gt;</w:t>
        <w:br/>
        <w:t>Вірить він словам лестивим,&lt;br /&gt;</w:t>
        <w:br/>
        <w:t>що не варто буть поштивим.&lt;br /&gt;</w:t>
        <w:br/>
        <w:t>Командор&lt;br /&gt;</w:t>
        <w:br/>
        <w:t>Ненадійна то опора...&lt;br /&gt;</w:t>
        <w:br/>
        <w:t>Ввічливість і доброта —1&lt;br /&gt;</w:t>
        <w:br/>
        <w:t>ключ до приязні людської,&lt;br /&gt;</w:t>
        <w:br/>
        <w:t>а з пихатості дурної&lt;br /&gt;</w:t>
        <w:br/>
        <w:t>.ворожнеча вироста.&lt;br /&gt;</w:t>
        <w:br/>
        <w:t>Ортуньйо&lt;br /&gt;</w:t>
        <w:br/>
        <w:t>0, якби ж то знав пихатий,&lt;br /&gt;</w:t>
        <w:br/>
        <w:t>що усі його клянуть,&lt;br /&gt;</w:t>
        <w:br/>
        <w:t>що до нього тільки лють&lt;br /&gt;</w:t>
        <w:br/>
        <w:t>можуть люди відчувати,—&lt;br /&gt;</w:t>
        <w:br/>
        <w:t>він волів би краще вмерти,&lt;br /&gt;</w:t>
        <w:br/>
        <w:t>ніж образити когось.&lt;br /&gt;</w:t>
        <w:br/>
        <w:t>Ф л о р е с&lt;br /&gt;</w:t>
        <w:br/>
        <w:t>І усе те перенось,&lt;br /&gt;</w:t>
        <w:br/>
        <w:t>що вчиня нечема впертий!&lt;br /&gt;</w:t>
        <w:br/>
        <w:t>Як між рівних грубіянство&lt;br /&gt;</w:t>
        <w:br/>
        <w:t>нерозумна дуже річ,&lt;br /&gt;</w:t>
        <w:br/>
        <w:t>то з нерівними — це бич,&lt;br /&gt;</w:t>
        <w:br/>
        <w:t>це насильство і тиранство.&lt;br /&gt;</w:t>
        <w:br/>
        <w:t>Тільки тут, як я гадаю,&lt;br /&gt;</w:t>
        <w:br/>
        <w:t>ще не знає хлопчик цей,&lt;br /&gt;</w:t>
        <w:br/>
        <w:t>чим скорять серця людей.&lt;br /&gt;</w:t>
        <w:br/>
        <w:t>Командор&lt;br /&gt;</w:t>
        <w:br/>
        <w:t>Я ж інакшу думку маю:&lt;br /&gt;</w:t>
        <w:br/>
        <w:t>причепив до боку шпагу&lt;br /&gt;</w:t>
        <w:br/>
        <w:t>і нашив хреста на груди,—&lt;br /&gt;</w:t>
        <w:br/>
        <w:t>то поєднуй же усюди&lt;br /&gt;</w:t>
        <w:br/>
        <w:t>із одвагою повагу.&lt;br /&gt;</w:t>
        <w:br/>
        <w:t>Ф л о р е с&lt;br /&gt;</w:t>
        <w:br/>
        <w:t>Може, хтось тут інтригує,&lt;br /&gt;</w:t>
        <w:br/>
        <w:t>посварити хоче вас?&lt;br /&gt;</w:t>
        <w:br/>
        <w:t>Ортуньйо&lt;br /&gt;</w:t>
        <w:br/>
        <w:t>То вертайся, маєш час.&lt;br /&gt;</w:t>
        <w:br/>
        <w:t>Командор&lt;br /&gt;</w:t>
        <w:br/>
        <w:t>Зараз я усе з'ясую.&lt;br /&gt;</w:t>
        <w:br/>
        <w:t>ЯВА ДРУГА&lt;br /&gt;</w:t>
        <w:br/>
        <w:t>Входить магістр Калатрави з прибічниками.&lt;br /&gt;</w:t>
        <w:br/>
        <w:t>Магістр&lt;br /&gt;</w:t>
        <w:br/>
        <w:t>Дон Фернандо, вибачайте,&lt;br /&gt;</w:t>
        <w:br/>
        <w:t>що я вас не стрів раніш;&lt;br /&gt;</w:t>
        <w:br/>
        <w:t>я тепер дізнався лиш,&lt;br /&gt;</w:t>
        <w:br/>
        <w:t>що ви в місті.&lt;br /&gt;</w:t>
        <w:br/>
        <w:t>Командор&lt;br /&gt;</w:t>
        <w:br/>
        <w:t>Уважайте,&lt;br /&gt;</w:t>
        <w:br/>
        <w:t>що я маю всі підстави&lt;br /&gt;</w:t>
        <w:br/>
        <w:t>нарікати на прийом;&lt;br /&gt;</w:t>
        <w:br/>
        <w:t>адже ясно нам обом —&lt;br /&gt;</w:t>
        <w:br/>
        <w:t>від магістра Калатрави&lt;br /&gt;</w:t>
        <w:br/>
        <w:t>більшої до себе шани&lt;br /&gt;</w:t>
        <w:br/>
        <w:t>міг би ждати командор,&lt;br /&gt;</w:t>
        <w:br/>
        <w:t>як одна з його підпор.&lt;br /&gt;</w:t>
        <w:br/>
        <w:t>Магістр&lt;br /&gt;</w:t>
        <w:br/>
        <w:t>Правда ваша, любий папе...&lt;br /&gt;</w:t>
        <w:br/>
        <w:t>Я сердечно радий вам&lt;br /&gt;</w:t>
        <w:br/>
        <w:t>і як друга обіймаю.&lt;br /&gt;</w:t>
        <w:br/>
        <w:t>Командор&lt;br /&gt;</w:t>
        <w:br/>
        <w:t>І на це я право маю:&lt;br /&gt;</w:t>
        <w:br/>
        <w:t>важив я для вас життям&lt;br /&gt;</w:t>
        <w:br/>
        <w:t>серед чварів і незгодин,&lt;br /&gt;</w:t>
        <w:br/>
        <w:t>як святий отець нарік,&lt;br /&gt;</w:t>
        <w:br/>
        <w:t>незважаючи на вік,&lt;br /&gt;</w:t>
        <w:br/>
        <w:t>вас магістром.&lt;br /&gt;</w:t>
        <w:br/>
        <w:t>Магістр&lt;br /&gt;</w:t>
        <w:br/>
        <w:t>* Згоден, згоден,&lt;br /&gt;</w:t>
        <w:br/>
        <w:t>і клянуся цим хрестом —&lt;br /&gt;</w:t>
        <w:br/>
        <w:t>вашу вірність я ціную&lt;br /&gt;</w:t>
        <w:br/>
        <w:t>і. як батька вас шаную.&lt;br /&gt;</w:t>
        <w:br/>
        <w:t>Командор&lt;br /&gt;</w:t>
        <w:br/>
        <w:t>Я вдоволений цілком.&lt;br /&gt;</w:t>
        <w:br/>
        <w:t>Магістр&lt;br /&gt;</w:t>
        <w:br/>
        <w:t>Що там чути про війну? 2&lt;br /&gt;</w:t>
        <w:br/>
        <w:t>Командор&lt;br /&gt;</w:t>
        <w:br/>
        <w:t>Пильно слухать ви повинні —&lt;br /&gt;</w:t>
        <w:br/>
        <w:t>многоважні е новини.&lt;br /&gt;</w:t>
        <w:br/>
        <w:t>Магістр&lt;br /&gt;</w:t>
        <w:br/>
        <w:t>Я вас слухаю. Ну, ну!&lt;br /&gt;</w:t>
        <w:br/>
        <w:t>Командор&lt;br /&gt;</w:t>
        <w:br/>
        <w:t>Дон Родріго, не забудьте,&lt;br /&gt;</w:t>
        <w:br/>
        <w:t>що магістром Калатрави&lt;br /&gt;</w:t>
        <w:br/>
        <w:t>вас зробив великий воїн,&lt;br /&gt;</w:t>
        <w:br/>
        <w:t>знаний всім отець ваш славний 3:&lt;br /&gt;</w:t>
        <w:br/>
        <w:t>він ще вісім років тому&lt;br /&gt;</w:t>
        <w:br/>
        <w:t>замість себе вас поставив;&lt;br /&gt;</w:t>
        <w:br/>
        <w:t>королі і командори&lt;br /&gt;</w:t>
        <w:br/>
        <w:t>всі на вибір цей пристали;&lt;br /&gt;</w:t>
        <w:br/>
        <w:t>на посаді цій високій&lt;br /&gt;</w:t>
        <w:br/>
        <w:t>вас затвердили і папи:&lt;br /&gt;</w:t>
        <w:br/>
        <w:t>булли видали посвятні,—&lt;br /&gt;</w:t>
        <w:br/>
        <w:t>спершу Пій, а потім Павел,—&lt;br /&gt;</w:t>
        <w:br/>
        <w:t>3 тим, щоб дон Хуан Пачеко 4,&lt;br /&gt;</w:t>
        <w:br/>
        <w:t>старший в ордені Сант-Яго,&lt;br /&gt;</w:t>
        <w:br/>
        <w:t>разом з вами врядував;&lt;br /&gt;</w:t>
        <w:br/>
        <w:t>а як він помер, вся влада&lt;br /&gt;</w:t>
        <w:br/>
        <w:t>перейшла до ваших рук,&lt;br /&gt;</w:t>
        <w:br/>
        <w:t>хоч і юні ви літами;&lt;br /&gt;</w:t>
        <w:br/>
        <w:t>тож тепер велить вам честь&lt;br /&gt;</w:t>
        <w:br/>
        <w:t>виступати одностайно&lt;br /&gt;</w:t>
        <w:br/>
        <w:t>із преславним вашим родом.&lt;br /&gt;</w:t>
        <w:br/>
        <w:t>Ваші кревні всі вважають,&lt;br /&gt;</w:t>
        <w:br/>
        <w:t>що по смерті дон Енріке&lt;br /&gt;</w:t>
        <w:br/>
        <w:t>на Кастілью має право&lt;br /&gt;</w:t>
        <w:br/>
        <w:t>дон Альфонсо Португальський,&lt;br /&gt;</w:t>
        <w:br/>
        <w:t>що принцесу взяв Хуану;&lt;br /&gt;</w:t>
        <w:br/>
        <w:t>є ще й інший претендент —&lt;br /&gt;</w:t>
        <w:br/>
        <w:t>Ісабелин муж, Фернандо,&lt;br /&gt;</w:t>
        <w:br/>
        <w:t>королевич Арагонський,&lt;br /&gt;</w:t>
        <w:br/>
        <w:t>та його права на спадок&lt;br /&gt;</w:t>
        <w:br/>
        <w:t>більш сумнівні; весь ваш рід&lt;br /&gt;</w:t>
        <w:br/>
        <w:t>за Хуану виступає,&lt;br /&gt;</w:t>
        <w:br/>
        <w:t>що її ваш брат 5 у перших&lt;br /&gt;</w:t>
        <w:br/>
        <w:t>взяв під свій надійний захист.&lt;br /&gt;</w:t>
        <w:br/>
        <w:t>У такий непевний час&lt;br /&gt;</w:t>
        <w:br/>
        <w:t>я, магістре, вам пораджу&lt;br /&gt;</w:t>
        <w:br/>
        <w:t>наших лицарів зібрати&lt;br /&gt;</w:t>
        <w:br/>
        <w:t>в місті орденськім Альмагро&lt;br /&gt;</w:t>
        <w:br/>
        <w:t>й захопить Сьюдад-Реаль,&lt;br /&gt;</w:t>
        <w:br/>
        <w:t>що лежить якраз на грані&lt;br /&gt;</w:t>
        <w:br/>
        <w:t>Андалузії й Кастільї.&lt;br /&gt;</w:t>
        <w:br/>
        <w:t>Війська треба небагато,&lt;br /&gt;</w:t>
        <w:br/>
        <w:t>щоб це місто взяти боєм,&lt;br /&gt;</w:t>
        <w:br/>
        <w:t>бо його охороняють&lt;br /&gt;</w:t>
        <w:br/>
        <w:t>наголо одні міщани&lt;br /&gt;</w:t>
        <w:br/>
        <w:t>та ще декілька ідальго,&lt;br /&gt;</w:t>
        <w:br/>
        <w:t>що стоять за Ісабелу&lt;br /&gt;</w:t>
        <w:br/>
        <w:t>й королем зовуть Фернандо.&lt;br /&gt;</w:t>
        <w:br/>
        <w:t>Добре буде, дон Родріго,&lt;br /&gt;</w:t>
        <w:br/>
        <w:t>тим усім нагнати жаху,&lt;br /&gt;</w:t>
        <w:br/>
        <w:t>хто говорить, що цей хрест&lt;br /&gt;</w:t>
        <w:br/>
        <w:t>затяжкий на ваше рам'я.&lt;br /&gt;</w:t>
        <w:br/>
        <w:t>Гляньте: графи Уруенья 6,&lt;br /&gt;</w:t>
        <w:br/>
        <w:t>войовиті предки ваші,&lt;br /&gt;</w:t>
        <w:br/>
        <w:t>вам показують з могили&lt;br /&gt;</w:t>
        <w:br/>
        <w:t>у боях здобуті лаври,&lt;br /&gt;</w:t>
        <w:br/>
        <w:t>ще й маркізи де Вільєна 7,&lt;br /&gt;</w:t>
        <w:br/>
        <w:t>й інші воїни одважні,—&lt;br /&gt;</w:t>
        <w:br/>
        <w:t>ледве здужає підняти&lt;br /&gt;</w:t>
        <w:br/>
        <w:t>їх усіх на крилах Слава.&lt;br /&gt;</w:t>
        <w:br/>
        <w:t>То здійміть же білий меч,&lt;br /&gt;</w:t>
        <w:br/>
        <w:t>хай в бою червоним стане,&lt;br /&gt;</w:t>
        <w:br/>
        <w:t>як і орденський ваш хрест!&lt;br /&gt;</w:t>
        <w:br/>
        <w:t>Як я можу називати&lt;br /&gt;</w:t>
        <w:br/>
        <w:t>вас магістром Калатрави,&lt;br /&gt;</w:t>
        <w:br/>
        <w:t>поки меч ваш володарний&lt;br /&gt;</w:t>
        <w:br/>
        <w:t>буде білим, не багряним?&lt;br /&gt;</w:t>
        <w:br/>
        <w:t>Хай шарлатом висяває&lt;br /&gt;</w:t>
        <w:br/>
        <w:t>хрест на грудях, меч при боці,&lt;br /&gt;</w:t>
        <w:br/>
        <w:t>ви ж, Хіроне, мужем станьте&lt;br /&gt;</w:t>
        <w:br/>
        <w:t>і преславний храм безсмертя&lt;br /&gt;</w:t>
        <w:br/>
        <w:t>ваших предків увінчайте!&lt;br /&gt;</w:t>
        <w:br/>
        <w:t>Магістр&lt;br /&gt;</w:t>
        <w:br/>
        <w:t>Командоре, будьте певні,&lt;br /&gt;</w:t>
        <w:br/>
        <w:t>що в усобній цій війні&lt;br /&gt;</w:t>
        <w:br/>
        <w:t>я на тій же стороні,&lt;br /&gt;</w:t>
        <w:br/>
        <w:t>що й мої шляхетні кревні.&lt;br /&gt;</w:t>
        <w:br/>
        <w:t>Якщо нам потрібно взяти&lt;br /&gt;</w:t>
        <w:br/>
        <w:t>у бою Сьюдад-Реаль,—&lt;br /&gt;</w:t>
        <w:br/>
        <w:t>стане блискавкою сталь&lt;br /&gt;</w:t>
        <w:br/>
        <w:t>у руці моїй завзятій.&lt;br /&gt;</w:t>
        <w:br/>
        <w:t>І свої, й чужі тепер&lt;br /&gt;</w:t>
        <w:br/>
        <w:t>будуть знати, будуть бачить,&lt;br /&gt;</w:t>
        <w:br/>
        <w:t>що не згас мій пал юначий,&lt;br /&gt;</w:t>
        <w:br/>
        <w:t>відколи мій дядько вмер.&lt;br /&gt;</w:t>
        <w:br/>
        <w:t>З піхов вийму я меча —&lt;br /&gt;</w:t>
        <w:br/>
        <w:t>зчервоніє він од крові,&lt;br /&gt;</w:t>
        <w:br/>
        <w:t>як і хрест наш пурпуровий,—&lt;br /&gt;</w:t>
        <w:br/>
        <w:t>хай усяк це поміча!&lt;br /&gt;</w:t>
        <w:br/>
        <w:t>Ну, а де ж тепера ви?&lt;br /&gt;</w:t>
        <w:br/>
        <w:t>Є у вас якісь солдати?&lt;br /&gt;</w:t>
        <w:br/>
        <w:t>Командор&lt;br /&gt;</w:t>
        <w:br/>
        <w:t>їх у мене небагато,&lt;br /&gt;</w:t>
        <w:br/>
        <w:t>та хоробрі, як леви,—&lt;br /&gt;</w:t>
        <w:br/>
        <w:t>З ними можна світ добуть!&lt;br /&gt;</w:t>
        <w:br/>
        <w:t>А в Овечій тій Криниці&lt;br /&gt;</w:t>
        <w:br/>
        <w:t>люди смирні, мов ягниці,&lt;br /&gt;</w:t>
        <w:br/>
        <w:t>Землю орють, скот пасуть,&lt;br /&gt;</w:t>
        <w:br/>
        <w:t>всі не зучені до зброї.&lt;br /&gt;</w:t>
        <w:br/>
        <w:t>Магістр&lt;br /&gt;</w:t>
        <w:br/>
        <w:t>Ви в Криниці живете?&lt;br /&gt;</w:t>
        <w:br/>
        <w:t>Командор&lt;br /&gt;</w:t>
        <w:br/>
        <w:t>Вибрав я містечко те,&lt;br /&gt;</w:t>
        <w:br/>
        <w:t>щоб пожити в супокої...&lt;br /&gt;</w:t>
        <w:br/>
        <w:t>Ну, та— вам пора давно&lt;br /&gt;</w:t>
        <w:br/>
        <w:t>ознаймить васалів збори.&lt;br /&gt;</w:t>
        <w:br/>
        <w:t>Магістр&lt;br /&gt;</w:t>
        <w:br/>
        <w:t>Ще сьогодні, командоре,&lt;br /&gt;</w:t>
        <w:br/>
        <w:t>я ступлю у стремено.&lt;br /&gt;</w:t>
        <w:br/>
        <w:t>(Виходять).&lt;br /&gt;</w:t>
        <w:br/>
        <w:t>ЯВА ТРЕТЯ&lt;br /&gt;</w:t>
        <w:br/>
        <w:t>Майдан в Овечій Криниці.&lt;br /&gt;</w:t>
        <w:br/>
        <w:t>Входять Пасквала й Лаврепсія.&lt;br /&gt;</w:t>
        <w:br/>
        <w:t>Лавренсія&lt;br /&gt;</w:t>
        <w:br/>
        <w:t>Не вертався б він довіку!&lt;br /&gt;</w:t>
        <w:br/>
        <w:t>Пасквала&lt;br /&gt;</w:t>
        <w:br/>
        <w:t>Це такі твої думки?&lt;br /&gt;</w:t>
        <w:br/>
        <w:t>Я ж гадала, навпаки,—&lt;br /&gt;</w:t>
        <w:br/>
        <w:t>ти в журбу впадеш велику.&lt;br /&gt;</w:t>
        <w:br/>
        <w:t>Лавренсія&lt;br /&gt;</w:t>
        <w:br/>
        <w:t>Щоб запавсь його і слід&lt;br /&gt;</w:t>
        <w:br/>
        <w:t>до Овечої Криниці!&lt;br /&gt;</w:t>
        <w:br/>
        <w:t>Пас квала&lt;br /&gt;</w:t>
        <w:br/>
        <w:t>Ет, були вже гордівниці,—&lt;br /&gt;</w:t>
        <w:br/>
        <w:t>спершу серце наче лід:&lt;br /&gt;</w:t>
        <w:br/>
        <w:t>він, мовляв, мені не люб,—&lt;br /&gt;</w:t>
        <w:br/>
        <w:t>а тоді з кохання плаче.&lt;br /&gt;</w:t>
        <w:br/>
        <w:t>Лавренсія&lt;br /&gt;</w:t>
        <w:br/>
        <w:t>Ні, у мене — інша вдача,&lt;br /&gt;</w:t>
        <w:br/>
        <w:t>непохилиста, як дуб.&lt;br /&gt;</w:t>
        <w:br/>
        <w:t>Пасквала&lt;br /&gt;</w:t>
        <w:br/>
        <w:t>Ой Лавренсіє, дивись,&lt;br /&gt;</w:t>
        <w:br/>
        <w:t>пить води не^ зарікайся!&lt;br /&gt;</w:t>
        <w:br/>
        <w:t>Лавренсія&lt;br /&gt;</w:t>
        <w:br/>
        <w:t>Ні, ніхто не сподівайся,&lt;br /&gt;</w:t>
        <w:br/>
        <w:t>щоб спіткнулась я колись!&lt;br /&gt;</w:t>
        <w:br/>
        <w:t>Як же вірить командору,&lt;br /&gt;</w:t>
        <w:br/>
        <w:t>як любить його мені?&lt;br /&gt;</w:t>
        <w:br/>
        <w:t>Він мене посвата?&lt;br /&gt;</w:t>
        <w:br/>
        <w:t>Пасквала&lt;br /&gt;</w:t>
        <w:br/>
        <w:t>Ні.&lt;br /&gt;</w:t>
        <w:br/>
        <w:t>Лавренсія&lt;br /&gt;</w:t>
        <w:br/>
        <w:t>А неслави й поговору&lt;br /&gt;</w:t>
        <w:br/>
        <w:t>про сеньйора-стрибунця&lt;br /&gt;</w:t>
        <w:br/>
        <w:t>скільки ходить по містечку!&lt;br /&gt;</w:t>
        <w:br/>
        <w:t>Не одну дурну овечку&lt;br /&gt;</w:t>
        <w:br/>
        <w:t>він зоставив без вінця.&lt;br /&gt;</w:t>
        <w:br/>
        <w:t>Пасквала&lt;br /&gt;</w:t>
        <w:br/>
        <w:t>Та балакаєш ти гарно...&lt;br /&gt;</w:t>
        <w:br/>
        <w:t>Лавренсія&lt;br /&gt;</w:t>
        <w:br/>
        <w:t>Ти ж, Пасквало, знаєш, мабуть,—&lt;br /&gt;</w:t>
        <w:br/>
        <w:t>він мене вже з місяць вабить,&lt;br /&gt;</w:t>
        <w:br/>
        <w:t>все даремно, все намарно.&lt;br /&gt;</w:t>
        <w:br/>
        <w:t>Розкажу тобі все чисто:&lt;br /&gt;</w:t>
        <w:br/>
        <w:t>Флорес, той поганий звідник,&lt;br /&gt;</w:t>
        <w:br/>
        <w:t>і Ортуньйо, той негідник,&lt;br /&gt;</w:t>
        <w:br/>
        <w:t>вже приносили намисто,&lt;br /&gt;</w:t>
        <w:br/>
        <w:t>і сережки, й шнуровиці,&lt;br /&gt;</w:t>
        <w:br/>
        <w:t>все до пана підмовляли,&lt;br /&gt;</w:t>
        <w:br/>
        <w:t>і влещали, і лякали;&lt;br /&gt;</w:t>
        <w:br/>
        <w:t>тільки то мені дурниці,&lt;br /&gt;</w:t>
        <w:br/>
        <w:t>не зведуть мене з ума.&lt;br /&gt;</w:t>
        <w:br/>
        <w:t>Пасквала&lt;br /&gt;</w:t>
        <w:br/>
        <w:t>Де була у вас розмова?&lt;br /&gt;</w:t>
        <w:br/>
        <w:t>Лавренсія&lt;br /&gt;</w:t>
        <w:br/>
        <w:t>Там, на річці, край діброви,&lt;br /&gt;</w:t>
        <w:br/>
        <w:t>З тиждень тому.&lt;br /&gt;</w:t>
        <w:br/>
        <w:t>Пасквала&lt;br /&gt;</w:t>
        <w:br/>
        <w:t>Ой дарма...&lt;br /&gt;</w:t>
        <w:br/>
        <w:t>Все ж тебе він обморочить.&lt;br /&gt;</w:t>
        <w:br/>
        <w:t>Лавренсія&lt;br /&gt;</w:t>
        <w:br/>
        <w:t>Він? Мене?&lt;br /&gt;</w:t>
        <w:br/>
        <w:t>Пасквала&lt;br /&gt;</w:t>
        <w:br/>
        <w:t>Та вже ж не їх.&lt;br /&gt;</w:t>
        <w:br/>
        <w:t>Лавренсія&lt;br /&gt;</w:t>
        <w:br/>
        <w:t>Ді, на цей твердий горіх&lt;br /&gt;</w:t>
        <w:br/>
        <w:t>він даремно зуби точить.&lt;br /&gt;</w:t>
        <w:br/>
        <w:t>Я, Пасквало, не така;&lt;br /&gt;</w:t>
        <w:br/>
        <w:t>більш люблю що божий ранок&lt;br /&gt;</w:t>
        <w:br/>
        <w:t>сала спряжить на сніданок&lt;br /&gt;</w:t>
        <w:br/>
        <w:t>та спекти медівника,&lt;br /&gt;</w:t>
        <w:br/>
        <w:t>щоб справдешній смак почуть,&lt;br /&gt;</w:t>
        <w:br/>
        <w:t>та кухлятко варенухи,&lt;br /&gt;</w:t>
        <w:br/>
        <w:t>як то кажуть, для отухи,&lt;br /&gt;</w:t>
        <w:br/>
        <w:t>потай матері хильнуть;&lt;br /&gt;</w:t>
        <w:br/>
        <w:t>більш люблю обіднім часом&lt;br /&gt;</w:t>
        <w:br/>
        <w:t>наслухати, як шипить,&lt;br /&gt;</w:t>
        <w:br/>
        <w:t>і клекоче, і кипить&lt;br /&gt;</w:t>
        <w:br/>
        <w:t>у горшку капуста з м'ясом,&lt;br /&gt;</w:t>
        <w:br/>
        <w:t>чи, набігавшись доволі,&lt;br /&gt;</w:t>
        <w:br/>
        <w:t>по звичаю слобоятн,&lt;br /&gt;</w:t>
        <w:br/>
        <w:t>з'їсти добрий баклажан&lt;br /&gt;</w:t>
        <w:br/>
        <w:t>із сальцем замісто солі,&lt;br /&gt;</w:t>
        <w:br/>
        <w:t>потім, щоб смагу прогнать,&lt;br /&gt;</w:t>
        <w:br/>
        <w:t>скількись бубок винограду&lt;br /&gt;</w:t>
        <w:br/>
        <w:t>(боже, збав його од граду!)&lt;br /&gt;</w:t>
        <w:br/>
        <w:t>у садку своїм зірвать;&lt;br /&gt;</w:t>
        <w:br/>
        <w:t>на вечерю, як закон,&lt;br /&gt;</w:t>
        <w:br/>
        <w:t>вінегрету з'їсти з перцем&lt;br /&gt;</w:t>
        <w:br/>
        <w:t>та й спочити з чистим серцем,&lt;br /&gt;</w:t>
        <w:br/>
        <w:t>помолившися на сон,&lt;br /&gt;</w:t>
        <w:br/>
        <w:t>щоб не ввів нас у спокусу,—&lt;br /&gt;</w:t>
        <w:br/>
        <w:t>більш люблю таке життя,&lt;br /&gt;</w:t>
        <w:br/>
        <w:t>аніж слухать без пуття&lt;br /&gt;</w:t>
        <w:br/>
        <w:t>ту породу хитровусу;&lt;br /&gt;</w:t>
        <w:br/>
        <w:t>тільки й дбають, супостати,&lt;br /&gt;</w:t>
        <w:br/>
        <w:t>як свого їм досягти,&lt;br /&gt;</w:t>
        <w:br/>
        <w:t>щоб з утіхою лягти&lt;br /&gt;</w:t>
        <w:br/>
        <w:t>і з огидою устати.&lt;br /&gt;</w:t>
        <w:br/>
        <w:t>Пасквал а&lt;br /&gt;</w:t>
        <w:br/>
        <w:t>Та на те вони митці;&lt;br /&gt;</w:t>
        <w:br/>
        <w:t>ми їм вірим, необачні,&lt;br /&gt;</w:t>
        <w:br/>
        <w:t>а вони такі невдячні,&lt;br /&gt;</w:t>
        <w:br/>
        <w:t>мов ледачі горобці.&lt;br /&gt;</w:t>
        <w:br/>
        <w:t>Як притисне цих створінь&lt;br /&gt;</w:t>
        <w:br/>
        <w:t>взимку холод, голод клятий,&lt;br /&gt;</w:t>
        <w:br/>
        <w:t>то летять до нас у хати:&lt;br /&gt;</w:t>
        <w:br/>
        <w:t>"Ой рятуйте, цінь-цвірінь!"&lt;br /&gt;</w:t>
        <w:br/>
        <w:t>Раді навіть крихті хлібній,&lt;br /&gt;</w:t>
        <w:br/>
        <w:t>що впаде їм зо стола,&lt;br /&gt;</w:t>
        <w:br/>
        <w:t>а діждалися тепла —&lt;br /&gt;</w:t>
        <w:br/>
        <w:t>вже їм люди не потрібні;&lt;br /&gt;</w:t>
        <w:br/>
        <w:t>і не та вже мова в них,&lt;br /&gt;</w:t>
        <w:br/>
        <w:t>вже нікого знать не хочуть,&lt;br /&gt;</w:t>
        <w:br/>
        <w:t>тільки з стріхи цвірінькочуть:&lt;br /&gt;</w:t>
        <w:br/>
        <w:t>"жив-жив-жив!" та "цур дурних!".&lt;br /&gt;</w:t>
        <w:br/>
        <w:t>Отакі ж і всі мужчини:&lt;br /&gt;</w:t>
        <w:br/>
        <w:t>поки в них горить жага,&lt;br /&gt;</w:t>
        <w:br/>
        <w:t>то і "люба", й "дорога",&lt;br /&gt;</w:t>
        <w:br/>
        <w:t>і "зоря моя єдина",&lt;br /&gt;</w:t>
        <w:br/>
        <w:t>а доб'ється він свого —&lt;br /&gt;</w:t>
        <w:br/>
        <w:t>і уже не та розмова;&lt;br /&gt;</w:t>
        <w:br/>
        <w:t>тільки й чуєш: "будь здорова",&lt;br /&gt;</w:t>
        <w:br/>
        <w:t>тільки й бачила його.&lt;br /&gt;</w:t>
        <w:br/>
        <w:t>Лавренсія&lt;br /&gt;</w:t>
        <w:br/>
        <w:t>Ані жодному не вір!&lt;br /&gt;</w:t>
        <w:br/>
        <w:t>Пасквала&lt;br /&gt;</w:t>
        <w:br/>
        <w:t>Певна річ, од них лиш кривда.&lt;br /&gt;</w:t>
        <w:br/>
        <w:t>ЯВА ЧЕТВЕРТА&lt;br /&gt;</w:t>
        <w:br/>
        <w:t>Me її г о, Баррільдо й Фрондосо; ті, що й були.&lt;br /&gt;</w:t>
        <w:br/>
        <w:t>Фрондосо&lt;br /&gt;</w:t>
        <w:br/>
        <w:t>Та й запеклий ти, Баррільдо,—&lt;br /&gt;</w:t>
        <w:br/>
        <w:t>Хоч із ким затієш спір.&lt;br /&gt;</w:t>
        <w:br/>
        <w:t>Баррільдо&lt;br /&gt;</w:t>
        <w:br/>
        <w:t>Поспитаймо у дівчат,&lt;br /&gt;</w:t>
        <w:br/>
        <w:t>ці розсудять якнайліпше.&lt;br /&gt;</w:t>
        <w:br/>
        <w:t>М е н г о&lt;br /&gt;</w:t>
        <w:br/>
        <w:t>Щоб було воно ще кріпше,&lt;br /&gt;</w:t>
        <w:br/>
        <w:t>то побиймось об заклад:&lt;br /&gt;</w:t>
        <w:br/>
        <w:t>якщо виграю я справу,&lt;br /&gt;</w:t>
        <w:br/>
        <w:t>ви заплатите мені&lt;br /&gt;</w:t>
        <w:br/>
        <w:t>по закону — удвійні.&lt;br /&gt;</w:t>
        <w:br/>
        <w:t>Баррільдо&lt;br /&gt;</w:t>
        <w:br/>
        <w:t>Хай і так; але цікаво,&lt;br /&gt;</w:t>
        <w:br/>
        <w:t>що в заклад поставиш ти?&lt;br /&gt;</w:t>
        <w:br/>
        <w:t>М е н г о&lt;br /&gt;</w:t>
        <w:br/>
        <w:t>Ставлю скрипку із самшита;&lt;br /&gt;</w:t>
        <w:br/>
        <w:t>варт вона амбара жита —&lt;br /&gt;</w:t>
        <w:br/>
        <w:t>кіп не менш як десяти.&lt;br /&gt;</w:t>
        <w:br/>
        <w:t>Баррільдо&lt;br /&gt;</w:t>
        <w:br/>
        <w:t>Що ж, я згоден.&lt;br /&gt;</w:t>
        <w:br/>
        <w:t>Фрондосо&lt;br /&gt;</w:t>
        <w:br/>
        <w:t>Ну, давай!&lt;br /&gt;</w:t>
        <w:br/>
        <w:t>Добрий день, прекрасні дами!&lt;br /&gt;</w:t>
        <w:br/>
        <w:t>Лавренсія&lt;br /&gt;</w:t>
        <w:br/>
        <w:t>Ми вже дами? Бог із вами!&lt;br /&gt;</w:t>
        <w:br/>
        <w:t>Фрондосо&lt;br /&gt;</w:t>
        <w:br/>
        <w:t>Це у нас такий звичай:&lt;br /&gt;</w:t>
        <w:br/>
        <w:t>хто школяр — то вже студепт,&lt;br /&gt;</w:t>
        <w:br/>
        <w:t>хто сліпий — короткозорий,&lt;br /&gt;</w:t>
        <w:br/>
        <w:t>хто кульгавий — то нескорий,&lt;br /&gt;</w:t>
        <w:br/>
        <w:t>хто злодюга — претендент,&lt;br /&gt;</w:t>
        <w:br/>
        <w:t>хто сутяга — діловий,&lt;br /&gt;</w:t>
        <w:br/>
        <w:t>хто плутяга — то розумний,&lt;br /&gt;</w:t>
        <w:br/>
        <w:t>хто невіглас — легкодумний,&lt;br /&gt;</w:t>
        <w:br/>
        <w:t>хто хамлюга — то прямий,&lt;br /&gt;</w:t>
        <w:br/>
        <w:t>^хто ротатий — злотоуст,&lt;br /&gt;</w:t>
        <w:br/>
        <w:t>хто банькатий — прозорливий,&lt;br /&gt;</w:t>
        <w:br/>
        <w:t>боягуз — то соромливий,&lt;br /&gt;</w:t>
        <w:br/>
        <w:t>хто скупий — то має глузд,&lt;br /&gt;</w:t>
        <w:br/>
        <w:t>хто дурний — то простодушний,&lt;br /&gt;</w:t>
        <w:br/>
        <w:t>хто вже лисий — то й мудрець,&lt;br /&gt;</w:t>
        <w:br/>
        <w:t>хто крикун — то молодець,&lt;br /&gt;</w:t>
        <w:br/>
        <w:t>пранцюватий — золотушний,&lt;br /&gt;</w:t>
        <w:br/>
        <w:t>хто бурчливий — то серйозний,&lt;br /&gt;</w:t>
        <w:br/>
        <w:t>хто незносний — то дивак,&lt;br /&gt;</w:t>
        <w:br/>
        <w:t>хто розпусний — має смак,&lt;br /&gt;</w:t>
        <w:br/>
        <w:t>хто скажений — то нервозний,&lt;br /&gt;</w:t>
        <w:br/>
        <w:t>хто нахабний — то вже смілий,&lt;br /&gt;</w:t>
        <w:br/>
        <w:t>хто пузатий — заживний,&lt;br /&gt;</w:t>
        <w:br/>
        <w:t>хто цибатий — то стрункий,&lt;br /&gt;</w:t>
        <w:br/>
        <w:t>хто горбатий — то похилий...&lt;br /&gt;</w:t>
        <w:br/>
        <w:t>Можна, бачите, словами&lt;br /&gt;</w:t>
        <w:br/>
        <w:t>все на світі личкувать;&lt;br /&gt;</w:t>
        <w:br/>
        <w:t>то чому ж би не назвать&lt;br /&gt;</w:t>
        <w:br/>
        <w:t>вас мені — "прекрасні дами"?&lt;br /&gt;</w:t>
        <w:br/>
        <w:t>Лавренсія&lt;br /&gt;</w:t>
        <w:br/>
        <w:t>То, Фрондосо, по містах&lt;br /&gt;</w:t>
        <w:br/>
        <w:t>люблять висловиться м'якше;&lt;br /&gt;</w:t>
        <w:br/>
        <w:t>та бринять слова й інакше&lt;br /&gt;</w:t>
        <w:br/>
        <w:t>у неввічливих устах,&lt;br /&gt;</w:t>
        <w:br/>
        <w:t>бо не вміють простаки&lt;br /&gt;</w:t>
        <w:br/>
        <w:t>бути ґречними над міру.&lt;br /&gt;</w:t>
        <w:br/>
        <w:t>Фрондосо&lt;br /&gt;</w:t>
        <w:br/>
        <w:t>А які ж вони, к приміру?&lt;br /&gt;</w:t>
        <w:br/>
        <w:t>Лавренсія&lt;br /&gt;</w:t>
        <w:br/>
        <w:t>Все говорять навпаки:&lt;br /&gt;</w:t>
        <w:br/>
        <w:t>хто поважний — то нудний,&lt;br /&gt;</w:t>
        <w:br/>
        <w:t>хто правдивий — то нескромний,&lt;br /&gt;</w:t>
        <w:br/>
        <w:t>а хто щирий — безсоромний,&lt;br /&gt;</w:t>
        <w:br/>
        <w:t>а хто щедрий — навісний,&lt;br /&gt;</w:t>
        <w:br/>
        <w:t>той, хто радить,— то влазливий,&lt;br /&gt;</w:t>
        <w:br/>
        <w:t>той, хто ганить,— лютий звір,&lt;br /&gt;</w:t>
        <w:br/>
        <w:t>хто побожний — лицемір,&lt;br /&gt;</w:t>
        <w:br/>
        <w:t>хто увічливий — лестивий,&lt;br /&gt;</w:t>
        <w:br/>
        <w:t>хто терплячий — то боюн,&lt;br /&gt;</w:t>
        <w:br/>
        <w:t>хто поблажливий — макуха,&lt;br /&gt;</w:t>
        <w:br/>
        <w:t>а хто строгий — то катюга,&lt;br /&gt;</w:t>
        <w:br/>
        <w:t>хто заслужений — везун,&lt;br /&gt;</w:t>
        <w:br/>
        <w:t>хто нещасний — винен сам,&lt;br /&gt;</w:t>
        <w:br/>
        <w:t>той, хто смирний,— то єхидний,&lt;br /&gt;</w:t>
        <w:br/>
        <w:t>той, хто вірний,— жалюгідний,&lt;br /&gt;</w:t>
        <w:br/>
        <w:t>хто одвертий — просто хам,&lt;br /&gt;</w:t>
        <w:br/>
        <w:t>чесна дівчина — дурна,&lt;br /&gt;</w:t>
        <w:br/>
        <w:t>чесна й гарна — ідіотка,&lt;br /&gt;</w:t>
        <w:br/>
        <w:t>і шерепа, і девотка...&lt;br /&gt;</w:t>
        <w:br/>
        <w:t>Та доволі. Річ ясна.&lt;br /&gt;</w:t>
        <w:br/>
        <w:t>Менго&lt;br /&gt;</w:t>
        <w:br/>
        <w:t>Сатана! Авжеж, доволі.&lt;br /&gt;</w:t>
        <w:br/>
        <w:t>Баррільдо&lt;br /&gt;</w:t>
        <w:br/>
        <w:t>Я вже й вуха розпустив.&lt;br /&gt;</w:t>
        <w:br/>
        <w:t>Менго&lt;br /&gt;</w:t>
        <w:br/>
        <w:t>Добрий піп тебе хрестив,&lt;br /&gt;</w:t>
        <w:br/>
        <w:t>як я бачу, не без солі 8.&lt;br /&gt;</w:t>
        <w:br/>
        <w:t>Лавренсія&lt;br /&gt;</w:t>
        <w:br/>
        <w:t>Ви, як я не помиляюсь,&lt;br /&gt;</w:t>
        <w:br/>
        <w:t>сперечалися всі три?&lt;br /&gt;</w:t>
        <w:br/>
        <w:t>Фрондосо&lt;br /&gt;</w:t>
        <w:br/>
        <w:t>Ось послухай...&lt;br /&gt;</w:t>
        <w:br/>
        <w:t>Лавренсія&lt;br /&gt;</w:t>
        <w:br/>
        <w:t>Говори.&lt;br /&gt;</w:t>
        <w:br/>
        <w:t>Фрондосо&lt;br /&gt;</w:t>
        <w:br/>
        <w:t>На твій присуд я звіряюсь.&lt;br /&gt;</w:t>
        <w:br/>
        <w:t>Лавренсія&lt;br /&gt;</w:t>
        <w:br/>
        <w:t>Щоб вернути згоду й мир,&lt;br /&gt;</w:t>
        <w:br/>
        <w:t>справу вирішим ми спільно.&lt;br /&gt;</w:t>
        <w:br/>
        <w:t>Фрондосо&lt;br /&gt;</w:t>
        <w:br/>
        <w:t>Тільки вислухай нас пильно.&lt;br /&gt;</w:t>
        <w:br/>
        <w:t>Лавренсія&lt;br /&gt;</w:t>
        <w:br/>
        <w:t>Та про що ж таки ваш спір?&lt;br /&gt;</w:t>
        <w:br/>
        <w:t>Фрондосо&lt;br /&gt;</w:t>
        <w:br/>
        <w:t>Я й Баррільдо проти Менго...&lt;br /&gt;</w:t>
        <w:br/>
        <w:t>Лавренсія&lt;br /&gt;</w:t>
        <w:br/>
        <w:t>Що ж він каже?&lt;br /&gt;</w:t>
        <w:br/>
        <w:t>Баррільдо&lt;br /&gt;</w:t>
        <w:br/>
        <w:t>Заперечить&lt;br /&gt;</w:t>
        <w:br/>
        <w:t>хоче очевидні речі.&lt;br /&gt;</w:t>
        <w:br/>
        <w:t>М е н г о&lt;br /&gt;</w:t>
        <w:br/>
        <w:t>Ні, я знаю достеменно:&lt;br /&gt;</w:t>
        <w:br/>
        <w:t>саме так воно і є.&lt;br /&gt;</w:t>
        <w:br/>
        <w:t>Лавренсія&lt;br /&gt;</w:t>
        <w:br/>
        <w:t>Тобто?&lt;br /&gt;</w:t>
        <w:br/>
        <w:t>Баррільдо&lt;br /&gt;</w:t>
        <w:br/>
        <w:t>Що нема кохання!&lt;br /&gt;</w:t>
        <w:br/>
        <w:t>Лавренсія&lt;br /&gt;</w:t>
        <w:br/>
        <w:t>Це ще, знаєте, питання.&lt;br /&gt;</w:t>
        <w:br/>
        <w:t>Баррільдо&lt;br /&gt;</w:t>
        <w:br/>
        <w:t>Ну, а я кажу своє:&lt;br /&gt;</w:t>
        <w:br/>
        <w:t>без любові світ пропав би&lt;br /&gt;</w:t>
        <w:br/>
        <w:t>і життю б настав кінець.&lt;br /&gt;</w:t>
        <w:br/>
        <w:t>М е н г о&lt;br /&gt;</w:t>
        <w:br/>
        <w:t>Не великий я мудрець,&lt;br /&gt;</w:t>
        <w:br/>
        <w:t>був би вчений — більше знав би;&lt;br /&gt;</w:t>
        <w:br/>
        <w:t>та відомо, що стихії&lt;br /&gt;</w:t>
        <w:br/>
        <w:t>в вічнім розбраті живуть&lt;br /&gt;</w:t>
        <w:br/>
        <w:t>і незгідливі беруть&lt;br /&gt;</w:t>
        <w:br/>
        <w:t>соки з них тіла людськії —&lt;br /&gt;</w:t>
        <w:br/>
        <w:t>жовч і флегму, млость і кров...&lt;br /&gt;</w:t>
        <w:br/>
        <w:t>Баррільдо&lt;br /&gt;</w:t>
        <w:br/>
        <w:t>Щоб ти знав, цей світ подвійний&lt;br /&gt;</w:t>
        <w:br/>
        <w:t>є насправді гармонійний —&lt;br /&gt;</w:t>
        <w:br/>
        <w:t>все єдинає в нім любов,&lt;br /&gt;</w:t>
        <w:br/>
        <w:t>горне всіх під власть свою,&lt;br /&gt;</w:t>
        <w:br/>
        <w:t>під опіку благородну.&lt;br /&gt;</w:t>
        <w:br/>
        <w:t>М е н г о&lt;br /&gt;</w:t>
        <w:br/>
        <w:t>Та любов, сказать, природну&lt;br /&gt;</w:t>
        <w:br/>
        <w:t>я, Баррільдо, визнаю.&lt;br /&gt;</w:t>
        <w:br/>
        <w:t>Певно, що така існує&lt;br /&gt;</w:t>
        <w:br/>
        <w:t>у речах і у тілах&lt;br /&gt;</w:t>
        <w:br/>
        <w:t>і людьми у їх ділах&lt;br /&gt;</w:t>
        <w:br/>
        <w:t>непохибливо керує;&lt;br /&gt;</w:t>
        <w:br/>
        <w:t>так, вона у кожнім є,&lt;br /&gt;</w:t>
        <w:br/>
        <w:t>до натури відповідно,&lt;br /&gt;</w:t>
        <w:br/>
        <w:t>і усякий, з нею згідно,&lt;br /&gt;</w:t>
        <w:br/>
        <w:t>береже єство своє.&lt;br /&gt;</w:t>
        <w:br/>
        <w:t>Від удару затуляє&lt;br /&gt;</w:t>
        <w:br/>
        <w:t>нам лице своя рука,&lt;br /&gt;</w:t>
        <w:br/>
        <w:t>від біди нога прудка&lt;br /&gt;</w:t>
        <w:br/>
        <w:t>тіло втечею збавляє;&lt;br /&gt;</w:t>
        <w:br/>
        <w:t>як ув око пил летить,&lt;br /&gt;</w:t>
        <w:br/>
        <w:t>то його закриють вії,—&lt;br /&gt;</w:t>
        <w:br/>
        <w:t>так любов природна діє.&lt;br /&gt;</w:t>
        <w:br/>
        <w:t>Пасквала&lt;br /&gt;</w:t>
        <w:br/>
        <w:t>Як же спір ваш розуміть?&lt;br /&gt;</w:t>
        <w:br/>
        <w:t>М е н г о&lt;br /&gt;</w:t>
        <w:br/>
        <w:t>Я кажу, що є любов&lt;br /&gt;</w:t>
        <w:br/>
        <w:t>тільки до самого себе.&lt;br /&gt;</w:t>
        <w:br/>
        <w:t>Пасквала&lt;br /&gt;</w:t>
        <w:br/>
        <w:t>Ну і Менго! Тю на тебе!&lt;br /&gt;</w:t>
        <w:br/>
        <w:t>От дурницю упоров!&lt;br /&gt;</w:t>
        <w:br/>
        <w:t>Що ж, по-твоєму, то глупство&lt;br /&gt;</w:t>
        <w:br/>
        <w:t>тягне самку до самця&lt;br /&gt;</w:t>
        <w:br/>
        <w:t>і до дівки молодця?&lt;br /&gt;</w:t>
        <w:br/>
        <w:t>Менго&lt;br /&gt;</w:t>
        <w:br/>
        <w:t>Не любов, а себелюбство.&lt;br /&gt;</w:t>
        <w:br/>
        <w:t>Що таке любов?&lt;br /&gt;</w:t>
        <w:br/>
        <w:t>Лавренсія&lt;br /&gt;</w:t>
        <w:br/>
        <w:t>Жадання&lt;br /&gt;</w:t>
        <w:br/>
        <w:t>красоти.&lt;br /&gt;</w:t>
        <w:br/>
        <w:t>Менго&lt;br /&gt;</w:t>
        <w:br/>
        <w:t>Так, красоти...&lt;br /&gt;</w:t>
        <w:br/>
        <w:t>Для якої ж то мети?&lt;br /&gt;</w:t>
        <w:br/>
        <w:t>Лавренсія&lt;br /&gt;</w:t>
        <w:br/>
        <w:t>Для утіхи, обладання.&lt;br /&gt;</w:t>
        <w:br/>
        <w:t>Менго&lt;br /&gt;</w:t>
        <w:br/>
        <w:t>То, виходить, насолоди&lt;br /&gt;</w:t>
        <w:br/>
        <w:t>ми шукаємо в красі?&lt;br /&gt;</w:t>
        <w:br/>
        <w:t>Лавренсія&lt;br /&gt;</w:t>
        <w:br/>
        <w:t>Ніби так.&lt;br /&gt;</w:t>
        <w:br/>
        <w:t>Менго&lt;br /&gt;</w:t>
        <w:br/>
        <w:t>І люблять всі&lt;br /&gt;</w:t>
        <w:br/>
        <w:t>Задля власної вигоди?&lt;br /&gt;</w:t>
        <w:br/>
        <w:t>Лавренсія '&lt;br /&gt;</w:t>
        <w:br/>
        <w:t>Правда, Менго.&lt;br /&gt;</w:t>
        <w:br/>
        <w:t>Менго&lt;br /&gt;</w:t>
        <w:br/>
        <w:t>То ж то й є.&lt;br /&gt;</w:t>
        <w:br/>
        <w:t>Іншого нема кохання,&lt;br /&gt;</w:t>
        <w:br/>
        <w:t>як своє вволить бажання,&lt;br /&gt;</w:t>
        <w:br/>
        <w:t>серце втішити своє.&lt;br /&gt;</w:t>
        <w:br/>
        <w:t>Баррільдо&lt;br /&gt;</w:t>
        <w:br/>
        <w:t>А згадай, що в церкві новій&lt;br /&gt;</w:t>
        <w:br/>
        <w:t>нам казав отець Антон:&lt;br /&gt;</w:t>
        <w:br/>
        <w:t>був такий мудрець Платон 9,&lt;br /&gt;</w:t>
        <w:br/>
        <w:t>що навчав людей любові;&lt;br /&gt;</w:t>
        <w:br/>
        <w:t>тільки душу він любив,&lt;br /&gt;</w:t>
        <w:br/>
        <w:t>а в душі — самі чесноти.&lt;br /&gt;</w:t>
        <w:br/>
        <w:t>Пасквала&lt;br /&gt;</w:t>
        <w:br/>
        <w:t>Нащо вам про те молоти?&lt;br /&gt;</w:t>
        <w:br/>
        <w:t>Ці діла для докторів,&lt;br /&gt;</w:t>
        <w:br/>
        <w:t>хай там споряться про них&lt;br /&gt;</w:t>
        <w:br/>
        <w:t>у своїх неверситетах.&lt;br /&gt;</w:t>
        <w:br/>
        <w:t>Лавренсія&lt;br /&gt;</w:t>
        <w:br/>
        <w:t>Бачу я по всіх прикметах —&lt;br /&gt;</w:t>
        <w:br/>
        <w:t>не переконав ти їх;&lt;br /&gt;</w:t>
        <w:br/>
        <w:t>та в одному маю певність —&lt;br /&gt;</w:t>
        <w:br/>
        <w:t>щастя й без любові єстьг&lt;br /&gt;</w:t>
        <w:br/>
        <w:t>Менго&lt;br /&gt;</w:t>
        <w:br/>
        <w:t>А ти любиш?&lt;br /&gt;</w:t>
        <w:br/>
        <w:t>Лавренсія&lt;br /&gt;</w:t>
        <w:br/>
        <w:t>Власну честь.&lt;br /&gt;</w:t>
        <w:br/>
        <w:t>Фрондосо&lt;br /&gt;</w:t>
        <w:br/>
        <w:t>Хай тебе замучить ревність!&lt;br /&gt;</w:t>
        <w:br/>
        <w:t>Баррільдо&lt;br /&gt;</w:t>
        <w:br/>
        <w:t>Хто з нас виграв?&lt;br /&gt;</w:t>
        <w:br/>
        <w:t>Пасквала&lt;br /&gt;</w:t>
        <w:br/>
        <w:t>Краще йдіть&lt;br /&gt;</w:t>
        <w:br/>
        <w:t>до священика всі троє,&lt;br /&gt;</w:t>
        <w:br/>
        <w:t>спірки вашої складної&lt;br /&gt;</w:t>
        <w:br/>
        <w:t>ми не можем розсудить,—&lt;br /&gt;</w:t>
        <w:br/>
        <w:t>бач, вона не зна кохання,&lt;br /&gt;</w:t>
        <w:br/>
        <w:t>в мене досвід теж малий,—&lt;br /&gt;</w:t>
        <w:br/>
        <w:t>розумій тут, як умій.&lt;br /&gt;</w:t>
        <w:br/>
        <w:t>Фрондосо&lt;br /&gt;</w:t>
        <w:br/>
        <w:t>Боже, що за гордування!&lt;br /&gt;</w:t>
        <w:br/>
        <w:t>ЯВА П'ЯТА&lt;br /&gt;</w:t>
        <w:br/>
        <w:t>Ф л о р е с; ті, що й були.&lt;br /&gt;</w:t>
        <w:br/>
        <w:t>Ф л о р е с&lt;br /&gt;</w:t>
        <w:br/>
        <w:t>Добрий день! Вітаю вас.&lt;br /&gt;</w:t>
        <w:br/>
        <w:t>Пасквала&lt;br /&gt;</w:t>
        <w:br/>
        <w:t>А! Це Флорес, панська сваха!&lt;br /&gt;</w:t>
        <w:br/>
        <w:t>Лавренсія&lt;br /&gt;</w:t>
        <w:br/>
        <w:t>По польоту видно птаха!&lt;br /&gt;</w:t>
        <w:br/>
        <w:t>Відкіля це ти до нас?&lt;br /&gt;</w:t>
        <w:br/>
        <w:t>Флорес&lt;br /&gt;</w:t>
        <w:br/>
        <w:t>Що, не бачите? З походу!&lt;br /&gt;</w:t>
        <w:br/>
        <w:t>Лавренсія&lt;br /&gt;</w:t>
        <w:br/>
        <w:t>Дон Фернандо теж вернувсь?&lt;br /&gt;</w:t>
        <w:br/>
        <w:t>Ф л о р с с&lt;br /&gt;</w:t>
        <w:br/>
        <w:t>Лиш учора бій відбувсь,&lt;br /&gt;</w:t>
        <w:br/>
        <w:t>і чимало там народу&lt;br /&gt;</w:t>
        <w:br/>
        <w:t>головою полягло.&lt;br /&gt;</w:t>
        <w:br/>
        <w:t>Фрондосо&lt;br /&gt;</w:t>
        <w:br/>
        <w:t>Нам усе цікаво знати.&lt;br /&gt;</w:t>
        <w:br/>
        <w:t>Ф л о р е с&lt;br /&gt;</w:t>
        <w:br/>
        <w:t>Добре, можу розказати,&lt;br /&gt;</w:t>
        <w:br/>
        <w:t>все ж я бачив, як було.&lt;br /&gt;</w:t>
        <w:br/>
        <w:t>Щоб успішно звоювати&lt;br /&gt;</w:t>
        <w:br/>
        <w:t>прикордонну ту фортецю,&lt;br /&gt;</w:t>
        <w:br/>
        <w:t>що зовуть Сьюдад-Реаль,&lt;br /&gt;</w:t>
        <w:br/>
        <w:t>наш магістр зібрав рушення&lt;br /&gt;</w:t>
        <w:br/>
        <w:t>доблесних своїх васалів —&lt;br /&gt;</w:t>
        <w:br/>
        <w:t>пару тисяч піших кметів&lt;br /&gt;</w:t>
        <w:br/>
        <w:t>і комонників три сотні&lt;br /&gt;</w:t>
        <w:br/>
        <w:t>ІЗ мирянства і чернецтва,&lt;br /&gt;</w:t>
        <w:br/>
        <w:t>бо таку повинність мають&lt;br /&gt;</w:t>
        <w:br/>
        <w:t>всі брати червонохресті,&lt;br /&gt;</w:t>
        <w:br/>
        <w:t>чи то світські, чи духовні,—&lt;br /&gt;</w:t>
        <w:br/>
        <w:t>проти маврів, безперечно...&lt;br /&gt;</w:t>
        <w:br/>
        <w:t>На хоробрім юнакові&lt;br /&gt;</w:t>
        <w:br/>
        <w:t>пишний був жупан зелений,&lt;br /&gt;</w:t>
        <w:br/>
        <w:t>сутим золотом розшитий,&lt;br /&gt;</w:t>
        <w:br/>
        <w:t>тільки наручні сталеві&lt;br /&gt;</w:t>
        <w:br/>
        <w:t>блискотіли крізь вильоти,&lt;br /&gt;</w:t>
        <w:br/>
        <w:t>запнуті на шість петельок;&lt;br /&gt;</w:t>
        <w:br/>
        <w:t>а під ним був кінь зіркатий,&lt;br /&gt;</w:t>
        <w:br/>
        <w:t>мов зміюка, здоровенний,—&lt;br /&gt;</w:t>
        <w:br/>
        <w:t>воду пив з Гвадалквівіру 10,&lt;br /&gt;</w:t>
        <w:br/>
        <w:t>пасся в травах прибережних,—&lt;br /&gt;</w:t>
        <w:br/>
        <w:t>у наритниках лосячих,&lt;br /&gt;</w:t>
        <w:br/>
        <w:t>на загривку — банти, ленти&lt;br /&gt;</w:t>
        <w:br/>
        <w:t>білим снігом майорять,&lt;br /&gt;</w:t>
        <w:br/>
        <w:t>мальовничі та чудесні,&lt;br /&gt;</w:t>
        <w:br/>
        <w:t>як і яблука ті білі&lt;br /&gt;</w:t>
        <w:br/>
        <w:t>по лискучій сірій шерсті.&lt;br /&gt;</w:t>
        <w:br/>
        <w:t>Обік нього — дон Фернандо,&lt;br /&gt;</w:t>
        <w:br/>
        <w:t>командор наш, їде верхи:&lt;br /&gt;</w:t>
        <w:br/>
        <w:t>кінь буланий, білий храп,&lt;br /&gt;</w:t>
        <w:br/>
        <w:t>грива й хвіст — як ночі темні;&lt;br /&gt;</w:t>
        <w:br/>
        <w:t>в пана добрий обладунок —&lt;br /&gt;</w:t>
        <w:br/>
        <w:t>на кольчузі на турецькій&lt;br /&gt;</w:t>
        <w:br/>
        <w:t>плащ яріє жовтожарий,&lt;br /&gt;</w:t>
        <w:br/>
        <w:t>весь у золоті та перлах,&lt;br /&gt;</w:t>
        <w:br/>
        <w:t>на блискучім шишаку&lt;br /&gt;</w:t>
        <w:br/>
        <w:t>гордо мають білі пера,&lt;br /&gt;</w:t>
        <w:br/>
        <w:t>наче квітка помаранчі,&lt;br /&gt;</w:t>
        <w:br/>
        <w:t>як весною розцвітеться;&lt;br /&gt;</w:t>
        <w:br/>
        <w:t>на перев'язі у нього&lt;br /&gt;</w:t>
        <w:br/>
        <w:t>ясеновий спис довжезний,&lt;br /&gt;</w:t>
        <w:br/>
        <w:t>аж до самої Гранади&lt;br /&gt;</w:t>
        <w:br/>
        <w:t>ворогам усім страшенний.&lt;br /&gt;</w:t>
        <w:br/>
        <w:t>Непокірні городяни&lt;br /&gt;</w:t>
        <w:br/>
        <w:t>опір нам чинили впертий,&lt;br /&gt;</w:t>
        <w:br/>
        <w:t>заявивши, що вони&lt;br /&gt;</w:t>
        <w:br/>
        <w:t>будуть вірні Ісабелі.&lt;br /&gt;</w:t>
        <w:br/>
        <w:t>Та магістр взяв місто з бою&lt;br /&gt;</w:t>
        <w:br/>
        <w:t>і бунтівникам найпершим&lt;br /&gt;</w:t>
        <w:br/>
        <w:t>та зневажникам, що сміли&lt;br /&gt;</w:t>
        <w:br/>
        <w:t>за літа його безчестить,&lt;br /&gt;</w:t>
        <w:br/>
        <w:t>голови казав зрубати,&lt;br /&gt;</w:t>
        <w:br/>
        <w:t>а дрібноті, підлій черні,—&lt;br /&gt;</w:t>
        <w:br/>
        <w:t>тим роти велів заткати&lt;br /&gt;</w:t>
        <w:br/>
        <w:t>й спини буками змережить.&lt;br /&gt;</w:t>
        <w:br/>
        <w:t>Нині всі його бояться,&lt;br /&gt;</w:t>
        <w:br/>
        <w:t>ну і люблять, як належить,&lt;br /&gt;</w:t>
        <w:br/>
        <w:t>і вважають, що цей воїн,&lt;br /&gt;</w:t>
        <w:br/>
        <w:t>славний в віці молодечім,&lt;br /&gt;</w:t>
        <w:br/>
        <w:t>згодом, повних літ дійшовши,&lt;br /&gt;</w:t>
        <w:br/>
        <w:t>скорить маврів богомерзких,&lt;br /&gt;</w:t>
        <w:br/>
        <w:t>під червоного хреста&lt;br /&gt;</w:t>
        <w:br/>
        <w:t>їх півмісяця підверне.&lt;br /&gt;</w:t>
        <w:br/>
        <w:t>Командорові й васалам&lt;br /&gt;</w:t>
        <w:br/>
        <w:t>нагороду дав він щедру —&lt;br /&gt;</w:t>
        <w:br/>
        <w:t>в переможеному місті&lt;br /&gt;</w:t>
        <w:br/>
        <w:t>Здобич взято незліченну...&lt;br /&gt;</w:t>
        <w:br/>
        <w:t>Та уже музики грають;&lt;br /&gt;</w:t>
        <w:br/>
        <w:t>будьте ж ви усі веселі,—&lt;br /&gt;</w:t>
        <w:br/>
        <w:t>переможцю любі лаври,&lt;br /&gt;</w:t>
        <w:br/>
        <w:t>двічі любе щире серце.&lt;br /&gt;</w:t>
        <w:br/>
        <w:t>ЯВА ШОСТА&lt;br /&gt;</w:t>
        <w:br/>
        <w:t>Входять командор і Ортуньйо, Хуан Рудий,&lt;br /&gt;</w:t>
        <w:br/>
        <w:t>алькальди Естеван та Алонсо, музики,&lt;br /&gt;</w:t>
        <w:br/>
        <w:t>селяни.&lt;br /&gt;</w:t>
        <w:br/>
        <w:t>Музики&lt;br /&gt;</w:t>
        <w:br/>
        <w:t>( співають )&lt;br /&gt;</w:t>
        <w:br/>
        <w:t>Слава, слава пану,&lt;br /&gt;</w:t>
        <w:br/>
        <w:t>слава командору,&lt;br /&gt;</w:t>
        <w:br/>
        <w:t>воїну грізному,&lt;br /&gt;</w:t>
        <w:br/>
        <w:t>в битвах переможцю!&lt;br /&gt;</w:t>
        <w:br/>
        <w:t>Хай живуть Гусмани,&lt;br /&gt;</w:t>
        <w:br/>
        <w:t>хай живуть Хірони —&lt;br /&gt;</w:t>
        <w:br/>
        <w:t>вірним милостивці,&lt;br /&gt;</w:t>
        <w:br/>
        <w:t>смирним оборонці!&lt;br /&gt;</w:t>
        <w:br/>
        <w:t>У бою завзятім&lt;br /&gt;</w:t>
        <w:br/>
        <w:t>мавритан зборовши,&lt;br /&gt;</w:t>
        <w:br/>
        <w:t>із Сьюдад-Реаля&lt;br /&gt;</w:t>
        <w:br/>
        <w:t>він верта додому,—&lt;br /&gt;</w:t>
        <w:br/>
        <w:t>в Овечій Криниці&lt;br /&gt;</w:t>
        <w:br/>
        <w:t>вже його корогви.&lt;br /&gt;</w:t>
        <w:br/>
        <w:t>Дон Фернандо Гомес&lt;br /&gt;</w:t>
        <w:br/>
        <w:t>хай живе сто років!&lt;br /&gt;</w:t>
        <w:br/>
        <w:t>Командор&lt;br /&gt;</w:t>
        <w:br/>
        <w:t>Я дякую шановній всій громаді&lt;br /&gt;</w:t>
        <w:br/>
        <w:t>за цю до мене явлену любов.&lt;br /&gt;</w:t>
        <w:br/>
        <w:t>А л о н с о&lt;br /&gt;</w:t>
        <w:br/>
        <w:t>Сеньйоре милостивий, всі ми раді&lt;br /&gt;</w:t>
        <w:br/>
        <w:t>заслужене віддати знов і знов.&lt;br /&gt;</w:t>
        <w:br/>
        <w:t>Е с т е в а н&lt;br /&gt;</w:t>
        <w:br/>
        <w:t>Завжди до вас прихильні криничани&lt;br /&gt;</w:t>
        <w:br/>
        <w:t>й мужі громадські просять без одмов&lt;br /&gt;</w:t>
        <w:br/>
        <w:t>дари прийняти скромні, що селяни&lt;br /&gt;</w:t>
        <w:br/>
        <w:t>в цей славний день зібрати спромоглись;&lt;br /&gt;</w:t>
        <w:br/>
        <w:t>більш добрості, аніж добра, в нас, пане,&lt;br /&gt;</w:t>
        <w:br/>
        <w:t>чимсь іншим надолужимо колись.&lt;br /&gt;</w:t>
        <w:br/>
        <w:t>Та ось ідуть заклечані підводи:&lt;br /&gt;</w:t>
        <w:br/>
        <w:t>на першім возі посуд — подивись;&lt;br /&gt;</w:t>
        <w:br/>
        <w:t>на другім — гуси доброї породи,&lt;br /&gt;</w:t>
        <w:br/>
        <w:t>бач, голови вистромлюють з-за ґрат,&lt;br /&gt;</w:t>
        <w:br/>
        <w:t>мов хочуть оспівать твої походи;&lt;br /&gt;</w:t>
        <w:br/>
        <w:t>он десять туш свинячих, ще й доклад —&lt;br /&gt;</w:t>
        <w:br/>
        <w:t>кров'янка там, і ковбики, й ковбаси&lt;br /&gt;</w:t>
        <w:br/>
        <w:t>приємний розливають аромат;&lt;br /&gt;</w:t>
        <w:br/>
        <w:t>сто каплунів — це теж кусочок ласий,&lt;br /&gt;</w:t>
        <w:br/>
        <w:t>сто курок — десь по них у хуторах&lt;br /&gt;</w:t>
        <w:br/>
        <w:t>сумують досі півні-ловеласи...&lt;br /&gt;</w:t>
        <w:br/>
        <w:t>Нема на наших конях пишних блях&lt;br /&gt;</w:t>
        <w:br/>
        <w:t>і всякої там збруї дорогої,&lt;br /&gt;</w:t>
        <w:br/>
        <w:t>та дорога нам щирість у серцях,&lt;br /&gt;</w:t>
        <w:br/>
        <w:t>і щиро вам даруєм ми напої —&lt;br /&gt;</w:t>
        <w:br/>
        <w:t>дванадцять добре сповнених міхів,&lt;br /&gt;</w:t>
        <w:br/>
        <w:t>що з ними ваші доблесні герої&lt;br /&gt;</w:t>
        <w:br/>
        <w:t>і голими в мороз на ворогів&lt;br /&gt;</w:t>
        <w:br/>
        <w:t>завзято підуть — сила сонцебризна&lt;br /&gt;</w:t>
        <w:br/>
        <w:t>кріпкіш за сталь покріпить вояків.&lt;br /&gt;</w:t>
        <w:br/>
        <w:t>Ще є тут сир та інша потребизна,&lt;br /&gt;</w:t>
        <w:br/>
        <w:t>що ми тобі приносимо у дар;&lt;br /&gt;</w:t>
        <w:br/>
        <w:t>прийми, здоров, усе і щиро визнай,&lt;br /&gt;</w:t>
        <w:br/>
        <w:t>що ти — сердець щасливий володар.&lt;br /&gt;</w:t>
        <w:br/>
        <w:t>Командор&lt;br /&gt;</w:t>
        <w:br/>
        <w:t>Ще раз дякую. Ідіть&lt;br /&gt;</w:t>
        <w:br/>
        <w:t>в добрий час усі додому.&lt;br /&gt;</w:t>
        <w:br/>
        <w:t>А л о н с о&lt;br /&gt;</w:t>
        <w:br/>
        <w:t>Вам же по труді такому&lt;br /&gt;</w:t>
        <w:br/>
        <w:t>слід, сеньйоре, відпочить.&lt;br /&gt;</w:t>
        <w:br/>
        <w:t>Потрусили ваш поріг&lt;br /&gt;</w:t>
        <w:br/>
        <w:t>ми любистком та ласкавцем;&lt;br /&gt;</w:t>
        <w:br/>
        <w:t>щоб могли, своїм державцям&lt;br /&gt;</w:t>
        <w:br/>
        <w:t>постелили б ми до ніг&lt;br /&gt;</w:t>
        <w:br/>
        <w:t>східні перли й самоцвіти.&lt;br /&gt;</w:t>
        <w:br/>
        <w:t>Командор&lt;br /&gt;</w:t>
        <w:br/>
        <w:t>Я вам вірю. Прощавайте.&lt;br /&gt;</w:t>
        <w:br/>
        <w:t>Е с т е в а н&lt;br /&gt;</w:t>
        <w:br/>
        <w:t>На прощання заспівайте&lt;br /&gt;</w:t>
        <w:br/>
        <w:t>величальну ще раз, діти.&lt;br /&gt;</w:t>
        <w:br/>
        <w:t>Музики&lt;br /&gt;</w:t>
        <w:br/>
        <w:t>(співають)&lt;br /&gt;</w:t>
        <w:br/>
        <w:t>Слава дон Фернандо,&lt;br /&gt;</w:t>
        <w:br/>
        <w:t>слава командору,&lt;br /&gt;</w:t>
        <w:br/>
        <w:t>воїну грізному,&lt;br /&gt;</w:t>
        <w:br/>
        <w:t>в битвах переможцю!&lt;br /&gt;</w:t>
        <w:br/>
        <w:t>(Виходять).&lt;br /&gt;</w:t>
        <w:br/>
        <w:t>ЯВА СЬОМА&lt;br /&gt;</w:t>
        <w:br/>
        <w:t>Командор, Лавренсія, Пасквала, Ортуньйо,&lt;br /&gt;</w:t>
        <w:br/>
        <w:t>Флорес.&lt;br /&gt;</w:t>
        <w:br/>
        <w:t>Командор&lt;br /&gt;</w:t>
        <w:br/>
        <w:t>Ви, дівчата, підождіть.&lt;br /&gt;</w:t>
        <w:br/>
        <w:t>Лавренсія&lt;br /&gt;</w:t>
        <w:br/>
        <w:t>Що накажете, сеньйоре?&lt;br /&gt;</w:t>
        <w:br/>
        <w:t>Командор&lt;br /&gt;</w:t>
        <w:br/>
        <w:t>Значить, знову непокора?&lt;br /&gt;</w:t>
        <w:br/>
        <w:t>Довго думаєш дражнить?&lt;br /&gt;</w:t>
        <w:br/>
        <w:t>Лавренсія&lt;br /&gt;</w:t>
        <w:br/>
        <w:t>Це до тебе він, Пасквало?&lt;br /&gt;</w:t>
        <w:br/>
        <w:t>Пасквала&lt;br /&gt;</w:t>
        <w:br/>
        <w:t>Мабуть, ні. Тікаймо нишком.&lt;br /&gt;</w:t>
        <w:br/>
        <w:t>Командор&lt;br /&gt;</w:t>
        <w:br/>
        <w:t>Я до тебе, дика кішко,&lt;br /&gt;</w:t>
        <w:br/>
        <w:t>та й до тебе теж, зухвала.&lt;br /&gt;</w:t>
        <w:br/>
        <w:t>Ви ж мої?&lt;br /&gt;</w:t>
        <w:br/>
        <w:t>Пасквала&lt;br /&gt;</w:t>
        <w:br/>
        <w:t>Ми ваші, пане,&lt;br /&gt;</w:t>
        <w:br/>
        <w:t>та, пробачте, не у всім.&lt;br /&gt;</w:t>
        <w:br/>
        <w:t>Командор&lt;br /&gt;</w:t>
        <w:br/>
        <w:t>Ви зайдіть до мене в дім,&lt;br /&gt;</w:t>
        <w:br/>
        <w:t>там же й інші є селяни.&lt;br /&gt;</w:t>
        <w:br/>
        <w:t>Лавренсія&lt;br /&gt;</w:t>
        <w:br/>
        <w:t>Якби там були алькальди&lt;br /&gt;</w:t>
        <w:br/>
        <w:t>(батько мій алькальд також),&lt;br /&gt;</w:t>
        <w:br/>
        <w:t>я зайшла б, а ні — то що ж...&lt;br /&gt;</w:t>
        <w:br/>
        <w:t>Командор&lt;br /&gt;</w:t>
        <w:br/>
        <w:t>Флорес!&lt;br /&gt;</w:t>
        <w:br/>
        <w:t>Ф л о р е с&lt;br /&gt;</w:t>
        <w:br/>
        <w:t>Тут!&lt;br /&gt;</w:t>
        <w:br/>
        <w:t>Командор&lt;br /&gt;</w:t>
        <w:br/>
        <w:t>Ти ждеш команди?&lt;br /&gt;</w:t>
        <w:br/>
        <w:t>Проведи цих сеньйорит.&lt;br /&gt;</w:t>
        <w:br/>
        <w:t>Флорес&lt;br /&gt;</w:t>
        <w:br/>
        <w:t>Ну ж бо, йдіть.&lt;br /&gt;</w:t>
        <w:br/>
        <w:t>Лавренсія&lt;br /&gt;</w:t>
        <w:br/>
        <w:t>Без рук, шахраю!&lt;br /&gt;</w:t>
        <w:br/>
        <w:t>Флорес&lt;br /&gt;</w:t>
        <w:br/>
        <w:t>Та не бійтесь!&lt;br /&gt;</w:t>
        <w:br/>
        <w:t>Пасквала&lt;br /&gt;</w:t>
        <w:br/>
        <w:t>Геть, я знаю:&lt;br /&gt;</w:t>
        <w:br/>
        <w:t>враз засунеш двері — й квит.&lt;br /&gt;</w:t>
        <w:br/>
        <w:t>Флорес&lt;br /&gt;</w:t>
        <w:br/>
        <w:t>Пан вам хоче показати,&lt;br /&gt;</w:t>
        <w:br/>
        <w:t>що привіз він із війни.&lt;br /&gt;</w:t>
        <w:br/>
        <w:t>Командор&lt;br /&gt;</w:t>
        <w:br/>
        <w:t>(тихо до Ортуньйо)&lt;br /&gt;</w:t>
        <w:br/>
        <w:t>Як увійдуть, то замкни.&lt;br /&gt;</w:t>
        <w:br/>
        <w:t>(Виходить).&lt;br /&gt;</w:t>
        <w:br/>
        <w:t>Лавренсія&lt;br /&gt;</w:t>
        <w:br/>
        <w:t>Ну, пустіть нас, годі ждати.&lt;br /&gt;</w:t>
        <w:br/>
        <w:t>Ортуньйо&lt;br /&gt;</w:t>
        <w:br/>
        <w:t>Вас же теж подарували&lt;br /&gt;</w:t>
        <w:br/>
        <w:t>командору?&lt;br /&gt;</w:t>
        <w:br/>
        <w:t>Пасквала&lt;br /&gt;</w:t>
        <w:br/>
        <w:t>Ах ти ж хам!&lt;br /&gt;</w:t>
        <w:br/>
        <w:t>Геть з дороги, бо як дам...&lt;br /&gt;</w:t>
        <w:br/>
        <w:t>Флорес&lt;br /&gt;</w:t>
        <w:br/>
        <w:t>Бач, які нахабні стали!&lt;br /&gt;</w:t>
        <w:br/>
        <w:t>Лавренсія&lt;br /&gt;</w:t>
        <w:br/>
        <w:t>Що, сеньйору, мабуть, мало&lt;br /&gt;</w:t>
        <w:br/>
        <w:t>подарованого м'яса?&lt;br /&gt;</w:t>
        <w:br/>
        <w:t>Ортуньйо&lt;br /&gt;</w:t>
        <w:br/>
        <w:t>Він на ваше м'ясо ласий.&lt;br /&gt;</w:t>
        <w:br/>
        <w:t>Лавренсія&lt;br /&gt;</w:t>
        <w:br/>
        <w:t>Щоб його вже розірвало!&lt;br /&gt;</w:t>
        <w:br/>
        <w:t>Виходить з Пасквалою.&lt;br /&gt;</w:t>
        <w:br/>
        <w:t>Флорес&lt;br /&gt;</w:t>
        <w:br/>
        <w:t>Отуди! Взяли й пішли!&lt;br /&gt;</w:t>
        <w:br/>
        <w:t>Доброго тепер од пана&lt;br /&gt;</w:t>
        <w:br/>
        <w:t>ми дістанем прочухана,&lt;br /&gt;</w:t>
        <w:br/>
        <w:t>що дівчат не привели.&lt;br /&gt;</w:t>
        <w:br/>
        <w:t>Ортуньйо&lt;br /&gt;</w:t>
        <w:br/>
        <w:t>Хочеш вислужиться, брате,&lt;br /&gt;</w:t>
        <w:br/>
        <w:t>то повинен все терпіть;&lt;br /&gt;</w:t>
        <w:br/>
        <w:t>а не можеш — що робить?&lt;br /&gt;</w:t>
        <w:br/>
        <w:t>Хоч світ за очі тікати!&lt;br /&gt;</w:t>
        <w:br/>
        <w:t>Виходять.&lt;br /&gt;</w:t>
        <w:br/>
        <w:t>ЯВА ВОСЬМА&lt;br /&gt;</w:t>
        <w:br/>
        <w:t>Королівська резиденція в Медіна-дель-Кампоп.&lt;br /&gt;</w:t>
        <w:br/>
        <w:t>Входять король дон Фернандо, королева донья&lt;br /&gt;</w:t>
        <w:br/>
        <w:t>Ісабела, дон Манріке12 та прибічники.&lt;br /&gt;</w:t>
        <w:br/>
        <w:t>Донья Ісабела&lt;br /&gt;</w:t>
        <w:br/>
        <w:t>Я гадаю, нам негоже&lt;br /&gt;</w:t>
        <w:br/>
        <w:t>Зволікать; того й гляди —&lt;br /&gt;</w:t>
        <w:br/>
        <w:t>З Португалії сюди&lt;br /&gt;</w:t>
        <w:br/>
        <w:t>військо з'явиться вороже.&lt;br /&gt;</w:t>
        <w:br/>
        <w:t>Треба діяти рішуче,&lt;br /&gt;</w:t>
        <w:br/>
        <w:t>щоб його попередить;&lt;br /&gt;</w:t>
        <w:br/>
        <w:t>як прогаєм слушну мить,&lt;br /&gt;</w:t>
        <w:br/>
        <w:t>жде нас лихо неминуче.&lt;br /&gt;</w:t>
        <w:br/>
        <w:t>Король&lt;br /&gt;</w:t>
        <w:br/>
        <w:t>ІЗ Наварри й Арагону&lt;br /&gt;</w:t>
        <w:br/>
        <w:t>нам уже підмога йде,&lt;br /&gt;</w:t>
        <w:br/>
        <w:t>і в Кастільї де-не-де&lt;br /&gt;</w:t>
        <w:br/>
        <w:t>діють вірні нам загони.&lt;br /&gt;</w:t>
        <w:br/>
        <w:t>Я упевнений, що зборем&lt;br /&gt;</w:t>
        <w:br/>
        <w:t>ми Альфонса всі гуртом.&lt;br /&gt;</w:t>
        <w:br/>
        <w:t>Донья Ісабела&lt;br /&gt;</w:t>
        <w:br/>
        <w:t>Вірю в успіх і цілком&lt;br /&gt;</w:t>
        <w:br/>
        <w:t>З вами згоджуюсь, сеньйоре.&lt;br /&gt;</w:t>
        <w:br/>
        <w:t>М а н р і к е&lt;br /&gt;</w:t>
        <w:br/>
        <w:t>Тут до вас з Сьюдад-Реаля&lt;br /&gt;</w:t>
        <w:br/>
        <w:t>рехідори прибули,&lt;br /&gt;</w:t>
        <w:br/>
        <w:t>ждуть, щоб ви їх прийняли.&lt;br /&gt;</w:t>
        <w:br/>
        <w:t>Король&lt;br /&gt;</w:t>
        <w:br/>
        <w:t>Я прийму їх в цьому залі.&lt;br /&gt;</w:t>
        <w:br/>
        <w:t>ЯВА ДЕВ'ЯТА&lt;br /&gt;</w:t>
        <w:br/>
        <w:t>Входять два рехідори з Сьюдад-Реаля.&lt;br /&gt;</w:t>
        <w:br/>
        <w:t>Перший рехідор&lt;br /&gt;</w:t>
        <w:br/>
        <w:t>Найясніший наш королю,&lt;br /&gt;</w:t>
        <w:br/>
        <w:t>З Арагону до Кастільї&lt;br /&gt;</w:t>
        <w:br/>
        <w:t>небом посланий ласкавим&lt;br /&gt;</w:t>
        <w:br/>
        <w:t>нам на благо і спасіння!&lt;br /&gt;</w:t>
        <w:br/>
        <w:t>Від всього Сьюдад-Реаля&lt;br /&gt;</w:t>
        <w:br/>
        <w:t>ми удатися посміли&lt;br /&gt;</w:t>
        <w:br/>
        <w:t>до величності твоєї&lt;br /&gt;</w:t>
        <w:br/>
        <w:t>по підмогу королівську.&lt;br /&gt;</w:t>
        <w:br/>
        <w:t>Буть підданцями твоїми&lt;br /&gt;</w:t>
        <w:br/>
        <w:t>мали ми за честь велику,&lt;br /&gt;</w:t>
        <w:br/>
        <w:t>та позбавитись її&lt;br /&gt;</w:t>
        <w:br/>
        <w:t>злая доля нам судила.&lt;br /&gt;</w:t>
        <w:br/>
        <w:t>Юний орденський магістер,&lt;br /&gt;</w:t>
        <w:br/>
        <w:t>достославний дон Родріго,&lt;br /&gt;</w:t>
        <w:br/>
        <w:t>що являє силу й смілість,&lt;br /&gt;</w:t>
        <w:br/>
        <w:t>незвичайну в його віці,&lt;br /&gt;</w:t>
        <w:br/>
        <w:t>пориваючись поширить&lt;br /&gt;</w:t>
        <w:br/>
        <w:t>Калатрави володіння&lt;br /&gt;</w:t>
        <w:br/>
        <w:t>і здобути слави й честі,&lt;br /&gt;</w:t>
        <w:br/>
        <w:t>взяв в облогу наше місто.&lt;br /&gt;</w:t>
        <w:br/>
        <w:t>Ми чинили мужній опір&lt;br /&gt;</w:t>
        <w:br/>
        <w:t>проти рицарської сили,&lt;br /&gt;</w:t>
        <w:br/>
        <w:t>ріки крові пролилися&lt;br /&gt;</w:t>
        <w:br/>
        <w:t>у запеклій, лютій битві.&lt;br /&gt;</w:t>
        <w:br/>
        <w:t>Все ж противник переміг&lt;br /&gt;</w:t>
        <w:br/>
        <w:t>тільки тому, що магістру&lt;br /&gt;</w:t>
        <w:br/>
        <w:t>помагав Фернандо Гомес&lt;br /&gt;</w:t>
        <w:br/>
        <w:t>і порадою, і ділом.&lt;br /&gt;</w:t>
        <w:br/>
        <w:t>Нині ми під його владу&lt;br /&gt;</w:t>
        <w:br/>
        <w:t>перейти усі повинні,&lt;br /&gt;</w:t>
        <w:br/>
        <w:t>якщо ви не подасте&lt;br /&gt;</w:t>
        <w:br/>
        <w:t>нам негайної підтримки.&lt;br /&gt;</w:t>
        <w:br/>
        <w:t>Король&lt;br /&gt;</w:t>
        <w:br/>
        <w:t>Де тепер Фернандо Гомес?&lt;br /&gt;</w:t>
        <w:br/>
        <w:t>Перший рехідор&lt;br /&gt;</w:t>
        <w:br/>
        <w:t>У Овечій десь Криниці;&lt;br /&gt;</w:t>
        <w:br/>
        <w:t>як відомо, в тім містечку&lt;br /&gt;</w:t>
        <w:br/>
        <w:t>головний його осідок.&lt;br /&gt;</w:t>
        <w:br/>
        <w:t>Він усім своїм підданцям&lt;br /&gt;</w:t>
        <w:br/>
        <w:t>неймовірні чинить кривди,—&lt;br /&gt;</w:t>
        <w:br/>
        <w:t>від ґвалтовної сваволі&lt;br /&gt;</w:t>
        <w:br/>
        <w:t>стогнуть люди нещасливі.&lt;br /&gt;</w:t>
        <w:br/>
        <w:t>Король&lt;br /&gt;</w:t>
        <w:br/>
        <w:t>Є у вас якісь призвідці?&lt;br /&gt;</w:t>
        <w:br/>
        <w:t>Другий рехідор&lt;br /&gt;</w:t>
        <w:br/>
        <w:t>Ні, сеньйоре любий, звідки?&lt;br /&gt;</w:t>
        <w:br/>
        <w:t>Наші шляхтичі усі&lt;br /&gt;</w:t>
        <w:br/>
        <w:t>у полоні, хто не вбитий.&lt;br /&gt;</w:t>
        <w:br/>
        <w:t>Донья Ісабела&lt;br /&gt;</w:t>
        <w:br/>
        <w:t>Ясно вказує це діло,&lt;br /&gt;</w:t>
        <w:br/>
        <w:t>що робити треба нам:&lt;br /&gt;</w:t>
        <w:br/>
        <w:t>відсіч дать бунтівникам,&lt;br /&gt;</w:t>
        <w:br/>
        <w:t>силі протиставить силу.&lt;br /&gt;</w:t>
        <w:br/>
        <w:t>Зараз саме слушний мент&lt;br /&gt;</w:t>
        <w:br/>
        <w:t>підлу зраду побороти,&lt;br /&gt;</w:t>
        <w:br/>
        <w:t>бо увійде в ці ворота&lt;br /&gt;</w:t>
        <w:br/>
        <w:t>до Кастільї претендент.&lt;br /&gt;</w:t>
        <w:br/>
        <w:t>Король&lt;br /&gt;</w:t>
        <w:br/>
        <w:t>Дон Манріке, ви ідіть&lt;br /&gt;</w:t>
        <w:br/>
        <w:t>Зараз же з двома полками;&lt;br /&gt;</w:t>
        <w:br/>
        <w:t>впоравшись з бунтівниками,&lt;br /&gt;</w:t>
        <w:br/>
        <w:t>там порядок наведіть.&lt;br /&gt;</w:t>
        <w:br/>
        <w:t>З вами піде граф де Кабра&lt;br /&gt;</w:t>
        <w:br/>
        <w:t>З роду славних кордов'ян 13;&lt;br /&gt;</w:t>
        <w:br/>
        <w:t>має він гучний талан&lt;br /&gt;</w:t>
        <w:br/>
        <w:t>брати ворога за зябра.&lt;br /&gt;</w:t>
        <w:br/>
        <w:t>Час настав, по всьому видно,&lt;br /&gt;</w:t>
        <w:br/>
        <w:t>вдатись до рішучих дій.&lt;br /&gt;</w:t>
        <w:br/>
        <w:t>М а н р і к е&lt;br /&gt;</w:t>
        <w:br/>
        <w:t>Мудре слово, пане мій,&lt;br /&gt;</w:t>
        <w:br/>
        <w:t>уст твоїх монарших гідне.&lt;br /&gt;</w:t>
        <w:br/>
        <w:t>З перемогою вернуся,&lt;br /&gt;</w:t>
        <w:br/>
        <w:t>як не згину у бою.&lt;br /&gt;</w:t>
        <w:br/>
        <w:t>Донья Ісабела&lt;br /&gt;</w:t>
        <w:br/>
        <w:t>Мужність знаючи твою,&lt;br /&gt;</w:t>
        <w:br/>
        <w:t>я за успіх не боюся.&lt;br /&gt;</w:t>
        <w:br/>
        <w:t>Всі виходять.&lt;br /&gt;</w:t>
        <w:br/>
        <w:t>ЯВА ДЕСЯТА&lt;br /&gt;</w:t>
        <w:br/>
        <w:t>Поле за Овечою Криницею. Лавренсія, Фрондосо.&lt;br /&gt;</w:t>
        <w:br/>
        <w:t>Лавренсія&lt;br /&gt;</w:t>
        <w:br/>
        <w:t>Кинувши прання на кладці,&lt;br /&gt;</w:t>
        <w:br/>
        <w:t>я прийшла сюди з потоку,&lt;br /&gt;</w:t>
        <w:br/>
        <w:t>щоб сказать тобі, Фрондосо,—&lt;br /&gt;</w:t>
        <w:br/>
        <w:t>так поводитись негоже.&lt;br /&gt;</w:t>
        <w:br/>
        <w:t>Вже помітили всі люди,&lt;br /&gt;</w:t>
        <w:br/>
        <w:t>що ти ходиш скрізь за мною,&lt;br /&gt;</w:t>
        <w:br/>
        <w:t>по всьому пішли містечку&lt;br /&gt;</w:t>
        <w:br/>
        <w:t>поголоски, поговори.&lt;br /&gt;</w:t>
        <w:br/>
        <w:t>Ти ж нівроку, хлопець добрий&lt;br /&gt;</w:t>
        <w:br/>
        <w:t>і хороший, і заможний,&lt;br /&gt;</w:t>
        <w:br/>
        <w:t>і за інших показніший,—&lt;br /&gt;</w:t>
        <w:br/>
        <w:t>от і вирішила молодь,&lt;br /&gt;</w:t>
        <w:br/>
        <w:t>парубки й дівчата наші,&lt;br /&gt;</w:t>
        <w:br/>
        <w:t>і на вулиці, і в полі&lt;br /&gt;</w:t>
        <w:br/>
        <w:t>ув один говорять голос.&lt;br /&gt;</w:t>
        <w:br/>
        <w:t>що люблюся я з тобою.&lt;br /&gt;</w:t>
        <w:br/>
        <w:t>Всі чекають дня, коли&lt;br /&gt;</w:t>
        <w:br/>
        <w:t>паламар наш голомозий&lt;br /&gt;</w:t>
        <w:br/>
        <w:t>нам у церкві після служби&lt;br /&gt;</w:t>
        <w:br/>
        <w:t>заповіді оголосить.&lt;br /&gt;</w:t>
        <w:br/>
        <w:t>Дбав би краще ти про те,&lt;br /&gt;</w:t>
        <w:br/>
        <w:t>як зерном набить комори&lt;br /&gt;</w:t>
        <w:br/>
        <w:t>та глеки широкогорлі&lt;br /&gt;</w:t>
        <w:br/>
        <w:t>молодим вином наповнить,&lt;br /&gt;</w:t>
        <w:br/>
        <w:t>ніж про теє женихання&lt;br /&gt;</w:t>
        <w:br/>
        <w:t>та про любощі торочить;&lt;br /&gt;</w:t>
        <w:br/>
        <w:t>хочу спати я спокійно,&lt;br /&gt;</w:t>
        <w:br/>
        <w:t>нащо здавсь мені той клопіт?&lt;br /&gt;</w:t>
        <w:br/>
        <w:t>Фрондосо&lt;br /&gt;</w:t>
        <w:br/>
        <w:t>Ой Лавренсіє, не смійся&lt;br /&gt;</w:t>
        <w:br/>
        <w:t>ти із щирої любові!&lt;br /&gt;</w:t>
        <w:br/>
        <w:t>І життя мені, і смерть —&lt;br /&gt;</w:t>
        <w:br/>
        <w:t>у твоїм єдинім слові.&lt;br /&gt;</w:t>
        <w:br/>
        <w:t>Знаєш ти, що я тебе&lt;br /&gt;</w:t>
        <w:br/>
        <w:t>за дружину взяти хочу,&lt;br /&gt;</w:t>
        <w:br/>
        <w:t>і так ставишся до мене...&lt;br /&gt;</w:t>
        <w:br/>
        <w:t>Лавренсія&lt;br /&gt;</w:t>
        <w:br/>
        <w:t>Бо інакше і не можу.&lt;br /&gt;</w:t>
        <w:br/>
        <w:t>Фрондосо&lt;br /&gt;</w:t>
        <w:br/>
        <w:t>Та невже ж не пожалієш&lt;br /&gt;</w:t>
        <w:br/>
        <w:t>ти мене в моєму горі?&lt;br /&gt;</w:t>
        <w:br/>
        <w:t>Я не їм, не п'ю, не сплю&lt;br /&gt;</w:t>
        <w:br/>
        <w:t>через тебе дні і ночі!&lt;br /&gt;</w:t>
        <w:br/>
        <w:t>Личко янгольське, а серце&lt;br /&gt;</w:t>
        <w:br/>
        <w:t>невблаганне і жорстоке...&lt;br /&gt;</w:t>
        <w:br/>
        <w:t>Милий боже, я шалію!&lt;br /&gt;</w:t>
        <w:br/>
        <w:t>Лавренсія&lt;br /&gt;</w:t>
        <w:br/>
        <w:t>То лікуйся й будь здоровий.&lt;br /&gt;</w:t>
        <w:br/>
        <w:t>Фрондосо&lt;br /&gt;</w:t>
        <w:br/>
        <w:t>Я тоді здоровий буду,&lt;br /&gt;</w:t>
        <w:br/>
        <w:t>як укупочці з тобою&lt;br /&gt;</w:t>
        <w:br/>
        <w:t>воркуватимемо любо,&lt;br /&gt;</w:t>
        <w:br/>
        <w:t>наче пара голубочків,&lt;br /&gt;</w:t>
        <w:br/>
        <w:t>як у церкві...&lt;br /&gt;</w:t>
        <w:br/>
        <w:t>Лавренсія&lt;br /&gt;</w:t>
        <w:br/>
        <w:t>Побалакай&lt;br /&gt;</w:t>
        <w:br/>
        <w:t>3 моїм дядьком краще, хлопче;&lt;br /&gt;</w:t>
        <w:br/>
        <w:t>хоч тебе я й не кохаю,&lt;br /&gt;</w:t>
        <w:br/>
        <w:t>маю в серці жалю трошки.&lt;br /&gt;</w:t>
        <w:br/>
        <w:t>Фрондосо&lt;br /&gt;</w:t>
        <w:br/>
        <w:t>Ох, біда! Іде сеньйор!&lt;br /&gt;</w:t>
        <w:br/>
        <w:t>Лавренсія&lt;br /&gt;</w:t>
        <w:br/>
        <w:t>Мабуть, вийшов на охоту.&lt;br /&gt;</w:t>
        <w:br/>
        <w:t>Ти сховайся у кущі.&lt;br /&gt;</w:t>
        <w:br/>
        <w:t>Фрондосо&lt;br /&gt;</w:t>
        <w:br/>
        <w:t>Ох, суперник мій вельможний!&lt;br /&gt;</w:t>
        <w:br/>
        <w:t>(Ховається),&lt;br /&gt;</w:t>
        <w:br/>
        <w:t>ЯВА ОДИНАДЦЯТА&lt;br /&gt;</w:t>
        <w:br/>
        <w:t>Входить командор із самострілом.&lt;br /&gt;</w:t>
        <w:br/>
        <w:t>Командор&lt;br /&gt;</w:t>
        <w:br/>
        <w:t>На ловця і ^зір^біжить! .&lt;br /&gt;</w:t>
        <w:br/>
        <w:t>Ще й не олень прудконогий,&lt;br /&gt;</w:t>
        <w:br/>
        <w:t>а нівроку, гарна сарна.&lt;br /&gt;</w:t>
        <w:br/>
        <w:t>Лавренсія&lt;br /&gt;</w:t>
        <w:br/>
        <w:t>Прала хустя я в потоці,&lt;br /&gt;</w:t>
        <w:br/>
        <w:t>потім хвильку спочивала;&lt;br /&gt;</w:t>
        <w:br/>
        <w:t>якщо пан мені дозволить,&lt;br /&gt;</w:t>
        <w:br/>
        <w:t>Знов вернуся я на кладку.&lt;br /&gt;</w:t>
        <w:br/>
        <w:t>Командор&lt;br /&gt;</w:t>
        <w:br/>
        <w:t>Ти, Лавренсіє, хороша,&lt;br /&gt;</w:t>
        <w:br/>
        <w:t>та твоя дикунська гордість&lt;br /&gt;</w:t>
        <w:br/>
        <w:t>дуже шкодить пишній вроді,&lt;br /&gt;</w:t>
        <w:br/>
        <w:t>що тобі вділила доля,&lt;br /&gt;</w:t>
        <w:br/>
        <w:t>і зміня її в потворність.&lt;br /&gt;</w:t>
        <w:br/>
        <w:t>Ти не раз уже втікала&lt;br /&gt;</w:t>
        <w:br/>
        <w:t>від мого палкого зову,&lt;br /&gt;</w:t>
        <w:br/>
        <w:t>та тепер звело докупи&lt;br /&gt;</w:t>
        <w:br/>
        <w:t>нас це поле край діброви.&lt;br /&gt;</w:t>
        <w:br/>
        <w:t>Доки ж будеш ти одна&lt;br /&gt;</w:t>
        <w:br/>
        <w:t>Зневажать свого сеньйора,&lt;br /&gt;</w:t>
        <w:br/>
        <w:t>як од пахолка якогось,&lt;br /&gt;</w:t>
        <w:br/>
        <w:t>одвертать од мене очі?&lt;br /&gt;</w:t>
        <w:br/>
        <w:t>Піддалася ж Себастьяна&lt;br /&gt;</w:t>
        <w:br/>
        <w:t>й жінка Переса Товстого,&lt;br /&gt;</w:t>
        <w:br/>
        <w:t>хоч обидві вже замужні,&lt;br /&gt;</w:t>
        <w:br/>
        <w:t>й наречена Педро Посо,&lt;br /&gt;</w:t>
        <w:br/>
        <w:t>хоч два дні, як заручилась,&lt;br /&gt;</w:t>
        <w:br/>
        <w:t>а мою вволила волю!&lt;br /&gt;</w:t>
        <w:br/>
        <w:t>Лавренсія&lt;br /&gt;</w:t>
        <w:br/>
        <w:t>їм, сеньйоре, не дивуйте,&lt;br /&gt;</w:t>
        <w:br/>
        <w:t>що далися на підмову,&lt;br /&gt;</w:t>
        <w:br/>
        <w:t>бо й раніш гуляли добре&lt;br /&gt;</w:t>
        <w:br/>
        <w:t>й не одному, певне, хлопцю&lt;br /&gt;</w:t>
        <w:br/>
        <w:t>того щастя уділяли.&lt;br /&gt;</w:t>
        <w:br/>
        <w:t>Йдіть собі полюйте з богом!&lt;br /&gt;</w:t>
        <w:br/>
        <w:t>Щоб не хрест на вас червоний,—&lt;br /&gt;</w:t>
        <w:br/>
        <w:t>я б гадала, що за мною&lt;br /&gt;</w:t>
        <w:br/>
        <w:t>З пекла ув'язався чорт.&lt;br /&gt;</w:t>
        <w:br/>
        <w:t>Командор&lt;br /&gt;</w:t>
        <w:br/>
        <w:t>Що за мова непристойна!&lt;br /&gt;</w:t>
        <w:br/>
        <w:t>Покладу я самостріла&lt;br /&gt;</w:t>
        <w:br/>
        <w:t>непотрібного додолу&lt;br /&gt;</w:t>
        <w:br/>
        <w:t>і пущу у діло руки —&lt;br /&gt;</w:t>
        <w:br/>
        <w:t>годі панькатися!&lt;br /&gt;</w:t>
        <w:br/>
        <w:t>Лавренсія&lt;br /&gt;</w:t>
        <w:br/>
        <w:t>Що ви!&lt;br /&gt;</w:t>
        <w:br/>
        <w:t>Не займайте! Схаменіться!&lt;br /&gt;</w:t>
        <w:br/>
        <w:t>Фрондосо викрадається з-за кущів до самостріла.&lt;br /&gt;</w:t>
        <w:br/>
        <w:t>Командор&lt;br /&gt;</w:t>
        <w:br/>
        <w:t>Не пручайся!&lt;br /&gt;</w:t>
        <w:br/>
        <w:t>Фрондосо&lt;br /&gt;</w:t>
        <w:br/>
        <w:t>(набік)&lt;br /&gt;</w:t>
        <w:br/>
        <w:t>Ну, сеньйоре,&lt;br /&gt;</w:t>
        <w:br/>
        <w:t>як візьму я самостріла,&lt;br /&gt;</w:t>
        <w:br/>
        <w:t>вам, здається, буде горе!&lt;br /&gt;</w:t>
        <w:br/>
        <w:t>(Бере зброю до рук).&lt;br /&gt;</w:t>
        <w:br/>
        <w:t>Командор&lt;br /&gt;</w:t>
        <w:br/>
        <w:t>Ну ж бо, годі!&lt;br /&gt;</w:t>
        <w:br/>
        <w:t>Лавренсія&lt;br /&gt;</w:t>
        <w:br/>
        <w:t>Милий боже,&lt;br /&gt;</w:t>
        <w:br/>
        <w:t>порятуй мене!&lt;br /&gt;</w:t>
        <w:br/>
        <w:t>Командор&lt;br /&gt;</w:t>
        <w:br/>
        <w:t>Чого ти?&lt;br /&gt;</w:t>
        <w:br/>
        <w:t>Тут же, бач, нема нікого.&lt;br /&gt;</w:t>
        <w:br/>
        <w:t>Фрондосо&lt;br /&gt;</w:t>
        <w:br/>
        <w:t>Благородний командоре,&lt;br /&gt;</w:t>
        <w:br/>
        <w:t>не чіпляйтеся до неї,&lt;br /&gt;</w:t>
        <w:br/>
        <w:t>бо за кривду я стрілою&lt;br /&gt;</w:t>
        <w:br/>
        <w:t>груди ваші прохромлю,&lt;br /&gt;</w:t>
        <w:br/>
        <w:t>не збоюсь хреста святого.&lt;br /&gt;</w:t>
        <w:br/>
        <w:t>Командор&lt;br /&gt;</w:t>
        <w:br/>
        <w:t>Пес! Мугир!&lt;br /&gt;</w:t>
        <w:br/>
        <w:t>Фрондосо&lt;br /&gt;</w:t>
        <w:br/>
        <w:t>Нема тут пса.&lt;br /&gt;</w:t>
        <w:br/>
        <w:t>Йди, Лавренсіє.&lt;br /&gt;</w:t>
        <w:br/>
        <w:t>Лавренсія&lt;br /&gt;</w:t>
        <w:br/>
        <w:t>Фрондосо,&lt;br /&gt;</w:t>
        <w:br/>
        <w:t>будь обачний!&lt;br /&gt;</w:t>
        <w:br/>
        <w:t>Фрондосо&lt;br /&gt;</w:t>
        <w:br/>
        <w:t>Утікай!&lt;br /&gt;</w:t>
        <w:br/>
        <w:t>Лавренсія йде геть.&lt;br /&gt;</w:t>
        <w:br/>
        <w:t>ЯВА ДВАНАДЦЯТА&lt;br /&gt;</w:t>
        <w:br/>
        <w:t>Командор, Фрондосо.&lt;br /&gt;</w:t>
        <w:br/>
        <w:t>Командор&lt;br /&gt;</w:t>
        <w:br/>
        <w:t>Надало ж мені із дому&lt;br /&gt;</w:t>
        <w:br/>
        <w:t>вийти, дурневі, без шпаги!&lt;br /&gt;</w:t>
        <w:br/>
        <w:t>Дичини щоб не полохать,&lt;br /&gt;</w:t>
        <w:br/>
        <w:t>я не взяв її з собою.&lt;br /&gt;</w:t>
        <w:br/>
        <w:t>Фрондосо&lt;br /&gt;</w:t>
        <w:br/>
        <w:t>Як пущу стрілу, сеньйоре,&lt;br /&gt;</w:t>
        <w:br/>
        <w:t>то із місця вам не встать.&lt;br /&gt;</w:t>
        <w:br/>
        <w:t>Командор&lt;br /&gt;</w:t>
        <w:br/>
        <w:t>Вже втекла... Мерзенний хлопе,&lt;br /&gt;</w:t>
        <w:br/>
        <w:t>кинь на землю самостріла!&lt;br /&gt;</w:t>
        <w:br/>
        <w:t>Я кому кажу?&lt;br /&gt;</w:t>
        <w:br/>
        <w:t>Фрондосо&lt;br /&gt;</w:t>
        <w:br/>
        <w:t>Не можу,&lt;br /&gt;</w:t>
        <w:br/>
        <w:t>ви ж мене тоді вб'єте.&lt;br /&gt;</w:t>
        <w:br/>
        <w:t>Знайте, пане, що любов,&lt;br /&gt;</w:t>
        <w:br/>
        <w:t>мов глуха, не слуха слова,&lt;br /&gt;</w:t>
        <w:br/>
        <w:t>як пишає на престолі.&lt;br /&gt;</w:t>
        <w:br/>
        <w:t>Командор&lt;br /&gt;</w:t>
        <w:br/>
        <w:t>То, виходить, має спину&lt;br /&gt;</w:t>
        <w:br/>
        <w:t>повернути благородний&lt;br /&gt;</w:t>
        <w:br/>
        <w:t>перед хамом? Ну, стріляй же,&lt;br /&gt;</w:t>
        <w:br/>
        <w:t>та гляди, щоб я закону&lt;br /&gt;</w:t>
        <w:br/>
        <w:t>рицарського не зламав!&lt;br /&gt;</w:t>
        <w:br/>
        <w:t>Фрондосо&lt;br /&gt;</w:t>
        <w:br/>
        <w:t>Ні, я тямлю, хто я й що я,&lt;br /&gt;</w:t>
        <w:br/>
        <w:t>і стрілять на вас не буду,&lt;br /&gt;</w:t>
        <w:br/>
        <w:t>самостріла ж із собою&lt;br /&gt;</w:t>
        <w:br/>
        <w:t>Заберу, бо хочу жить.&lt;br /&gt;</w:t>
        <w:br/>
        <w:t>(Виходить).&lt;br /&gt;</w:t>
        <w:br/>
        <w:t>Командор&lt;br /&gt;</w:t>
        <w:br/>
        <w:t>От нечувана пригода!&lt;br /&gt;</w:t>
        <w:br/>
        <w:t>Та помщуся я жорстоко&lt;br /&gt;</w:t>
        <w:br/>
        <w:t>за образу й перешкоду...&lt;br /&gt;</w:t>
        <w:br/>
        <w:t>Чом не кинувсь я на нього?&lt;br /&gt;</w:t>
        <w:br/>
        <w:t>Це мені довічний сором!&lt;br /&gt;</w:t>
        <w:br/>
        <w:t>ДІЯ ДРУГА&lt;br /&gt;</w:t>
        <w:br/>
        <w:t>Майдан в Овечій Криниці.&lt;br /&gt;</w:t>
        <w:br/>
        <w:t>ЯВА ПЕРША&lt;br /&gt;</w:t>
        <w:br/>
        <w:t>Естеван, рехідор.&lt;br /&gt;</w:t>
        <w:br/>
        <w:t>Е с т е в а н&lt;br /&gt;</w:t>
        <w:br/>
        <w:t>Сутужний рік, самі здорові знаєте,&lt;br /&gt;</w:t>
        <w:br/>
        <w:t>та рано одкривати гамазей;&lt;br /&gt;</w:t>
        <w:br/>
        <w:t>сім раз одмірять треба, раз одкраяти,&lt;br /&gt;</w:t>
        <w:br/>
        <w:t>Ігро^чирний деігь~запас прид-^стьСя"цей, —&lt;br /&gt;</w:t>
        <w:br/>
        <w:t>хоч і не легко декого розраяти.&lt;br /&gt;</w:t>
        <w:br/>
        <w:t>Рехідор&lt;br /&gt;</w:t>
        <w:br/>
        <w:t>Усякого почуєш од людей;&lt;br /&gt;</w:t>
        <w:br/>
        <w:t>не проста річ орудувать громадою.&lt;br /&gt;</w:t>
        <w:br/>
        <w:t>Естеван&lt;br /&gt;</w:t>
        <w:br/>
        <w:t>Вдамося й до сеньйора за порадою.&lt;br /&gt;</w:t>
        <w:br/>
        <w:t>Та доки ж будуть нас іще морочити&lt;br /&gt;</w:t>
        <w:br/>
        <w:t>оті, мовляв, премудрі звіздарі?&lt;br /&gt;</w:t>
        <w:br/>
        <w:t>Привикли, мов теологи, торочити&lt;br /&gt;</w:t>
        <w:br/>
        <w:t>про тайни божі, про календарі,&lt;br /&gt;</w:t>
        <w:br/>
        <w:t>майбутнє намагаються пророчити&lt;br /&gt;</w:t>
        <w:br/>
        <w:t>і пояснити нам часи старі;&lt;br /&gt;</w:t>
        <w:br/>
        <w:t>спитай же, що потрібно на сьогодні,—&lt;br /&gt;</w:t>
        <w:br/>
        <w:t>вони на те відповісти не годні.&lt;br /&gt;</w:t>
        <w:br/>
        <w:t>У них, напевне, хмари в рукаві,&lt;br /&gt;</w:t>
        <w:br/>
        <w:t>а всі тіла небесні у хустині,&lt;br /&gt;</w:t>
        <w:br/>
        <w:t>що зпають всі прикмети рокові&lt;br /&gt;</w:t>
        <w:br/>
        <w:t>і голову затуркують людині;&lt;br /&gt;</w:t>
        <w:br/>
        <w:t>вони нас вчать, оракули живі,&lt;br /&gt;</w:t>
        <w:br/>
        <w:t>де сіяти ячмінь, садити дині,&lt;br /&gt;</w:t>
        <w:br/>
        <w:t>де вродять гарбузи та огірки,—&lt;br /&gt;</w:t>
        <w:br/>
        <w:t>а у самих на в'язах кабаки.&lt;br /&gt;</w:t>
        <w:br/>
        <w:t>Буває, провістять, що хтось помре,&lt;br /&gt;</w:t>
        <w:br/>
        <w:t>і справді хтось вмирає — в Трансільванії *,&lt;br /&gt;</w:t>
        <w:br/>
        <w:t>що мало винограду баск збере,&lt;br /&gt;</w:t>
        <w:br/>
        <w:t>Зате зародить буйний хміль у Данії,&lt;br /&gt;</w:t>
        <w:br/>
        <w:t>в Гасконі 2 гусінь вишні пожере&lt;br /&gt;</w:t>
        <w:br/>
        <w:t>і тигрів стане більше у Гірканії...3&lt;br /&gt;</w:t>
        <w:br/>
        <w:t>Хоч слухай, хоч не слухай тих порад,&lt;br /&gt;</w:t>
        <w:br/>
        <w:t>а йде за жовтнем завжди листопад.&lt;br /&gt;</w:t>
        <w:br/>
        <w:t>ЯВА ДРУГА&lt;br /&gt;</w:t>
        <w:br/>
        <w:t>Леонело, Баррільдо; ті, що й були.&lt;br /&gt;</w:t>
        <w:br/>
        <w:t>Л е о н е л о&lt;br /&gt;</w:t>
        <w:br/>
        <w:t>Не треба нам було ловити гав.&lt;br /&gt;</w:t>
        <w:br/>
        <w:t>Спізнилися, вже зайнята брехальня 4.&lt;br /&gt;</w:t>
        <w:br/>
        <w:t>Баррільдо&lt;br /&gt;</w:t>
        <w:br/>
        <w:t>Ну як там в Саламанці? 5&lt;br /&gt;</w:t>
        <w:br/>
        <w:t>Леонело&lt;br /&gt;</w:t>
        <w:br/>
        <w:t>Сила справ.&lt;br /&gt;</w:t>
        <w:br/>
        <w:t>Баррільдо&lt;br /&gt;</w:t>
        <w:br/>
        <w:t>Ви вже юрист?&lt;br /&gt;</w:t>
        <w:br/>
        <w:t>Леонело&lt;br /&gt;</w:t>
        <w:br/>
        <w:t>Е, то дорога дальня.&lt;br /&gt;</w:t>
        <w:br/>
        <w:t>Я досі ще й цирульником не став,&lt;br /&gt;</w:t>
        <w:br/>
        <w:t>бо факультети в нас не ідеальні.&lt;br /&gt;</w:t>
        <w:br/>
        <w:t>Баррільдо&lt;br /&gt;</w:t>
        <w:br/>
        <w:t>А все ж таки стараєтесь, мабуть?&lt;br /&gt;</w:t>
        <w:br/>
        <w:t>Леонело&lt;br /&gt;</w:t>
        <w:br/>
        <w:t>У всьому хочу зрозуміти суть.&lt;br /&gt;</w:t>
        <w:br/>
        <w:t>Баррільдо&lt;br /&gt;</w:t>
        <w:br/>
        <w:t>Усі тепера стали мудрецями,&lt;br /&gt;</w:t>
        <w:br/>
        <w:t>як завелись друковані книжки.&lt;br /&gt;</w:t>
        <w:br/>
        <w:t>Леонело&lt;br /&gt;</w:t>
        <w:br/>
        <w:t>0 ні, Баррільдо, я не згоден з вами,&lt;br /&gt;</w:t>
        <w:br/>
        <w:t>мені здається, радше — навпаки,&lt;br /&gt;</w:t>
        <w:br/>
        <w:t>од сили книг ніяк прийти до тями&lt;br /&gt;</w:t>
        <w:br/>
        <w:t>не можуть збиті з плигу письмаки:&lt;br /&gt;</w:t>
        <w:br/>
        <w:t>хто на самі лиш заголовки гляне,&lt;br /&gt;</w:t>
        <w:br/>
        <w:t>тому на серці моторошно стане.&lt;br /&gt;</w:t>
        <w:br/>
        <w:t>Звичайно, гарна штука друкування,&lt;br /&gt;</w:t>
        <w:br/>
        <w:t>багато вчених винесло наверх&lt;br /&gt;</w:t>
        <w:br/>
        <w:t>1 зберегло нам не одно писання,&lt;br /&gt;</w:t>
        <w:br/>
        <w:t>щоб їх випадок в забуття не вверг,&lt;br /&gt;</w:t>
        <w:br/>
        <w:t>щоб від часу не знали руйнування.&lt;br /&gt;</w:t>
        <w:br/>
        <w:t>Цим прислужився людству Гутенберг 6,&lt;br /&gt;</w:t>
        <w:br/>
        <w:t>славетний розум, чародій із Майнца;&lt;br /&gt;</w:t>
        <w:br/>
        <w:t>весь світ шанує мудрого германця.&lt;br /&gt;</w:t>
        <w:br/>
        <w:t>Та не один себе знеславив сам,&lt;br /&gt;</w:t>
        <w:br/>
        <w:t>надрукувавши скороспілі твори,&lt;br /&gt;</w:t>
        <w:br/>
        <w:t>або, прикрившись вченого ім'ям,&lt;br /&gt;</w:t>
        <w:br/>
        <w:t>напхав у книги нісенітниць гори,&lt;br /&gt;</w:t>
        <w:br/>
        <w:t>або, щоб збути свій нікчемний крам,—&lt;br /&gt;</w:t>
        <w:br/>
        <w:t>є і такі зависники-потвори! —&lt;br /&gt;</w:t>
        <w:br/>
        <w:t>пустили писанину власних рук&lt;br /&gt;</w:t>
        <w:br/>
        <w:t>під прізвищем противника у друк.&lt;br /&gt;</w:t>
        <w:br/>
        <w:t>Баррільдо&lt;br /&gt;</w:t>
        <w:br/>
        <w:t>Цього вже я не можу зрозуміть.&lt;br /&gt;</w:t>
        <w:br/>
        <w:t>Л е о н е л о&lt;br /&gt;</w:t>
        <w:br/>
        <w:t>Невіглас завжди метиться над ученим.&lt;br /&gt;</w:t>
        <w:br/>
        <w:t>Баррільдо&lt;br /&gt;</w:t>
        <w:br/>
        <w:t>А все ж друкарство — сила, не кажіть.&lt;br /&gt;</w:t>
        <w:br/>
        <w:t>Л е о н е л о&lt;br /&gt;</w:t>
        <w:br/>
        <w:t>Багато ми про нього теревеним...&lt;br /&gt;</w:t>
        <w:br/>
        <w:t>Пройшло й без нього скільки он століть,&lt;br /&gt;</w:t>
        <w:br/>
        <w:t>а що в науці вік новий дає нам?&lt;br /&gt;</w:t>
        <w:br/>
        <w:t>Де нині Августін, де Єронім? 7&lt;br /&gt;</w:t>
        <w:br/>
        <w:t>Баррільдо&lt;br /&gt;</w:t>
        <w:br/>
        <w:t>Чим нам сваритись — сядьмо й помовчім.&lt;br /&gt;</w:t>
        <w:br/>
        <w:t>ЯВА ТРЕТЯ&lt;br /&gt;</w:t>
        <w:br/>
        <w:t>Хуан Рудий і ще один селянин; ті, що й були.&lt;br /&gt;</w:t>
        <w:br/>
        <w:t>Хуан Рудий&lt;br /&gt;</w:t>
        <w:br/>
        <w:t>Тепера дівка заміж як виходить,&lt;br /&gt;</w:t>
        <w:br/>
        <w:t>то дай велике віно, хоч заставсь;&lt;br /&gt;</w:t>
        <w:br/>
        <w:t>ще й на дарунки гроші переводить&lt;br /&gt;</w:t>
        <w:br/>
        <w:t>в селі і в місті звичай десь узявсь.&lt;br /&gt;</w:t>
        <w:br/>
        <w:t>Селянин&lt;br /&gt;</w:t>
        <w:br/>
        <w:t>А як же командор? Не перешкодить?&lt;br /&gt;</w:t>
        <w:br/>
        <w:t>Хуан Рудий&lt;br /&gt;</w:t>
        <w:br/>
        <w:t>Ізнову до Лавренсії чіплявсь.&lt;br /&gt;</w:t>
        <w:br/>
        <w:t>Селянин&lt;br /&gt;</w:t>
        <w:br/>
        <w:t>Чи е ще де такі кати блудливі?&lt;br /&gt;</w:t>
        <w:br/>
        <w:t>Повісити б його на тій оливі!&lt;br /&gt;</w:t>
        <w:br/>
        <w:t>ЯВА ЧЕТВЕРТА&lt;br /&gt;</w:t>
        <w:br/>
        <w:t>Входять командор, Ортуньйо та Флорес.&lt;br /&gt;</w:t>
        <w:br/>
        <w:t>Командор&lt;br /&gt;</w:t>
        <w:br/>
        <w:t>Добрий день вам, добрі люди!&lt;br /&gt;</w:t>
        <w:br/>
        <w:t>Р е х і д о р&lt;br /&gt;</w:t>
        <w:br/>
        <w:t>Пан прийшов!&lt;br /&gt;</w:t>
        <w:br/>
        <w:t>Командор&lt;br /&gt;</w:t>
        <w:br/>
        <w:t>Та не вставайте,&lt;br /&gt;</w:t>
        <w:br/>
        <w:t>можна й так.&lt;br /&gt;</w:t>
        <w:br/>
        <w:t>Е с т е в а н&lt;br /&gt;</w:t>
        <w:br/>
        <w:t>Ні, ви сідайте&lt;br /&gt;</w:t>
        <w:br/>
        <w:t>так, як завше,— краще буде,&lt;br /&gt;</w:t>
        <w:br/>
        <w:t>ми ж постоїмо, дарма.&lt;br /&gt;</w:t>
        <w:br/>
        <w:t>Командор&lt;br /&gt;</w:t>
        <w:br/>
        <w:t>Ні, я всіх прошу сідати.&lt;br /&gt;</w:t>
        <w:br/>
        <w:t>Е с т е в а н&lt;br /&gt;</w:t>
        <w:br/>
        <w:t>Чесний вміє честь оддати,&lt;br /&gt;</w:t>
        <w:br/>
        <w:t>а як честі в кім нема,&lt;br /&gt;</w:t>
        <w:br/>
        <w:t>як він іншого вшанує?&lt;br /&gt;</w:t>
        <w:br/>
        <w:t>Командор&lt;br /&gt;</w:t>
        <w:br/>
        <w:t>Бач, куди він заверта!&lt;br /&gt;</w:t>
        <w:br/>
        <w:t>Е с т е в а н&lt;br /&gt;</w:t>
        <w:br/>
        <w:t>Чи не бачив пан хорта?&lt;br /&gt;</w:t>
        <w:br/>
        <w:t>Командор&lt;br /&gt;</w:t>
        <w:br/>
        <w:t>Кажуть, добре він полює&lt;br /&gt;</w:t>
        <w:br/>
        <w:t>і літає, як стріла,—&lt;br /&gt;</w:t>
        <w:br/>
        <w:t>так мої говорять слуги.&lt;br /&gt;</w:t>
        <w:br/>
        <w:t>Е с т е в а н&lt;br /&gt;</w:t>
        <w:br/>
        <w:t>Біга швидше від злодюги&lt;br /&gt;</w:t>
        <w:br/>
        <w:t>чи від воїна-орла,&lt;br /&gt;</w:t>
        <w:br/>
        <w:t>що тікає з поля бою;&lt;br /&gt;</w:t>
        <w:br/>
        <w:t>там такий прудкий, ого!&lt;br /&gt;</w:t>
        <w:br/>
        <w:t>Командор&lt;br /&gt;</w:t>
        <w:br/>
        <w:t>То спаруйте ви його&lt;br /&gt;</w:t>
        <w:br/>
        <w:t>ІЗ куницею верткою,&lt;br /&gt;</w:t>
        <w:br/>
        <w:t>що од мене все втіка,&lt;br /&gt;</w:t>
        <w:br/>
        <w:t>як за нею не гонися.&lt;br /&gt;</w:t>
        <w:br/>
        <w:t>Естеван&lt;br /&gt;</w:t>
        <w:br/>
        <w:t>Що ж то, пане, за куниця?&lt;br /&gt;</w:t>
        <w:br/>
        <w:t>Командор&lt;br /&gt;</w:t>
        <w:br/>
        <w:t>То, старий, твоя дочка.&lt;br /&gt;</w:t>
        <w:br/>
        <w:t>Естеван&lt;br /&gt;</w:t>
        <w:br/>
        <w:t>Як, Лавренсія?&lt;br /&gt;</w:t>
        <w:br/>
        <w:t>Командор&lt;br /&gt;</w:t>
        <w:br/>
        <w:t>Вона.&lt;br /&gt;</w:t>
        <w:br/>
        <w:t>Естеван&lt;br /&gt;</w:t>
        <w:br/>
        <w:t>Он яка вам здобич мила!&lt;br /&gt;</w:t>
        <w:br/>
        <w:t>Командор&lt;br /&gt;</w:t>
        <w:br/>
        <w:t>Ти її добряче вилай.&lt;br /&gt;</w:t>
        <w:br/>
        <w:t>Естеван&lt;br /&gt;</w:t>
        <w:br/>
        <w:t>За що?&lt;br /&gt;</w:t>
        <w:br/>
        <w:t>Командор&lt;br /&gt;</w:t>
        <w:br/>
        <w:t>Бо вона дурна.&lt;br /&gt;</w:t>
        <w:br/>
        <w:t>Інша, теж не менш вродлива&lt;br /&gt;</w:t>
        <w:br/>
        <w:t>(муж її сидить між нас),&lt;br /&gt;</w:t>
        <w:br/>
        <w:t>прийняла мене не раз,—&lt;br /&gt;</w:t>
        <w:br/>
        <w:t>сказано, не вередлива.&lt;br /&gt;</w:t>
        <w:br/>
        <w:t>Естеван&lt;br /&gt;</w:t>
        <w:br/>
        <w:t>Це вже, пане, страмота —&lt;br /&gt;</w:t>
        <w:br/>
        <w:t>так робити й говорити.&lt;br /&gt;</w:t>
        <w:br/>
        <w:t>Командор&lt;br /&gt;</w:t>
        <w:br/>
        <w:t>Цей мугир не в тім'я битий!&lt;br /&gt;</w:t>
        <w:br/>
        <w:t>Чуєш, Флорес? Хай чита&lt;br /&gt;</w:t>
        <w:br/>
        <w:t>Арістотелеві твори;&lt;br /&gt;</w:t>
        <w:br/>
        <w:t>дай "Політику" 8 йому.&lt;br /&gt;</w:t>
        <w:br/>
        <w:t>Е с т е в а н&lt;br /&gt;</w:t>
        <w:br/>
        <w:t>Ми в містечкові свойму&lt;br /&gt;</w:t>
        <w:br/>
        <w:t>З честю хочем жить, сеньйоре.&lt;br /&gt;</w:t>
        <w:br/>
        <w:t>Уважай, є гідні люди&lt;br /&gt;</w:t>
        <w:br/>
        <w:t>серед наших криничан.&lt;br /&gt;</w:t>
        <w:br/>
        <w:t>Л е о н е л о&lt;br /&gt;</w:t>
        <w:br/>
        <w:t>Совісті не зна тиран!&lt;br /&gt;</w:t>
        <w:br/>
        <w:t>Командор&lt;br /&gt;</w:t>
        <w:br/>
        <w:t>Скажете, я вас огудив&lt;br /&gt;</w:t>
        <w:br/>
        <w:t>чи образив? Так і єсть!&lt;br /&gt;</w:t>
        <w:br/>
        <w:t>Р е х і д о р&lt;br /&gt;</w:t>
        <w:br/>
        <w:t>Пане, ви не дуже ґречні,&lt;br /&gt;</w:t>
        <w:br/>
        <w:t>ваші речі нестатечні,&lt;br /&gt;</w:t>
        <w:br/>
        <w:t>ви шануйте нашу честь.&lt;br /&gt;</w:t>
        <w:br/>
        <w:t>Командор&lt;br /&gt;</w:t>
        <w:br/>
        <w:t>Вашу честь? Оце впоров!&lt;br /&gt;</w:t>
        <w:br/>
        <w:t>Ви тут лицарі кругом!&lt;br /&gt;</w:t>
        <w:br/>
        <w:t>Р е х і д о р&lt;br /&gt;</w:t>
        <w:br/>
        <w:t>Інший чваниться хрестом,&lt;br /&gt;</w:t>
        <w:br/>
        <w:t>а нечисту має кров.&lt;br /&gt;</w:t>
        <w:br/>
        <w:t>То, виходить, як мішаю&lt;br /&gt;</w:t>
        <w:br/>
        <w:t>кров із вашою мою,&lt;br /&gt;</w:t>
        <w:br/>
        <w:t>я мужичу кров псую?&lt;br /&gt;</w:t>
        <w:br/>
        <w:t>Р Є X і д о р&lt;br /&gt;</w:t>
        <w:br/>
        <w:t>Чорна кров не прикрашає.&lt;br /&gt;</w:t>
        <w:br/>
        <w:t>Командор&lt;br /&gt;</w:t>
        <w:br/>
        <w:t>Ви що хочте говоріть,&lt;br /&gt;</w:t>
        <w:br/>
        <w:t>а жінки тій честі раді.&lt;br /&gt;</w:t>
        <w:br/>
        <w:t>Е с т е в а н&lt;br /&gt;</w:t>
        <w:br/>
        <w:t>Ми не віримо тій зраді,&lt;br /&gt;</w:t>
        <w:br/>
        <w:t>ви ж словами не блюзніть.&lt;br /&gt;</w:t>
        <w:br/>
        <w:t>Командор&lt;br /&gt;</w:t>
        <w:br/>
        <w:t>Ох же й темні селюки!&lt;br /&gt;</w:t>
        <w:br/>
        <w:t>У містах тобі все можна,&lt;br /&gt;</w:t>
        <w:br/>
        <w:t>як людина ти вельможна;&lt;br /&gt;</w:t>
        <w:br/>
        <w:t>там усі чоловіки&lt;br /&gt;</w:t>
        <w:br/>
        <w:t>навіть раді, їм приємно,&lt;br /&gt;</w:t>
        <w:br/>
        <w:t>щоб ходили до жінок.&lt;br /&gt;</w:t>
        <w:br/>
        <w:t>Е с т е в а н&lt;br /&gt;</w:t>
        <w:br/>
        <w:t>Наказали ви казок,&lt;br /&gt;</w:t>
        <w:br/>
        <w:t>щоб приспати нас,— даремно!&lt;br /&gt;</w:t>
        <w:br/>
        <w:t>І в містах є вишній бог,&lt;br /&gt;</w:t>
        <w:br/>
        <w:t>правосуддя є суворе.&lt;br /&gt;</w:t>
        <w:br/>
        <w:t>Командор&lt;br /&gt;</w:t>
        <w:br/>
        <w:t>Геть ізвідси!&lt;br /&gt;</w:t>
        <w:br/>
        <w:t>Е с т е в а п&lt;br /&gt;</w:t>
        <w:br/>
        <w:t>іВін говоре&lt;br /&gt;</w:t>
        <w:br/>
        <w:t>це до всіх чи лиш до двох?&lt;br /&gt;</w:t>
        <w:br/>
        <w:t>Командор&lt;br /&gt;</w:t>
        <w:br/>
        <w:t>Ви не чули? Геть з майдану!&lt;br /&gt;</w:t>
        <w:br/>
        <w:t>Всім кажу, не тільки двом.&lt;br /&gt;</w:t>
        <w:br/>
        <w:t>Естеван&lt;br /&gt;</w:t>
        <w:br/>
        <w:t>Та йдемо.&lt;br /&gt;</w:t>
        <w:br/>
        <w:t>Командор&lt;br /&gt;</w:t>
        <w:br/>
        <w:t>Не всі разом.&lt;br /&gt;</w:t>
        <w:br/>
        <w:t>Флорес&lt;br /&gt;</w:t>
        <w:br/>
        <w:t>Угамуйтесь, прошу пана.&lt;br /&gt;</w:t>
        <w:br/>
        <w:t>Командор&lt;br /&gt;</w:t>
        <w:br/>
        <w:t>Тут без мене люд ледачий&lt;br /&gt;</w:t>
        <w:br/>
        <w:t>знов почне дурне верзіння.&lt;br /&gt;</w:t>
        <w:br/>
        <w:t>Ортуньйо&lt;br /&gt;</w:t>
        <w:br/>
        <w:t>Майте трошечки терпіння!&lt;br /&gt;</w:t>
        <w:br/>
        <w:t>Командор&lt;br /&gt;</w:t>
        <w:br/>
        <w:t>Аж занадто я терплячий.&lt;br /&gt;</w:t>
        <w:br/>
        <w:t>Поодинці, не юрбою,&lt;br /&gt;</w:t>
        <w:br/>
        <w:t>всі розходьтесь по домах.&lt;br /&gt;</w:t>
        <w:br/>
        <w:t>Л е о н е л о&lt;br /&gt;</w:t>
        <w:br/>
        <w:t>Милий боже! Що за жах!&lt;br /&gt;</w:t>
        <w:br/>
        <w:t>Естеван&lt;br /&gt;</w:t>
        <w:br/>
        <w:t>Хто куди, а я сюдою.&lt;br /&gt;</w:t>
        <w:br/>
        <w:t>Селяни розходяться.&lt;br /&gt;</w:t>
        <w:br/>
        <w:t>ЯВА П'ЯТА&lt;br /&gt;</w:t>
        <w:br/>
        <w:t>Командор, Ортуньйо, Флорес.&lt;br /&gt;</w:t>
        <w:br/>
        <w:t>Командор&lt;br /&gt;</w:t>
        <w:br/>
        <w:t>Бачили цих криничан?&lt;br /&gt;</w:t>
        <w:br/>
        <w:t>Ортуньйо&lt;br /&gt;</w:t>
        <w:br/>
        <w:t>Дієш, пане, ти одкрито,&lt;br /&gt;</w:t>
        <w:br/>
        <w:t>та не хочеш зрозуміти&lt;br /&gt;</w:t>
        <w:br/>
        <w:t>невдоволення селян.&lt;br /&gt;</w:t>
        <w:br/>
        <w:t>Командор&lt;br /&gt;</w:t>
        <w:br/>
        <w:t>Стала чернь занадто сміла.&lt;br /&gt;</w:t>
        <w:br/>
        <w:t>Флорес&lt;br /&gt;</w:t>
        <w:br/>
        <w:t>Та куди вже їм до вас!&lt;br /&gt;</w:t>
        <w:br/>
        <w:t>Командор&lt;br /&gt;</w:t>
        <w:br/>
        <w:t>Ну, а де той свинопас,&lt;br /&gt;</w:t>
        <w:br/>
        <w:t>що мого взяв самостріла?&lt;br /&gt;</w:t>
        <w:br/>
        <w:t>Флорес&lt;br /&gt;</w:t>
        <w:br/>
        <w:t>Сю ніч я зловив одного&lt;br /&gt;</w:t>
        <w:br/>
        <w:t>у Лавренсїї в садку;&lt;br /&gt;</w:t>
        <w:br/>
        <w:t>постать ніби по знаку&lt;br /&gt;</w:t>
        <w:br/>
        <w:t>і одежа, як у того.&lt;br /&gt;</w:t>
        <w:br/>
        <w:t>Роздивився — аж не він;&lt;br /&gt;</w:t>
        <w:br/>
        <w:t>та й задав я хлопцю чосу!&lt;br /&gt;</w:t>
        <w:br/>
        <w:t>Командор&lt;br /&gt;</w:t>
        <w:br/>
        <w:t>Ну, а де ж таки Фрондосо?&lt;br /&gt;</w:t>
        <w:br/>
        <w:t>Флорес&lt;br /&gt;</w:t>
        <w:br/>
        <w:t>Тут десь бродить, сучий син.&lt;br /&gt;</w:t>
        <w:br/>
        <w:t>Ц&lt;br /&gt;</w:t>
        <w:br/>
        <w:t>Командор&lt;br /&gt;</w:t>
        <w:br/>
        <w:t>Тут десь бродить, зла личина,&lt;br /&gt;</w:t>
        <w:br/>
        <w:t>той, хто хтів мене убить!&lt;br /&gt;</w:t>
        <w:br/>
        <w:t>Флорес&lt;br /&gt;</w:t>
        <w:br/>
        <w:t>Попадеться рибка в сіть,&lt;br /&gt;</w:t>
        <w:br/>
        <w:t>попаде в сильце пташина!&lt;br /&gt;</w:t>
        <w:br/>
        <w:t>Командор&lt;br /&gt;</w:t>
        <w:br/>
        <w:t>Смішно і подумать навіть!&lt;br /&gt;</w:t>
        <w:br/>
        <w:t>Од меча мого завзяті&lt;br /&gt;</w:t>
        <w:br/>
        <w:t>маври трусяться в Гранаді,—&lt;br /&gt;</w:t>
        <w:br/>
        <w:t>й самостріла хлоп приставить&lt;br /&gt;</w:t>
        <w:br/>
        <w:t>до грудей мені посмів...&lt;br /&gt;</w:t>
        <w:br/>
        <w:t>Світові кінець надходить!&lt;br /&gt;</w:t>
        <w:br/>
        <w:t>Флорес&lt;br /&gt;</w:t>
        <w:br/>
        <w:t>А усе любов призводить.&lt;br /&gt;</w:t>
        <w:br/>
        <w:t>Ортуньйо&lt;br /&gt;</w:t>
        <w:br/>
        <w:t>Нахвалявся, та не вбив,&lt;br /&gt;</w:t>
        <w:br/>
        <w:t>то й за те скажи спасибі.&lt;br /&gt;</w:t>
        <w:br/>
        <w:t>Командор&lt;br /&gt;</w:t>
        <w:br/>
        <w:t>Я в собі тамую лють,&lt;br /&gt;</w:t>
        <w:br/>
        <w:t>та вони ще доведуть —&lt;br /&gt;</w:t>
        <w:br/>
        <w:t>до єдиної садиби&lt;br /&gt;</w:t>
        <w:br/>
        <w:t>знищу підле це €ЄЛО,&lt;br /&gt;</w:t>
        <w:br/>
        <w:t>кишло бунту й віроломства...&lt;br /&gt;</w:t>
        <w:br/>
        <w:t>Та до часу спить хай помста,&lt;br /&gt;</w:t>
        <w:br/>
        <w:t>веселімся, всім на зло.&lt;br /&gt;</w:t>
        <w:br/>
        <w:t>Як Пасквала?&lt;br /&gt;</w:t>
        <w:br/>
        <w:t>Флорес&lt;br /&gt;</w:t>
        <w:br/>
        <w:t>Добре зілля!&lt;br /&gt;</w:t>
        <w:br/>
        <w:t>Заміж, каже, йти охота.&lt;br /&gt;</w:t>
        <w:br/>
        <w:t>Командор&lt;br /&gt;</w:t>
        <w:br/>
        <w:t>Значить, поки що вільгота?&lt;br /&gt;</w:t>
        <w:br/>
        <w:t>Флорес&lt;br /&gt;</w:t>
        <w:br/>
        <w:t>Так, зате після весілля&lt;br /&gt;</w:t>
        <w:br/>
        <w:t>сплатить все, що вам належить.&lt;br /&gt;</w:t>
        <w:br/>
        <w:t>Командор&lt;br /&gt;</w:t>
        <w:br/>
        <w:t>А Олалья?&lt;br /&gt;</w:t>
        <w:br/>
        <w:t>Ортуньйо&lt;br /&gt;</w:t>
        <w:br/>
        <w:t>Та готова!&lt;br /&gt;</w:t>
        <w:br/>
        <w:t>Командор&lt;br /&gt;</w:t>
        <w:br/>
        <w:t>0, то дівчина бідова!&lt;br /&gt;</w:t>
        <w:br/>
        <w:t>Ортуньйо&lt;br /&gt;</w:t>
        <w:br/>
        <w:t>Лиш одне її бентежить:&lt;br /&gt;</w:t>
        <w:br/>
        <w:t>наречений страх сердитий,&lt;br /&gt;</w:t>
        <w:br/>
        <w:t>З неї ока не спускає,&lt;br /&gt;</w:t>
        <w:br/>
        <w:t>про мої гостинці знає&lt;br /&gt;</w:t>
        <w:br/>
        <w:t>і про панові візити...&lt;br /&gt;</w:t>
        <w:br/>
        <w:t>Та вона його одурить&lt;br /&gt;</w:t>
        <w:br/>
        <w:t>і пригорнеться до пана.&lt;br /&gt;</w:t>
        <w:br/>
        <w:t>Командор&lt;br /&gt;</w:t>
        <w:br/>
        <w:t>Штучка справді непогана!&lt;br /&gt;</w:t>
        <w:br/>
        <w:t>То хлописько брови хмурить?&lt;br /&gt;</w:t>
        <w:br/>
        <w:t>Ортуньйо&lt;br /&gt;</w:t>
        <w:br/>
        <w:t>Ходить назирці весь час.&lt;br /&gt;</w:t>
        <w:br/>
        <w:t>Командор&lt;br /&gt;</w:t>
        <w:br/>
        <w:t>А Інеса?&lt;br /&gt;</w:t>
        <w:br/>
        <w:t>Флорес&lt;br /&gt;</w:t>
        <w:br/>
        <w:t>Це котора?&lt;br /&gt;</w:t>
        <w:br/>
        <w:t>Командор&lt;br /&gt;</w:t>
        <w:br/>
        <w:t>Та Антонова ж.&lt;br /&gt;</w:t>
        <w:br/>
        <w:t>Флорес&lt;br /&gt;</w:t>
        <w:br/>
        <w:t>Бадьора,&lt;br /&gt;</w:t>
        <w:br/>
        <w:t>хоч сей вечір прийме вас;&lt;br /&gt;</w:t>
        <w:br/>
        <w:t>а як хочете, й по дню&lt;br /&gt;</w:t>
        <w:br/>
        <w:t>можете зайти до хати.&lt;br /&gt;</w:t>
        <w:br/>
        <w:t>Командор&lt;br /&gt;</w:t>
        <w:br/>
        <w:t>Тих жінок, що легко взяти,&lt;br /&gt;</w:t>
        <w:br/>
        <w:t>я люблю, та не ціню.&lt;br /&gt;</w:t>
        <w:br/>
        <w:t>Ох, якби ж вони уміли&lt;br /&gt;</w:t>
        <w:br/>
        <w:t>цінувать себе самі!&lt;br /&gt;</w:t>
        <w:br/>
        <w:t>Флорес&lt;br /&gt;</w:t>
        <w:br/>
        <w:t>Не ціна в нас на умі,&lt;br /&gt;</w:t>
        <w:br/>
        <w:t>як кохання серцю миле.&lt;br /&gt;</w:t>
        <w:br/>
        <w:t>Правда, мрію часто гублять&lt;br /&gt;</w:t>
        <w:br/>
        <w:t>успіхи швидкі й легкі,&lt;br /&gt;</w:t>
        <w:br/>
        <w:t>але ж є такі жінки,&lt;br /&gt;</w:t>
        <w:br/>
        <w:t>як сказав мудрець, що люблять&lt;br /&gt;</w:t>
        <w:br/>
        <w:t>так мужчин і прагнуть їх&lt;br /&gt;</w:t>
        <w:br/>
        <w:t>так, як форма прагне змісту,—&lt;br /&gt;</w:t>
        <w:br/>
        <w:t>тож повірмо моралісту&lt;br /&gt;</w:t>
        <w:br/>
        <w:t>й не дивуймося із них.&lt;br /&gt;</w:t>
        <w:br/>
        <w:t>Командор&lt;br /&gt;</w:t>
        <w:br/>
        <w:t>Той, у кім горить жага,&lt;br /&gt;</w:t>
        <w:br/>
        <w:t>утішається й радіє,&lt;br /&gt;</w:t>
        <w:br/>
        <w:t>як збувається надія,—&lt;br /&gt;</w:t>
        <w:br/>
        <w:t>та йому не дорога&lt;br /&gt;</w:t>
        <w:br/>
        <w:t>надто скора перемога;&lt;br /&gt;</w:t>
        <w:br/>
        <w:t>забувається в ту ж мить&lt;br /&gt;</w:t>
        <w:br/>
        <w:t>те, що ним оволодіть&lt;br /&gt;</w:t>
        <w:br/>
        <w:t>можна без труда тяжкого.&lt;br /&gt;</w:t>
        <w:br/>
        <w:t>ЯВА ШОСТА&lt;br /&gt;</w:t>
        <w:br/>
        <w:t>Входить солдат Сімбранос.&lt;br /&gt;</w:t>
        <w:br/>
        <w:t>Сімбраное&lt;br /&gt;</w:t>
        <w:br/>
        <w:t>Де тут буде командор?&lt;br /&gt;</w:t>
        <w:br/>
        <w:t>Ортуньйо&lt;br /&gt;</w:t>
        <w:br/>
        <w:t>Он же він перед тобою!&lt;br /&gt;</w:t>
        <w:br/>
        <w:t>Сімбранос&lt;br /&gt;</w:t>
        <w:br/>
        <w:t>0 хоробрий дон Фернандо!&lt;br /&gt;</w:t>
        <w:br/>
        <w:t>Заміни стальним шоломом&lt;br /&gt;</w:t>
        <w:br/>
        <w:t>ти зеленого бриля,&lt;br /&gt;</w:t>
        <w:br/>
        <w:t>а плаща зміняй на броню.&lt;br /&gt;</w:t>
        <w:br/>
        <w:t>Дон Манріке й граф де Кабра&lt;br /&gt;</w:t>
        <w:br/>
        <w:t>обложили вже Хірона,&lt;br /&gt;</w:t>
        <w:br/>
        <w:t>щоб Сьюдад-Реаль вернути&lt;br /&gt;</w:t>
        <w:br/>
        <w:t>до кастільської корони;&lt;br /&gt;</w:t>
        <w:br/>
        <w:t>як підмога не надійде,&lt;br /&gt;</w:t>
        <w:br/>
        <w:t>ми утратимо цей город,&lt;br /&gt;</w:t>
        <w:br/>
        <w:t>що преславній Калатраві&lt;br /&gt;</w:t>
        <w:br/>
        <w:t>коштував немало крові.&lt;br /&gt;</w:t>
        <w:br/>
        <w:t>Вже із мурів добре видно&lt;br /&gt;</w:t>
        <w:br/>
        <w:t>там на прапорах ворожих&lt;br /&gt;</w:t>
        <w:br/>
        <w:t>вежі та леви кастільські,&lt;br /&gt;</w:t>
        <w:br/>
        <w:t>ще і смуги арагонські 9.&lt;br /&gt;</w:t>
        <w:br/>
        <w:t>Обіцяв підтримку нам&lt;br /&gt;</w:t>
        <w:br/>
        <w:t>португалець дон Альфонсо,&lt;br /&gt;</w:t>
        <w:br/>
        <w:t>та не знати, чи магістер&lt;br /&gt;</w:t>
        <w:br/>
        <w:t>зможе вирваться з облоги.&lt;br /&gt;</w:t>
        <w:br/>
        <w:t>Сядь же на коня, сеньйоре!&lt;br /&gt;</w:t>
        <w:br/>
        <w:t>Як тебе побачить ворог,&lt;br /&gt;</w:t>
        <w:br/>
        <w:t>зараз вернеться в Кастілью.&lt;br /&gt;</w:t>
        <w:br/>
        <w:t>Командор&lt;br /&gt;</w:t>
        <w:br/>
        <w:t>Ясно. Балачок доволі!&lt;br /&gt;</w:t>
        <w:br/>
        <w:t>Ти, Ортуньйо, накажи&lt;br /&gt;</w:t>
        <w:br/>
        <w:t>дати гасло — всім до зброї!&lt;br /&gt;</w:t>
        <w:br/>
        <w:t>Скільки тут у нас солдатів?&lt;br /&gt;</w:t>
        <w:br/>
        <w:t>Ортуньйо&lt;br /&gt;</w:t>
        <w:br/>
        <w:t>Та не менше як п'ять сотень.&lt;br /&gt;</w:t>
        <w:br/>
        <w:t>Командор&lt;br /&gt;</w:t>
        <w:br/>
        <w:t>Хай сідають всі на коней!&lt;br /&gt;</w:t>
        <w:br/>
        <w:t>Сімбранос&lt;br /&gt;</w:t>
        <w:br/>
        <w:t>Як загаєтесь в дорозі,&lt;br /&gt;</w:t>
        <w:br/>
        <w:t>то впаде Сьюдад-Реаль.&lt;br /&gt;</w:t>
        <w:br/>
        <w:t>Командор&lt;br /&gt;</w:t>
        <w:br/>
        <w:t>Не допустим ми до того.&lt;br /&gt;</w:t>
        <w:br/>
        <w:t>Всі виходять.&lt;br /&gt;</w:t>
        <w:br/>
        <w:t>ЯВА СЬОМА&lt;br /&gt;</w:t>
        <w:br/>
        <w:t>Поле за Овечою Криницею.&lt;br /&gt;</w:t>
        <w:br/>
        <w:t>Входить Менго; Лавренсія та Пасквала біжать.&lt;br /&gt;</w:t>
        <w:br/>
        <w:t>Пасквала&lt;br /&gt;</w:t>
        <w:br/>
        <w:t>Менго, ти ж без нас не йди!&lt;br /&gt;</w:t>
        <w:br/>
        <w:t>Менго&lt;br /&gt;</w:t>
        <w:br/>
        <w:t>Мабуть, страшно вам розбою?&lt;br /&gt;</w:t>
        <w:br/>
        <w:t>Лавренсія&lt;br /&gt;</w:t>
        <w:br/>
        <w:t>Ми не ходим самотою&lt;br /&gt;</w:t>
        <w:br/>
        <w:t>відціля до слободи:&lt;br /&gt;</w:t>
        <w:br/>
        <w:t>боїмося вже йому&lt;br /&gt;</w:t>
        <w:br/>
        <w:t>і на очі потрапляти.&lt;br /&gt;</w:t>
        <w:br/>
        <w:t>Менго&lt;br /&gt;</w:t>
        <w:br/>
        <w:t>От і справді біс триклятий!&lt;br /&gt;</w:t>
        <w:br/>
        <w:t>Як нам здихать цю чуму?&lt;br /&gt;</w:t>
        <w:br/>
        <w:t>Лавренсія&lt;br /&gt;</w:t>
        <w:br/>
        <w:t>День і ніч він нас жахає.&lt;br /&gt;</w:t>
        <w:br/>
        <w:t>Менго&lt;br /&gt;</w:t>
        <w:br/>
        <w:t>Грім святий його скарай,&lt;br /&gt;</w:t>
        <w:br/>
        <w:t>поклади сваволі край!&lt;br /&gt;</w:t>
        <w:br/>
        <w:t>Лавренсія&lt;br /&gt;</w:t>
        <w:br/>
        <w:t>Це якась напасть лихая,&lt;br /&gt;</w:t>
        <w:br/>
        <w:t>кровожерний, лютий змій.&lt;br /&gt;</w:t>
        <w:br/>
        <w:t>Менго&lt;br /&gt;</w:t>
        <w:br/>
        <w:t>Кажуть люди, що твій любий&lt;br /&gt;</w:t>
        <w:br/>
        <w:t>врятував тебе од згуби&lt;br /&gt;</w:t>
        <w:br/>
        <w:t>на поляні лісовій&lt;br /&gt;</w:t>
        <w:br/>
        <w:t>і хотів убити пана.&lt;br /&gt;</w:t>
        <w:br/>
        <w:t>Лавренсія&lt;br /&gt;</w:t>
        <w:br/>
        <w:t>Зневажала я мужчин,&lt;br /&gt;</w:t>
        <w:br/>
        <w:t>та знайшовсь-таки один,&lt;br /&gt;</w:t>
        <w:br/>
        <w:t>що розвіяв ту оману.&lt;br /&gt;</w:t>
        <w:br/>
        <w:t>Мій Фрондосо молодчина,&lt;br /&gt;</w:t>
        <w:br/>
        <w:t>важить сміливо життям.&lt;br /&gt;</w:t>
        <w:br/>
        <w:t>Менго&lt;br /&gt;</w:t>
        <w:br/>
        <w:t>Хай тіка відціль, затям,&lt;br /&gt;</w:t>
        <w:br/>
        <w:t>бо як зловлять — дурно згине.&lt;br /&gt;</w:t>
        <w:br/>
        <w:t>Лавренсія&lt;br /&gt;</w:t>
        <w:br/>
        <w:t>Хоч його я і люблю,&lt;br /&gt;</w:t>
        <w:br/>
        <w:t>все ж йому втікати раю,&lt;br /&gt;</w:t>
        <w:br/>
        <w:t>тільки марно вговоряю —&lt;br /&gt;</w:t>
        <w:br/>
        <w:t>дуже впертий, не зломлю.&lt;br /&gt;</w:t>
        <w:br/>
        <w:t>А тим часом дон Фернан&lt;br /&gt;</w:t>
        <w:br/>
        <w:t>присягнув його повісить.&lt;br /&gt;</w:t>
        <w:br/>
        <w:t>Пасквала&lt;br /&gt;</w:t>
        <w:br/>
        <w:t>Хай_його з землею змісить!&lt;br /&gt;</w:t>
        <w:br/>
        <w:t>Менго&lt;br /&gt;</w:t>
        <w:br/>
        <w:t>Де б на звіра взять капкан?&lt;br /&gt;</w:t>
        <w:br/>
        <w:t>А то, може, каменюку&lt;br /&gt;</w:t>
        <w:br/>
        <w:t>просто в голову пустить —&lt;br /&gt;</w:t>
        <w:br/>
        <w:t>тільки череп захрустить...&lt;br /&gt;</w:t>
        <w:br/>
        <w:t>От би кокнути падлюку!&lt;br /&gt;</w:t>
        <w:br/>
        <w:t>Він у нас ще більший ірод,&lt;br /&gt;</w:t>
        <w:br/>
        <w:t>аніж римський цар Кабал.&lt;br /&gt;</w:t>
        <w:br/>
        <w:t>Лавренсія&lt;br /&gt;</w:t>
        <w:br/>
        <w:t>Звався Геліогабал 10&lt;br /&gt;</w:t>
        <w:br/>
        <w:t>той людського роду вирод.&lt;br /&gt;</w:t>
        <w:br/>
        <w:t>Менго&lt;br /&gt;</w:t>
        <w:br/>
        <w:t>Хай собі й Голикабан,&lt;br /&gt;</w:t>
        <w:br/>
        <w:t>я забув чудне імення,&lt;br /&gt;</w:t>
        <w:br/>
        <w:t>тільки знаю достеменно —&lt;br /&gt;</w:t>
        <w:br/>
        <w:t>заломив його наш пан.&lt;br /&gt;</w:t>
        <w:br/>
        <w:t>Хто сплодив його і вигрів,&lt;br /&gt;</w:t>
        <w:br/>
        <w:t>де ще знайдеться такий&lt;br /&gt;</w:t>
        <w:br/>
        <w:t>покруч, хижий і гидкий?&lt;br /&gt;</w:t>
        <w:br/>
        <w:t>Пасквала&lt;br /&gt;</w:t>
        <w:br/>
        <w:t>Де? Хіба що серед тигрів.&lt;br /&gt;</w:t>
        <w:br/>
        <w:t>ЯВА ВОСЬМА&lt;br /&gt;</w:t>
        <w:br/>
        <w:t>Вбігає X а с і н т а.&lt;br /&gt;</w:t>
        <w:br/>
        <w:t>X а с і н т а&lt;br /&gt;</w:t>
        <w:br/>
        <w:t>Ой сестрички, поможіть,&lt;br /&gt;</w:t>
        <w:br/>
        <w:t>у біді мене не киньте!&lt;br /&gt;</w:t>
        <w:br/>
        <w:t>Лавренсія&lt;br /&gt;</w:t>
        <w:br/>
        <w:t>Боже! Що тобі, Хасінто?&lt;br /&gt;</w:t>
        <w:br/>
        <w:t>Пасквала&lt;br /&gt;</w:t>
        <w:br/>
        <w:t>Чим ми зможемо служить?&lt;br /&gt;</w:t>
        <w:br/>
        <w:t>X а с і н т а&lt;br /&gt;</w:t>
        <w:br/>
        <w:t>Там біжать за мною вслід&lt;br /&gt;</w:t>
        <w:br/>
        <w:t>підлі панські посіпаки,&lt;br /&gt;</w:t>
        <w:br/>
        <w:t>хочуть взять мене, собаки,&lt;br /&gt;</w:t>
        <w:br/>
        <w:t>для сеньйора у похід.&lt;br /&gt;</w:t>
        <w:br/>
        <w:t>Це за смерть мені страшніше!&lt;br /&gt;</w:t>
        <w:br/>
        <w:t>Лавренсія&lt;br /&gt;</w:t>
        <w:br/>
        <w:t>Хай господь тебе рятує!&lt;br /&gt;</w:t>
        <w:br/>
        <w:t>ІЗ тобою пан жартує,&lt;br /&gt;</w:t>
        <w:br/>
        <w:t>а на м^шз-ліеішш^ише^-&lt;br /&gt;</w:t>
        <w:br/>
        <w:t>(Іде геть).&lt;br /&gt;</w:t>
        <w:br/>
        <w:t>Пасквала&lt;br /&gt;</w:t>
        <w:br/>
        <w:t>Я, Хасінто, не мужчина,&lt;br /&gt;</w:t>
        <w:br/>
        <w:t>захищати не берусь.&lt;br /&gt;</w:t>
        <w:br/>
        <w:t>(Іде геть).&lt;br /&gt;</w:t>
        <w:br/>
        <w:t>М е н г о&lt;br /&gt;</w:t>
        <w:br/>
        <w:t>Ну, то я за це візьмусь,&lt;br /&gt;</w:t>
        <w:br/>
        <w:t>раз уже така причина.&lt;br /&gt;</w:t>
        <w:br/>
        <w:t>Ти мене тримайсь, не бійсь!&lt;br /&gt;</w:t>
        <w:br/>
        <w:t>X а с і н т а&lt;br /&gt;</w:t>
        <w:br/>
        <w:t>Зброю маєш?&lt;br /&gt;</w:t>
        <w:br/>
        <w:t>М е н г о&lt;br /&gt;</w:t>
        <w:br/>
        <w:t>Першу в світі!&lt;br /&gt;</w:t>
        <w:br/>
        <w:t>X а с і н т а&lt;br /&gt;</w:t>
        <w:br/>
        <w:t>Першу в світі? Ох, якби-то...&lt;br /&gt;</w:t>
        <w:br/>
        <w:t>М е н г о&lt;br /&gt;</w:t>
        <w:br/>
        <w:t>Камінь знайдеться якийсь.&lt;br /&gt;</w:t>
        <w:br/>
        <w:t>ЯВА ДЕВ'ЯТА&lt;br /&gt;</w:t>
        <w:br/>
        <w:t>Надходять Флорес і Ортуньйо.&lt;br /&gt;</w:t>
        <w:br/>
        <w:t>Флорес&lt;br /&gt;</w:t>
        <w:br/>
        <w:t>А, ти думала втекти!&lt;br /&gt;</w:t>
        <w:br/>
        <w:t>X а с і н т а&lt;br /&gt;</w:t>
        <w:br/>
        <w:t>Менго, що зі мною буде?&lt;br /&gt;</w:t>
        <w:br/>
        <w:t>М е н г о&lt;br /&gt;</w:t>
        <w:br/>
        <w:t>Ми, панове, бідні люди...&lt;br /&gt;</w:t>
        <w:br/>
        <w:t>Ортуньйо&lt;br /&gt;</w:t>
        <w:br/>
        <w:t>А чого це, хлопе, ти&lt;br /&gt;</w:t>
        <w:br/>
        <w:t>не в свою вмішався справу?&lt;br /&gt;</w:t>
        <w:br/>
        <w:t>Менго&lt;br /&gt;</w:t>
        <w:br/>
        <w:t>Я, як родич, хоч словами&lt;br /&gt;</w:t>
        <w:br/>
        <w:t>цю нещасну перед вами&lt;br /&gt;</w:t>
        <w:br/>
        <w:t>захищати маю право.&lt;br /&gt;</w:t>
        <w:br/>
        <w:t>Флорес&lt;br /&gt;</w:t>
        <w:br/>
        <w:t>Що, життя тобі обридло?&lt;br /&gt;</w:t>
        <w:br/>
        <w:t>Менго&lt;br /&gt;</w:t>
        <w:br/>
        <w:t>Так я вам і попущу...&lt;br /&gt;</w:t>
        <w:br/>
        <w:t>Як візьму свою пращу —&lt;br /&gt;</w:t>
        <w:br/>
        <w:t>начувайся, панське бидло!&lt;br /&gt;</w:t>
        <w:br/>
        <w:t>ЯВА ДЕСЯТА&lt;br /&gt;</w:t>
        <w:br/>
        <w:t>Увіходять командор і Сімбранос.&lt;br /&gt;</w:t>
        <w:br/>
        <w:t>Командор&lt;br /&gt;</w:t>
        <w:br/>
        <w:t>Як! Через оцю псяюху&lt;br /&gt;</w:t>
        <w:br/>
        <w:t>мушу я вставать з коня?&lt;br /&gt;</w:t>
        <w:br/>
        <w:t>Флорес&lt;br /&gt;</w:t>
        <w:br/>
        <w:t>Знахабніла мужичня&lt;br /&gt;</w:t>
        <w:br/>
        <w:t>повелінь твоїх не слуха;&lt;br /&gt;</w:t>
        <w:br/>
        <w:t>треба (правду ти казав!)&lt;br /&gt;</w:t>
        <w:br/>
        <w:t>нищить кодло бунтівливе!&lt;br /&gt;</w:t>
        <w:br/>
        <w:t>Менго&lt;br /&gt;</w:t>
        <w:br/>
        <w:t>Якщо серце справедливе&lt;br /&gt;</w:t>
        <w:br/>
        <w:t>бог тобі, сеньйоре, дав,—&lt;br /&gt;</w:t>
        <w:br/>
        <w:t>покарай цих вояків,&lt;br /&gt;</w:t>
        <w:br/>
        <w:t>цих безбожних людоловів,&lt;br /&gt;</w:t>
        <w:br/>
        <w:t>що, твоїм прикрившись словом,&lt;br /&gt;</w:t>
        <w:br/>
        <w:t>крадуть доньку у батьків,&lt;br /&gt;</w:t>
        <w:br/>
        <w:t>наречену в жениха...&lt;br /&gt;</w:t>
        <w:br/>
        <w:t>Накажи нас одпустити.&lt;br /&gt;</w:t>
        <w:br/>
        <w:t>Командор&lt;br /&gt;</w:t>
        <w:br/>
        <w:t>Накажу тебе провчити,&lt;br /&gt;</w:t>
        <w:br/>
        <w:t>ти, личино зла, лиха!&lt;br /&gt;</w:t>
        <w:br/>
        <w:t>Кинь пращу!&lt;br /&gt;</w:t>
        <w:br/>
        <w:t>Менго&lt;br /&gt;</w:t>
        <w:br/>
        <w:t>Сеньйоре!&lt;br /&gt;</w:t>
        <w:br/>
        <w:t>Командор&lt;br /&gt;</w:t>
        <w:br/>
        <w:t>Живо!&lt;br /&gt;</w:t>
        <w:br/>
        <w:t>Слуги, зрадника держіть,&lt;br /&gt;</w:t>
        <w:br/>
        <w:t>руки ременем в'яжіть!&lt;br /&gt;</w:t>
        <w:br/>
        <w:t>Менго&lt;br /&gt;</w:t>
        <w:br/>
        <w:t>Отакий ти справедливий!&lt;br /&gt;</w:t>
        <w:br/>
        <w:t>Командор&lt;br /&gt;</w:t>
        <w:br/>
        <w:t>Що ті кляті криничани&lt;br /&gt;</w:t>
        <w:br/>
        <w:t>там про мене гомонять?&lt;br /&gt;</w:t>
        <w:br/>
        <w:t>Менго&lt;br /&gt;</w:t>
        <w:br/>
        <w:t>Що ж ми можемо казать?&lt;br /&gt;</w:t>
        <w:br/>
        <w:t>Ми про вас нічого, пане.&lt;br /&gt;</w:t>
        <w:br/>
        <w:t>Флорес&lt;br /&gt;</w:t>
        <w:br/>
        <w:t>Вбить його?&lt;br /&gt;</w:t>
        <w:br/>
        <w:t>Командор&lt;br /&gt;</w:t>
        <w:br/>
        <w:t>Навіщо вам&lt;br /&gt;</w:t>
        <w:br/>
        <w:t>тут каляти чесну зброю?&lt;br /&gt;</w:t>
        <w:br/>
        <w:t>Бережіть її для бою.&lt;br /&gt;</w:t>
        <w:br/>
        <w:t>Ортуньйо&lt;br /&gt;</w:t>
        <w:br/>
        <w:t>Що накажете?&lt;br /&gt;</w:t>
        <w:br/>
        <w:t>Командор&lt;br /&gt;</w:t>
        <w:br/>
        <w:t>Он там&lt;br /&gt;</w:t>
        <w:br/>
        <w:t>прив'яжіть його до дуба,&lt;br /&gt;</w:t>
        <w:br/>
        <w:t>ногавиці заголіть,&lt;br /&gt;</w:t>
        <w:br/>
        <w:t>та попругами!&lt;br /&gt;</w:t>
        <w:br/>
        <w:t>Менго&lt;br /&gt;</w:t>
        <w:br/>
        <w:t>Пустіть!&lt;br /&gt;</w:t>
        <w:br/>
        <w:t>Пане, це ж мені погуба!&lt;br /&gt;</w:t>
        <w:br/>
        <w:t>Командор&lt;br /&gt;</w:t>
        <w:br/>
        <w:t>Бийте, поки із реміння&lt;br /&gt;</w:t>
        <w:br/>
        <w:t>не злетять залізні пряжки!&lt;br /&gt;</w:t>
        <w:br/>
        <w:t>Менго&lt;br /&gt;</w:t>
        <w:br/>
        <w:t>Боже! Покарай їх тяжко&lt;br /&gt;</w:t>
        <w:br/>
        <w:t>за нелюдське це глумління!&lt;br /&gt;</w:t>
        <w:br/>
        <w:t>Флорес, Ортуньйо та Сімбранос виводять Менго.&lt;br /&gt;</w:t>
        <w:br/>
        <w:t>86&lt;br /&gt;</w:t>
        <w:br/>
        <w:t>ЯВА ОДИНАДЦЯТА&lt;br /&gt;</w:t>
        <w:br/>
        <w:t>Командор, Хасінта й солдати.&lt;br /&gt;</w:t>
        <w:br/>
        <w:t>Командор&lt;br /&gt;</w:t>
        <w:br/>
        <w:t>Що ж ти, дівко, утікаєш?&lt;br /&gt;</w:t>
        <w:br/>
        <w:t>Чи миліш тобі мужик,&lt;br /&gt;</w:t>
        <w:br/>
        <w:t>ніж вельможний чоловік?&lt;br /&gt;</w:t>
        <w:br/>
        <w:t>Хасінта&lt;br /&gt;</w:t>
        <w:br/>
        <w:t>Ти мені ще й дорікаєш,&lt;br /&gt;</w:t>
        <w:br/>
        <w:t>а тих кривдників злостивих&lt;br /&gt;</w:t>
        <w:br/>
        <w:t>на розправу не призвеш?&lt;br /&gt;</w:t>
        <w:br/>
        <w:t>Командор&lt;br /&gt;</w:t>
        <w:br/>
        <w:t>Тебе скривдили?&lt;br /&gt;</w:t>
        <w:br/>
        <w:t>Хасінта&lt;br /&gt;</w:t>
        <w:br/>
        <w:t>Авжеж.&lt;br /&gt;</w:t>
        <w:br/>
        <w:t>Я дочка батьків честивих,—&lt;br /&gt;</w:t>
        <w:br/>
        <w:t>не високого коліна,&lt;br /&gt;</w:t>
        <w:br/>
        <w:t>але доброго звичаю,&lt;br /&gt;</w:t>
        <w:br/>
        <w:t>що в панів — не помічаю.&lt;br /&gt;</w:t>
        <w:br/>
        <w:t>Командор&lt;br /&gt;</w:t>
        <w:br/>
        <w:t>Ця дурна балаканина&lt;br /&gt;</w:t>
        <w:br/>
        <w:t>лиш роз'ятрює мій гнів.&lt;br /&gt;</w:t>
        <w:br/>
        <w:t>Ну, іди!&lt;br /&gt;</w:t>
        <w:br/>
        <w:t>Хасінта&lt;br /&gt;</w:t>
        <w:br/>
        <w:t>Куди?&lt;br /&gt;</w:t>
        <w:br/>
        <w:t>Командор&lt;br /&gt;</w:t>
        <w:br/>
        <w:t>Зі мною.&lt;br /&gt;</w:t>
        <w:br/>
        <w:t>X а с і н т а&lt;br /&gt;</w:t>
        <w:br/>
        <w:t>Схаменись!&lt;br /&gt;</w:t>
        <w:br/>
        <w:t>Командор&lt;br /&gt;</w:t>
        <w:br/>
        <w:t>Ну, чорт з тобою,&lt;br /&gt;</w:t>
        <w:br/>
        <w:t>думку справді я змінив:&lt;br /&gt;</w:t>
        <w:br/>
        <w:t>на потіху воякам&lt;br /&gt;</w:t>
        <w:br/>
        <w:t>підеш ти в обоз, повіє!&lt;br /&gt;</w:t>
        <w:br/>
        <w:t>X а с і н т а&lt;br /&gt;</w:t>
        <w:br/>
        <w:t>Смерть собі я заподію,&lt;br /&gt;</w:t>
        <w:br/>
        <w:t>а на глум себе не дам!&lt;br /&gt;</w:t>
        <w:br/>
        <w:t>Командор&lt;br /&gt;</w:t>
        <w:br/>
        <w:t>Без розмов! Іди, мугирко!&lt;br /&gt;</w:t>
        <w:br/>
        <w:t>X а с і н т а&lt;br /&gt;</w:t>
        <w:br/>
        <w:t>Змилуйся!&lt;br /&gt;</w:t>
        <w:br/>
        <w:t>Командор&lt;br /&gt;</w:t>
        <w:br/>
        <w:t>І не проси!&lt;br /&gt;</w:t>
        <w:br/>
        <w:t>X а с і н т а&lt;br /&gt;</w:t>
        <w:br/>
        <w:t>Господи на небеси,&lt;br /&gt;</w:t>
        <w:br/>
        <w:t>щоб йому так вмерти гірко!&lt;br /&gt;</w:t>
        <w:br/>
        <w:t>Солдати ведуть Хасінту з собою.&lt;br /&gt;</w:t>
        <w:br/>
        <w:t>ЯВА ДВАНАДЦЯТА&lt;br /&gt;</w:t>
        <w:br/>
        <w:t>Майдан в Овечій Криниці.&lt;br /&gt;</w:t>
        <w:br/>
        <w:t>Входять Лавренсія та Фрондосо.&lt;br /&gt;</w:t>
        <w:br/>
        <w:t>Лавренсія&lt;br /&gt;</w:t>
        <w:br/>
        <w:t>Ти вчинив необережно,&lt;br /&gt;</w:t>
        <w:br/>
        <w:t>що насмілився прийти.&lt;br /&gt;</w:t>
        <w:br/>
        <w:t>Хочу я, щоб знала ти,&lt;br /&gt;</w:t>
        <w:br/>
        <w:t>що любов моя безмежна.&lt;br /&gt;</w:t>
        <w:br/>
        <w:t>Так я скучив за тобою,&lt;br /&gt;</w:t>
        <w:br/>
        <w:t>що забув про всякий страх;&lt;br /&gt;</w:t>
        <w:br/>
        <w:t>як на те, наш лютий враг&lt;br /&gt;</w:t>
        <w:br/>
        <w:t>скрився з військом за горою,—&lt;br /&gt;</w:t>
        <w:br/>
        <w:t>щоб за ним запалась путь!&lt;br /&gt;</w:t>
        <w:br/>
        <w:t>Лавренсія&lt;br /&gt;</w:t>
        <w:br/>
        <w:t>Не кляни! Злі Духи вперті:&lt;br /&gt;</w:t>
        <w:br/>
        <w:t>ті, кому бажаєм смерті,&lt;br /&gt;</w:t>
        <w:br/>
        <w:t>довше, нам на зло, живуть.&lt;br /&gt;</w:t>
        <w:br/>
        <w:t>Фрондосо.&lt;br /&gt;</w:t>
        <w:br/>
        <w:t>Якщо так, то побажаю,&lt;br /&gt;</w:t>
        <w:br/>
        <w:t>хай сто років не вмира,&lt;br /&gt;</w:t>
        <w:br/>
        <w:t>бо, бажаючи добра,&lt;br /&gt;</w:t>
        <w:br/>
        <w:t>смерть до нього наближаю.&lt;br /&gt;</w:t>
        <w:br/>
        <w:t>Я хотів тебе спитать,&lt;br /&gt;</w:t>
        <w:br/>
        <w:t>жалю мій, моя тривого,&lt;br /&gt;</w:t>
        <w:br/>
        <w:t>чи коли з кохання мого&lt;br /&gt;</w:t>
        <w:br/>
        <w:t>буде серцю благодать?&lt;br /&gt;</w:t>
        <w:br/>
        <w:t>Вже ж усі говорять люди,&lt;br /&gt;</w:t>
        <w:br/>
        <w:t>що з тобою я женюсь,&lt;br /&gt;</w:t>
        <w:br/>
        <w:t>тільки ти мовчиш чомусь,&lt;br /&gt;</w:t>
        <w:br/>
        <w:t>всьому люду напрочудо.&lt;br /&gt;</w:t>
        <w:br/>
        <w:t>Гордовита і холодна,&lt;br /&gt;</w:t>
        <w:br/>
        <w:t>що ти думаєш собі?&lt;br /&gt;</w:t>
        <w:br/>
        <w:t>Лавренсія&lt;br /&gt;</w:t>
        <w:br/>
        <w:t>Привселюдно я тобі&lt;br /&gt;</w:t>
        <w:br/>
        <w:t>відказати можу: згодна.&lt;br /&gt;</w:t>
        <w:br/>
        <w:t>ЯВА ТРИНАДЦЯТА&lt;br /&gt;</w:t>
        <w:br/>
        <w:t>Входять Естеван та рехідор.&lt;br /&gt;</w:t>
        <w:br/>
        <w:t>Е с т е в а н&lt;br /&gt;</w:t>
        <w:br/>
        <w:t>Знову він колотить миром&lt;br /&gt;</w:t>
        <w:br/>
        <w:t>і на глум людей зиіма:&lt;br /&gt;</w:t>
        <w:br/>
        <w:t>у містечку недарма&lt;br /&gt;</w:t>
        <w:br/>
        <w:t>всі його взивають звіром.&lt;br /&gt;</w:t>
        <w:br/>
        <w:t>Нам усім нагнав він жаху,&lt;br /&gt;</w:t>
        <w:br/>
        <w:t>натворив багато лих,&lt;br /&gt;</w:t>
        <w:br/>
        <w:t>та найбільше за усіх&lt;br /&gt;</w:t>
        <w:br/>
        <w:t>жаль Хасінту-бідолаху.&lt;br /&gt;</w:t>
        <w:br/>
        <w:t>О, нарешті ти— сувору&lt;br /&gt;</w:t>
        <w:br/>
        <w:t>^2дяла~3-обл индя_м аску...&lt;br /&gt;</w:t>
        <w:br/>
        <w:t>Дякую тобі за ласкуТ&lt;br /&gt;</w:t>
        <w:br/>
        <w:t>світ мені піднявся вгору!&lt;br /&gt;</w:t>
        <w:br/>
        <w:t>Лавренсія&lt;br /&gt;</w:t>
        <w:br/>
        <w:t>Ми слова даремно тратим,&lt;br /&gt;</w:t>
        <w:br/>
        <w:t>помовчімо до пори.&lt;br /&gt;</w:t>
        <w:br/>
        <w:t>Краще ти поговори&lt;br /&gt;</w:t>
        <w:br/>
        <w:t>про цю справу з моїм татом —&lt;br /&gt;</w:t>
        <w:br/>
        <w:t>онде з дядьком він якраз;&lt;br /&gt;</w:t>
        <w:br/>
        <w:t>він, мабуть, не гляне косо&lt;br /&gt;</w:t>
        <w:br/>
        <w:t>на такого, як Фрондосо.&lt;br /&gt;</w:t>
        <w:br/>
        <w:t>Фрондосо&lt;br /&gt;</w:t>
        <w:br/>
        <w:t>Дай нам, боже, в добрий час!&lt;br /&gt;</w:t>
        <w:br/>
        <w:t>(Ховається),&lt;br /&gt;</w:t>
        <w:br/>
        <w:t>Р Є X і д о р&lt;br /&gt;</w:t>
        <w:br/>
        <w:t>Католицьких королів&lt;br /&gt;</w:t>
        <w:br/>
        <w:t>скоро визна вся країна,&lt;br /&gt;</w:t>
        <w:br/>
        <w:t>буде влада скрізь єдина&lt;br /&gt;</w:t>
        <w:br/>
        <w:t>і закон, як бог велів.&lt;br /&gt;</w:t>
        <w:br/>
        <w:t>Проти панства Калатрави&lt;br /&gt;</w:t>
        <w:br/>
        <w:t>на Сьюдад-Реаль іде&lt;br /&gt;</w:t>
        <w:br/>
        <w:t>грізне військо, що веде&lt;br /&gt;</w:t>
        <w:br/>
        <w:t>сам Сант-Яго 11 в сяйві слави...&lt;br /&gt;</w:t>
        <w:br/>
        <w:t>А Хасінту справді шкода,—&lt;br /&gt;</w:t>
        <w:br/>
        <w:t>чесну дівчину згубили...&lt;br /&gt;</w:t>
        <w:br/>
        <w:t>Е с т е в а н&lt;br /&gt;</w:t>
        <w:br/>
        <w:t>Та ще й Менго як побили!&lt;br /&gt;</w:t>
        <w:br/>
        <w:t>Р е х і д о р&lt;br /&gt;</w:t>
        <w:br/>
        <w:t>Спух, сердешний, мов колода,&lt;br /&gt;</w:t>
        <w:br/>
        <w:t>спина вся у басаманах.&lt;br /&gt;</w:t>
        <w:br/>
        <w:t>Е с т е в а н&lt;br /&gt;</w:t>
        <w:br/>
        <w:t>Ох, добродію, мовчіть,&lt;br /&gt;</w:t>
        <w:br/>
        <w:t>мого серця не печіть —&lt;br /&gt;</w:t>
        <w:br/>
        <w:t>сили в нас нема на пана.&lt;br /&gt;</w:t>
        <w:br/>
        <w:t>Ось у мене патериця,&lt;br /&gt;</w:t>
        <w:br/>
        <w:t>а у чім вона послужить?&lt;br /&gt;</w:t>
        <w:br/>
        <w:t>Р е х і д о р&lt;br /&gt;</w:t>
        <w:br/>
        <w:t>Панських слуг нам не подужать,&lt;br /&gt;</w:t>
        <w:br/>
        <w:t>краще з ними не свариться.&lt;br /&gt;</w:t>
        <w:br/>
        <w:t>Е с т е в а н&lt;br /&gt;</w:t>
        <w:br/>
        <w:t>Жінку Переса Товстого,&lt;br /&gt;</w:t>
        <w:br/>
        <w:t>кажуть люди, пан піймав&lt;br /&gt;</w:t>
        <w:br/>
        <w:t>у яру і зґвалтував,—&lt;br /&gt;</w:t>
        <w:br/>
        <w:t>ще й не досить, після того&lt;br /&gt;</w:t>
        <w:br/>
        <w:t>слугам дав, мовляв, на частку.&lt;br /&gt;</w:t>
        <w:br/>
        <w:t>Ну, не гад він, не змія?&lt;br /&gt;</w:t>
        <w:br/>
        <w:t>Рехідор&lt;br /&gt;</w:t>
        <w:br/>
        <w:t>Тут хтось є. Гов, хто там?&lt;br /&gt;</w:t>
        <w:br/>
        <w:t>Фрондосо&lt;br /&gt;</w:t>
        <w:br/>
        <w:t>Я.&lt;br /&gt;</w:t>
        <w:br/>
        <w:t>Жду я тут на вашу ласку.&lt;br /&gt;</w:t>
        <w:br/>
        <w:t>Е с т е в а н&lt;br /&gt;</w:t>
        <w:br/>
        <w:t>Ласки нашої ти гідний&lt;br /&gt;</w:t>
        <w:br/>
        <w:t>щонайменше з двох причин:&lt;br /&gt;</w:t>
        <w:br/>
        <w:t>батька доброго ти син,&lt;br /&gt;</w:t>
        <w:br/>
        <w:t>та й мені немовби рідний —&lt;br /&gt;</w:t>
        <w:br/>
        <w:t>Змалку ріс ти в мене в домі.&lt;br /&gt;</w:t>
        <w:br/>
        <w:t>Фрондосо&lt;br /&gt;</w:t>
        <w:br/>
        <w:t>Вашу знаючи любов,&lt;br /&gt;</w:t>
        <w:br/>
        <w:t>із проханням я прийшов.&lt;br /&gt;</w:t>
        <w:br/>
        <w:t>Вам про мене все відомо.&lt;br /&gt;</w:t>
        <w:br/>
        <w:t>Е с т е в а н&lt;br /&gt;</w:t>
        <w:br/>
        <w:t>Знаю я, як ти зчепивсь&lt;br /&gt;</w:t>
        <w:br/>
        <w:t>З тим скаженим командором.&lt;br /&gt;</w:t>
        <w:br/>
        <w:t>Фрондосо&lt;br /&gt;</w:t>
        <w:br/>
        <w:t>Не мені від того сором.&lt;br /&gt;</w:t>
        <w:br/>
        <w:t>Е с т е в а н&lt;br /&gt;</w:t>
        <w:br/>
        <w:t>Ну, спасибі, що вступивсь.&lt;br /&gt;</w:t>
        <w:br/>
        <w:t>Слово батьківське знаменне,&lt;br /&gt;</w:t>
        <w:br/>
        <w:t>тож до діла приступлю:&lt;br /&gt;</w:t>
        <w:br/>
        <w:t>я Лавренсію люблю;&lt;br /&gt;</w:t>
        <w:br/>
        <w:t>чи дасте її за мене?&lt;br /&gt;</w:t>
        <w:br/>
        <w:t>Якщо це моє прохання&lt;br /&gt;</w:t>
        <w:br/>
        <w:t>не до мислі вам — простіть&lt;br /&gt;</w:t>
        <w:br/>
        <w:t>і зухвальця не судіть&lt;br /&gt;</w:t>
        <w:br/>
        <w:t>ради щирого кохання.&lt;br /&gt;</w:t>
        <w:br/>
        <w:t>Естеван&lt;br /&gt;</w:t>
        <w:br/>
        <w:t>Ох, Фрондосо, щоб ти знав —&lt;br /&gt;</w:t>
        <w:br/>
        <w:t>приточив мені ти віку&lt;br /&gt;</w:t>
        <w:br/>
        <w:t>і турботу превелику&lt;br /&gt;</w:t>
        <w:br/>
        <w:t>З серця батьківського зняв.&lt;br /&gt;</w:t>
        <w:br/>
        <w:t>Дяка богові святому,&lt;br /&gt;</w:t>
        <w:br/>
        <w:t>що тебе він умудрив;&lt;br /&gt;</w:t>
        <w:br/>
        <w:t>бачу — чистий твій порив,&lt;br /&gt;</w:t>
        <w:br/>
        <w:t>щирість в серці молодому.&lt;br /&gt;</w:t>
        <w:br/>
        <w:t>А тепера, сину мій,&lt;br /&gt;</w:t>
        <w:br/>
        <w:t>нам годиться для порядку&lt;br /&gt;</w:t>
        <w:br/>
        <w:t>все твойму сказати батьку —&lt;br /&gt;</w:t>
        <w:br/>
        <w:t>певно, буде й він радий.&lt;br /&gt;</w:t>
        <w:br/>
        <w:t>А мені це несказанне&lt;br /&gt;</w:t>
        <w:br/>
        <w:t>щастя, божа благодать!&lt;br /&gt;</w:t>
        <w:br/>
        <w:t>Рехідор&lt;br /&gt;</w:t>
        <w:br/>
        <w:t>Треба б дівку поспитать,&lt;br /&gt;</w:t>
        <w:br/>
        <w:t>чи вона на те пристане.&lt;br /&gt;</w:t>
        <w:br/>
        <w:t>Естеван&lt;br /&gt;</w:t>
        <w:br/>
        <w:t>Не турбуйтеся про се:&lt;br /&gt;</w:t>
        <w:br/>
        <w:t>певно, наші молодята,&lt;br /&gt;</w:t>
        <w:br/>
        <w:t>перше ніж іти до тата,&lt;br /&gt;</w:t>
        <w:br/>
        <w:t>вже домовились про все.&lt;br /&gt;</w:t>
        <w:br/>
        <w:t>Коли хочеш, то й про віно&lt;br /&gt;</w:t>
        <w:br/>
        <w:t>поговоримо зараз;&lt;br /&gt;</w:t>
        <w:br/>
        <w:t>грошей дещицю припас&lt;br /&gt;</w:t>
        <w:br/>
        <w:t>я для рідної дитини.&lt;br /&gt;</w:t>
        <w:br/>
        <w:t>Фрондосо&lt;br /&gt;</w:t>
        <w:br/>
        <w:t>З мене вже й того доволі,&lt;br /&gt;</w:t>
        <w:br/>
        <w:t>що не хтось, а я ваш зять.&lt;br /&gt;</w:t>
        <w:br/>
        <w:t>Р Є X і д о р&lt;br /&gt;</w:t>
        <w:br/>
        <w:t>Він її ладен узять,&lt;br /&gt;</w:t>
        <w:br/>
        <w:t>як то кажуть, в одній льолі.&lt;br /&gt;</w:t>
        <w:br/>
        <w:t>Е с т е в а н&lt;br /&gt;</w:t>
        <w:br/>
        <w:t>Справді, треба ж поспитати,&lt;br /&gt;</w:t>
        <w:br/>
        <w:t>як на це моя дочка.&lt;br /&gt;</w:t>
        <w:br/>
        <w:t>Фрондосо&lt;br /&gt;</w:t>
        <w:br/>
        <w:t>То провина, ще й тяжка,&lt;br /&gt;</w:t>
        <w:br/>
        <w:t>за нелюбого давати.&lt;br /&gt;</w:t>
        <w:br/>
        <w:t>Е с т е в а н&lt;br /&gt;</w:t>
        <w:br/>
        <w:t>(кличе)&lt;br /&gt;</w:t>
        <w:br/>
        <w:t>Дочко! Де ти?&lt;br /&gt;</w:t>
        <w:br/>
        <w:t>ЯВА ЧОТИРНАДЦЯТА&lt;br /&gt;</w:t>
        <w:br/>
        <w:t>Входить Лавренсія.&lt;br /&gt;</w:t>
        <w:br/>
        <w:t>Лавренсія&lt;br /&gt;</w:t>
        <w:br/>
        <w:t>Тут, панотче.&lt;br /&gt;</w:t>
        <w:br/>
        <w:t>Бачте, миттю увійшла;&lt;br /&gt;</w:t>
        <w:br/>
        <w:t>я ж казав — такі діла!&lt;br /&gt;</w:t>
        <w:br/>
        <w:t>Слухай, доню, от що хочу&lt;br /&gt;</w:t>
        <w:br/>
        <w:t>я у тебе запитать:&lt;br /&gt;</w:t>
        <w:br/>
        <w:t>скоро будем на весіллі&lt;br /&gt;</w:t>
        <w:br/>
        <w:t>в подруги твоєї Хілі&lt;br /&gt;</w:t>
        <w:br/>
        <w:t>всім кутком бенкетувать;&lt;br /&gt;</w:t>
        <w:br/>
        <w:t>як по-твоєму, Фрондосо&lt;br /&gt;</w:t>
        <w:br/>
        <w:t>їй до пари?&lt;br /&gt;</w:t>
        <w:br/>
        <w:t>Лавренсія&lt;br /&gt;</w:t>
        <w:br/>
        <w:t>Хіля? Як?&lt;br /&gt;</w:t>
        <w:br/>
        <w:t>Е с т е в а н&lt;br /&gt;</w:t>
        <w:br/>
        <w:t>Правда ж, хоч куди юнак?&lt;br /&gt;</w:t>
        <w:br/>
        <w:t>Ти про це не знала досі?&lt;br /&gt;</w:t>
        <w:br/>
        <w:t>Лавренсія&lt;br /&gt;</w:t>
        <w:br/>
        <w:t>Я гадаю, що до пари.&lt;br /&gt;</w:t>
        <w:br/>
        <w:t>Е с т е в а н&lt;br /&gt;</w:t>
        <w:br/>
        <w:t>Я ж гадаю, далебі,&lt;br /&gt;</w:t>
        <w:br/>
        <w:t>що до пари він тобі,&lt;br /&gt;</w:t>
        <w:br/>
        <w:t>бо у тебе очі карі.&lt;br /&gt;</w:t>
        <w:br/>
        <w:t>Лавренсія&lt;br /&gt;</w:t>
        <w:br/>
        <w:t>Все жартуєте ви, тату,&lt;br /&gt;</w:t>
        <w:br/>
        <w:t>хоч і сива голова...&lt;br /&gt;</w:t>
        <w:br/>
        <w:t>Е с т е в а н&lt;br /&gt;</w:t>
        <w:br/>
        <w:t>То які ж твої слова?&lt;br /&gt;</w:t>
        <w:br/>
        <w:t>Лавренсія&lt;br /&gt;</w:t>
        <w:br/>
        <w:t>Що тут говорить багато?&lt;br /&gt;</w:t>
        <w:br/>
        <w:t>Я люблю його, та й він...&lt;br /&gt;</w:t>
        <w:br/>
        <w:t>Е с т е в а н&lt;br /&gt;</w:t>
        <w:br/>
        <w:t>Як посвата, то віддати?&lt;br /&gt;</w:t>
        <w:br/>
        <w:t>Лавренсія&lt;br /&gt;</w:t>
        <w:br/>
        <w:t>Так, прошу не відмовляти.&lt;br /&gt;</w:t>
        <w:br/>
        <w:t>Е с т е в а н&lt;br /&gt;</w:t>
        <w:br/>
        <w:t>Він мені однині син.&lt;br /&gt;</w:t>
        <w:br/>
        <w:t>А тепер ходім в гостину&lt;br /&gt;</w:t>
        <w:br/>
        <w:t>вже до свата.&lt;br /&gt;</w:t>
        <w:br/>
        <w:t>Рехідор&lt;br /&gt;</w:t>
        <w:br/>
        <w:t>То й ходім.&lt;br /&gt;</w:t>
        <w:br/>
        <w:t>Е с т е в а н&lt;br /&gt;</w:t>
        <w:br/>
        <w:t>Та одразу порішім&lt;br /&gt;</w:t>
        <w:br/>
        <w:t>і про віно, чуєш, сину?&lt;br /&gt;</w:t>
        <w:br/>
        <w:t>За дочкою я даю&lt;br /&gt;</w:t>
        <w:br/>
        <w:t>круглу тисячу реалів.&lt;br /&gt;</w:t>
        <w:br/>
        <w:t>Фрондосо&lt;br /&gt;</w:t>
        <w:br/>
        <w:t>Це ви хочете й надалі&lt;br /&gt;</w:t>
        <w:br/>
        <w:t>честь принижувать мою?&lt;br /&gt;</w:t>
        <w:br/>
        <w:t>Е с т е в а н&lt;br /&gt;</w:t>
        <w:br/>
        <w:t>Ну ж бо, синку, вір мені:&lt;br /&gt;</w:t>
        <w:br/>
        <w:t>хоч і любая дружина,&lt;br /&gt;</w:t>
        <w:br/>
        <w:t>а не взять за нею віна —&lt;br /&gt;</w:t>
        <w:br/>
        <w:t>швидко прийдуть хмурі дні.&lt;br /&gt;</w:t>
        <w:br/>
        <w:t>Естеван і рехідор виходять.&lt;br /&gt;</w:t>
        <w:br/>
        <w:t>Лавренсія&lt;br /&gt;</w:t>
        <w:br/>
        <w:t>Ти вдоволений, скажи?&lt;br /&gt;</w:t>
        <w:br/>
        <w:t>Фрондосо&lt;br /&gt;</w:t>
        <w:br/>
        <w:t>Не питай! Я так радію,&lt;br /&gt;</w:t>
        <w:br/>
        <w:t>аж боюся, що здурію!&lt;br /&gt;</w:t>
        <w:br/>
        <w:t>Я зомлію, ой держи!&lt;br /&gt;</w:t>
        <w:br/>
        <w:t>З радощів не тямлюсь я,&lt;br /&gt;</w:t>
        <w:br/>
        <w:t>все в мені бринить, сміється,&lt;br /&gt;</w:t>
        <w:br/>
        <w:t>серце в грудях рвійно б'ється —&lt;br /&gt;</w:t>
        <w:br/>
        <w:t>ти, Лавренсіє, моя!&lt;br /&gt;</w:t>
        <w:br/>
        <w:t>Виходять.&lt;br /&gt;</w:t>
        <w:br/>
        <w:t>ЯВА П'ЯТНАДЦЯТА&lt;br /&gt;</w:t>
        <w:br/>
        <w:t>Поле під Сьюдад-Реалем.&lt;br /&gt;</w:t>
        <w:br/>
        <w:t>Магістр Калатрави, командор, Флорес&lt;br /&gt;</w:t>
        <w:br/>
        <w:t>та Ортуньйо.&lt;br /&gt;</w:t>
        <w:br/>
        <w:t>Командор&lt;br /&gt;</w:t>
        <w:br/>
        <w:t>Тікаймо, пане, вже немає ради.&lt;br /&gt;</w:t>
        <w:br/>
        <w:t>Магістр&lt;br /&gt;</w:t>
        <w:br/>
        <w:t>У місті мури надто ненадійні,&lt;br /&gt;</w:t>
        <w:br/>
        <w:t>а сила вража надто вже потужна.&lt;br /&gt;</w:t>
        <w:br/>
        <w:t>Командор&lt;br /&gt;</w:t>
        <w:br/>
        <w:t>Багато в них поранених і вбитих.&lt;br /&gt;</w:t>
        <w:br/>
        <w:t>Магістр&lt;br /&gt;</w:t>
        <w:br/>
        <w:t>Та все ж вони хвалитися не можуть,&lt;br /&gt;</w:t>
        <w:br/>
        <w:t>що захопили прапор Калатрави 12,&lt;br /&gt;</w:t>
        <w:br/>
        <w:t>їм нашої не потоптати слави.&lt;br /&gt;</w:t>
        <w:br/>
        <w:t>Командор&lt;br /&gt;</w:t>
        <w:br/>
        <w:t>Твій замисел, Хіроне, не справдився.&lt;br /&gt;</w:t>
        <w:br/>
        <w:t>Магістр&lt;br /&gt;</w:t>
        <w:br/>
        <w:t>Сліпа Фортуна: нині ми великі,&lt;br /&gt;</w:t>
        <w:br/>
        <w:t>а завтра раптом станемо малі.&lt;br /&gt;</w:t>
        <w:br/>
        <w:t>Голоси&lt;br /&gt;</w:t>
        <w:br/>
        <w:t>(за лаштунками)&lt;br /&gt;</w:t>
        <w:br/>
        <w:t>Нехай живуть кастільські королі!&lt;br /&gt;</w:t>
        <w:br/>
        <w:t>Магістр&lt;br /&gt;</w:t>
        <w:br/>
        <w:t>Зубчаті мури вже горять огнями,&lt;br /&gt;</w:t>
        <w:br/>
        <w:t>а на високих вежах величаво&lt;br /&gt;</w:t>
        <w:br/>
        <w:t>Знамена переможні майорять.&lt;br /&gt;</w:t>
        <w:br/>
        <w:t>Командор&lt;br /&gt;</w:t>
        <w:br/>
        <w:t>За перемогу кровію заплата —&lt;br /&gt;</w:t>
        <w:br/>
        <w:t>сумне у них, здається, буде свято.&lt;br /&gt;</w:t>
        <w:br/>
        <w:t>Магістр&lt;br /&gt;</w:t>
        <w:br/>
        <w:t>Вертаю в Калатраву, командоре.&lt;br /&gt;</w:t>
        <w:br/>
        <w:t>Командор&lt;br /&gt;</w:t>
        <w:br/>
        <w:t>Я їду до Овечої Криниці,&lt;br /&gt;</w:t>
        <w:br/>
        <w:t>а ти подумай — при своїх стояти&lt;br /&gt;</w:t>
        <w:br/>
        <w:t>чи підкоритись королям кастільським.&lt;br /&gt;</w:t>
        <w:br/>
        <w:t>Магістр&lt;br /&gt;</w:t>
        <w:br/>
        <w:t>Надумаюсь — листовно повідомлю.&lt;br /&gt;</w:t>
        <w:br/>
        <w:t>Командор&lt;br /&gt;</w:t>
        <w:br/>
        <w:t>Час — мудрий вчитель.&lt;br /&gt;</w:t>
        <w:br/>
        <w:t>Магістр&lt;br /&gt;</w:t>
        <w:br/>
        <w:t>У юнацькі роки&lt;br /&gt;</w:t>
        <w:br/>
        <w:t>оманливі й тяжкі його уроки!&lt;br /&gt;</w:t>
        <w:br/>
        <w:t>Виходять.&lt;br /&gt;</w:t>
        <w:br/>
        <w:t>ЯВА ШІСТНАДЦЯТА&lt;br /&gt;</w:t>
        <w:br/>
        <w:t>Поле за Овечою Криницею.&lt;br /&gt;</w:t>
        <w:br/>
        <w:t>Весільчани, музики, Менго, Баррільдо,&lt;br /&gt;</w:t>
        <w:br/>
        <w:t>Фрондосо, Лавренсія, Пасквала, Естеван&lt;br /&gt;</w:t>
        <w:br/>
        <w:t>та X у а н Р у д и й. .&lt;br /&gt;</w:t>
        <w:br/>
        <w:t>Музики&lt;br /&gt;</w:t>
        <w:br/>
        <w:t>( співають )&lt;br /&gt;</w:t>
        <w:br/>
        <w:t>Слава молодому,&lt;br /&gt;</w:t>
        <w:br/>
        <w:t>слава молодій,&lt;br /&gt;</w:t>
        <w:br/>
        <w:t>слава всьому дому!&lt;br /&gt;</w:t>
        <w:br/>
        <w:t>Менго&lt;br /&gt;</w:t>
        <w:br/>
        <w:t>Гей, музики, ви ледаща,&lt;br /&gt;</w:t>
        <w:br/>
        <w:t>гріш ціна таким пісням!&lt;br /&gt;</w:t>
        <w:br/>
        <w:t>Баррільдо&lt;br /&gt;</w:t>
        <w:br/>
        <w:t>То придумай, Менго, сам,&lt;br /&gt;</w:t>
        <w:br/>
        <w:t>може, в тебе буде краща.&lt;br /&gt;</w:t>
        <w:br/>
        <w:t>Фрондосо&lt;br /&gt;</w:t>
        <w:br/>
        <w:t>Менго тямить в нагаях,&lt;br /&gt;</w:t>
        <w:br/>
        <w:t>а пісні йому байдуже.&lt;br /&gt;</w:t>
        <w:br/>
        <w:t>Менго&lt;br /&gt;</w:t>
        <w:br/>
        <w:t>Ну, Фрондосо, ти не дуже, .&lt;br /&gt;</w:t>
        <w:br/>
        <w:t>бо й на тебе в чагарях&lt;br /&gt;</w:t>
        <w:br/>
        <w:t>за наказом командора...&lt;br /&gt;</w:t>
        <w:br/>
        <w:t>Баррільдо&lt;br /&gt;</w:t>
        <w:br/>
        <w:t>Та не згадуй, цур йому!&lt;br /&gt;</w:t>
        <w:br/>
        <w:t>Вже ж містечкові всьому&lt;br /&gt;</w:t>
        <w:br/>
        <w:t>допекла ота потвора.&lt;br /&gt;</w:t>
        <w:br/>
        <w:t>М е н г о&lt;br /&gt;</w:t>
        <w:br/>
        <w:t>Та не втік би хоч би й хто&lt;br /&gt;</w:t>
        <w:br/>
        <w:t>від побиванки тієї;&lt;br /&gt;</w:t>
        <w:br/>
        <w:t>що я міг зробить з пращею?&lt;br /&gt;</w:t>
        <w:br/>
        <w:t>Я один, а їх штук сто.&lt;br /&gt;</w:t>
        <w:br/>
        <w:t>Ну, та біс мене не візьме,&lt;br /&gt;</w:t>
        <w:br/>
        <w:t>а от як було тому&lt;br /&gt;</w:t>
        <w:br/>
        <w:t>(не скажу лише кому),&lt;br /&gt;</w:t>
        <w:br/>
        <w:t>що сеньйор поставив клізму&lt;br /&gt;</w:t>
        <w:br/>
        <w:t>ІЗ чорнилом та з піском?&lt;br /&gt;</w:t>
        <w:br/>
        <w:t>Те, мабуть, трьох лупок варте.&lt;br /&gt;</w:t>
        <w:br/>
        <w:t>Баррільдо&lt;br /&gt;</w:t>
        <w:br/>
        <w:t>Пан вигадливий на жарти.&lt;br /&gt;</w:t>
        <w:br/>
        <w:t>М е н г о&lt;br /&gt;</w:t>
        <w:br/>
        <w:t>Добрі жарти з животом!&lt;br /&gt;</w:t>
        <w:br/>
        <w:t>Од такого проносного&lt;br /&gt;</w:t>
        <w:br/>
        <w:t>досі б я уже помер.&lt;br /&gt;</w:t>
        <w:br/>
        <w:t>Фрондосо&lt;br /&gt;</w:t>
        <w:br/>
        <w:t>Годі! Пісню вшквар тепер,&lt;br /&gt;</w:t>
        <w:br/>
        <w:t>тільки гарну, ради бога!&lt;br /&gt;</w:t>
        <w:br/>
        <w:t>М е н г о&lt;br /&gt;</w:t>
        <w:br/>
        <w:t>Хай живуть предовгі роки&lt;br /&gt;</w:t>
        <w:br/>
        <w:t>молодий із молодою,&lt;br /&gt;</w:t>
        <w:br/>
        <w:t>завжди в злагоді й покою,&lt;br /&gt;</w:t>
        <w:br/>
        <w:t>без ніякої мороки,&lt;br /&gt;</w:t>
        <w:br/>
        <w:t>а нажившися ось поки,&lt;br /&gt;</w:t>
        <w:br/>
        <w:t>хай помруть вони разом,—&lt;br /&gt;</w:t>
        <w:br/>
        <w:t>вічна пам'ять їм обом!&lt;br /&gt;</w:t>
        <w:br/>
        <w:t>Фрондосо&lt;br /&gt;</w:t>
        <w:br/>
        <w:t>Грім убий цього піїта!&lt;br /&gt;</w:t>
        <w:br/>
        <w:t>От утяв, аж пальці видко!&lt;br /&gt;</w:t>
        <w:br/>
        <w:t>Баррільдо&lt;br /&gt;</w:t>
        <w:br/>
        <w:t>Та зате придумав швидко.&lt;br /&gt;</w:t>
        <w:br/>
        <w:t>Менго&lt;br /&gt;</w:t>
        <w:br/>
        <w:t>Це робота знаменита!&lt;br /&gt;</w:t>
        <w:br/>
        <w:t>Так я діло розумію:&lt;br /&gt;</w:t>
        <w:br/>
        <w:t>як готують пампушки,&lt;br /&gt;</w:t>
        <w:br/>
        <w:t>тіста кидають шматки&lt;br /&gt;</w:t>
        <w:br/>
        <w:t>у казан — кипіть в олії!&lt;br /&gt;</w:t>
        <w:br/>
        <w:t>Інша вийде кругла, гарна,&lt;br /&gt;</w:t>
        <w:br/>
        <w:t>інша пласка, та пухка,&lt;br /&gt;</w:t>
        <w:br/>
        <w:t>та горіла, та глевка,&lt;br /&gt;</w:t>
        <w:br/>
        <w:t>та крива та нечупарна...&lt;br /&gt;</w:t>
        <w:br/>
        <w:t>І поет отак віршує:&lt;br /&gt;</w:t>
        <w:br/>
        <w:t>тісто в нього — то думки,&lt;br /&gt;</w:t>
        <w:br/>
        <w:t>бгає він так-сяк рядки&lt;br /&gt;</w:t>
        <w:br/>
        <w:t>і у зошит їх клинцює,&lt;br /&gt;</w:t>
        <w:br/>
        <w:t>в паперовий той казан;&lt;br /&gt;</w:t>
        <w:br/>
        <w:t>чи якусь дурницю скаже,&lt;br /&gt;</w:t>
        <w:br/>
        <w:t>він медком її помаже —&lt;br /&gt;</w:t>
        <w:br/>
        <w:t>добрий в кухаря талан.&lt;br /&gt;</w:t>
        <w:br/>
        <w:t>Напече й несе скоріш&lt;br /&gt;</w:t>
        <w:br/>
        <w:t>добрим людям продавати...&lt;br /&gt;</w:t>
        <w:br/>
        <w:t>Та кому ж їх споживати?&lt;br /&gt;</w:t>
        <w:br/>
        <w:t>Сам спартолив, сам і їж!&lt;br /&gt;</w:t>
        <w:br/>
        <w:t>Баррільдо&lt;br /&gt;</w:t>
        <w:br/>
        <w:t>Дай же слово молодим,&lt;br /&gt;</w:t>
        <w:br/>
        <w:t>кинь оті блазенські штуки!&lt;br /&gt;</w:t>
        <w:br/>
        <w:t>Лавренсія&lt;br /&gt;</w:t>
        <w:br/>
        <w:t>Дай поцілувати руки.&lt;br /&gt;</w:t>
        <w:br/>
        <w:t>Хуан Рудий&lt;br /&gt;</w:t>
        <w:br/>
        <w:t>Будь щаслива вдвох із ним!&lt;br /&gt;</w:t>
        <w:br/>
        <w:t>Попроси благословіння&lt;br /&gt;</w:t>
        <w:br/>
        <w:t>ти, небого, у вітця.&lt;br /&gt;</w:t>
        <w:br/>
        <w:t>Естеван&lt;br /&gt;</w:t>
        <w:br/>
        <w:t>Брате, я молю творця,&lt;br /&gt;</w:t>
        <w:br/>
        <w:t>щоб небес благовоління&lt;br /&gt;</w:t>
        <w:br/>
        <w:t>З нашими було дітьми.&lt;br /&gt;</w:t>
        <w:br/>
        <w:t>Фрондосо&lt;br /&gt;</w:t>
        <w:br/>
        <w:t>Двоє двох благословіть.&lt;br /&gt;</w:t>
        <w:br/>
        <w:t>Хуан Рудий&lt;br /&gt;</w:t>
        <w:br/>
        <w:t>Гей, музики, заведіть,&lt;br /&gt;</w:t>
        <w:br/>
        <w:t>заспіваємо і ми!&lt;br /&gt;</w:t>
        <w:br/>
        <w:t>Музики&lt;br /&gt;</w:t>
        <w:br/>
        <w:t>(співають)&lt;br /&gt;</w:t>
        <w:br/>
        <w:t>ІЗ Овечої Криниці&lt;br /&gt;</w:t>
        <w:br/>
        <w:t>вийшла дівчина чорнява,&lt;br /&gt;</w:t>
        <w:br/>
        <w:t>а за нею, молодою,&lt;br /&gt;</w:t>
        <w:br/>
        <w:t>славний лицар Калатрави.&lt;br /&gt;</w:t>
        <w:br/>
        <w:t>Що дівчина полохлива&lt;br /&gt;</w:t>
        <w:br/>
        <w:t>яром, яром та до гаю,&lt;br /&gt;</w:t>
        <w:br/>
        <w:t>рясне гілля прихиляє,&lt;br /&gt;</w:t>
        <w:br/>
        <w:t>біле личко затуляє.&lt;br /&gt;</w:t>
        <w:br/>
        <w:t>"Не ховайся, дівчинонько,&lt;br /&gt;</w:t>
        <w:br/>
        <w:t>ти ж моя кохана!&lt;br /&gt;</w:t>
        <w:br/>
        <w:t>Схочу — зочу, риссю скочу,&lt;br /&gt;</w:t>
        <w:br/>
        <w:t>а тебе дістану!"&lt;br /&gt;</w:t>
        <w:br/>
        <w:t>Славний лицар Калатрави&lt;br /&gt;</w:t>
        <w:br/>
        <w:t>іще ближче підступає,&lt;br /&gt;</w:t>
        <w:br/>
        <w:t>а дівчина соромлива&lt;br /&gt;</w:t>
        <w:br/>
        <w:t>З віття грати виплітає.&lt;br /&gt;</w:t>
        <w:br/>
        <w:t>Та ні гори, ані море&lt;br /&gt;</w:t>
        <w:br/>
        <w:t>не завада для кохання,—&lt;br /&gt;</w:t>
        <w:br/>
        <w:t>славний лицар Калатрави&lt;br /&gt;</w:t>
        <w:br/>
        <w:t>не кидає женихання.&lt;br /&gt;</w:t>
        <w:br/>
        <w:t>"Ой не ховай, дівчинонько,&lt;br /&gt;</w:t>
        <w:br/>
        <w:t>хорошого стану!&lt;br /&gt;</w:t>
        <w:br/>
        <w:t>Схочу — зочу, риссю скочу,&lt;br /&gt;</w:t>
        <w:br/>
        <w:t>а таки дістану!"&lt;br /&gt;</w:t>
        <w:br/>
        <w:t>ЯВА СІМНАДЦЯТА&lt;br /&gt;</w:t>
        <w:br/>
        <w:t>Входять командор, Флорес, Ортуньйо&lt;br /&gt;</w:t>
        <w:br/>
        <w:t>і Сімбранос; солдати.&lt;br /&gt;</w:t>
        <w:br/>
        <w:t>Командор&lt;br /&gt;</w:t>
        <w:br/>
        <w:t>Припиніть оце весілля,&lt;br /&gt;</w:t>
        <w:br/>
        <w:t>хай замовкне дикий галас!&lt;br /&gt;</w:t>
        <w:br/>
        <w:t>Хуан Рудий&lt;br /&gt;</w:t>
        <w:br/>
        <w:t>В нас не іграшка, сеньйоре,&lt;br /&gt;</w:t>
        <w:br/>
        <w:t>та скоряємось наказу.&lt;br /&gt;</w:t>
        <w:br/>
        <w:t>Вам же місця, мабуть, мало&lt;br /&gt;</w:t>
        <w:br/>
        <w:t>для військового параду?..&lt;br /&gt;</w:t>
        <w:br/>
        <w:t>Правда ж, ви перемогли?&lt;br /&gt;</w:t>
        <w:br/>
        <w:t>Фрондосо&lt;br /&gt;</w:t>
        <w:br/>
        <w:t>(набік)&lt;br /&gt;</w:t>
        <w:br/>
        <w:t>Милий боже, я пропащий!&lt;br /&gt;</w:t>
        <w:br/>
        <w:t>Лавренсія&lt;br /&gt;</w:t>
        <w:br/>
        <w:t>Утікай скоріш, Фрондосо!&lt;br /&gt;</w:t>
        <w:br/>
        <w:t>Командор&lt;br /&gt;</w:t>
        <w:br/>
        <w:t>Гей, беріть, в'яжіть зухвальця!&lt;br /&gt;</w:t>
        <w:br/>
        <w:t>Хуан Рудий&lt;br /&gt;</w:t>
        <w:br/>
        <w:t>Дайся, хлопче, їм у руки.&lt;br /&gt;</w:t>
        <w:br/>
        <w:t>Фрондосо&lt;br /&gt;</w:t>
        <w:br/>
        <w:t>Щоб мене замордували?&lt;br /&gt;</w:t>
        <w:br/>
        <w:t>Хуан Рудий&lt;br /&gt;</w:t>
        <w:br/>
        <w:t>За що?&lt;br /&gt;</w:t>
        <w:br/>
        <w:t>Командор&lt;br /&gt;</w:t>
        <w:br/>
        <w:t>Ви повинні знать —&lt;br /&gt;</w:t>
        <w:br/>
        <w:t>я безвинних не караю;&lt;br /&gt;</w:t>
        <w:br/>
        <w:t>якби я того хотів,&lt;br /&gt;</w:t>
        <w:br/>
        <w:t>то оці мої солдати&lt;br /&gt;</w:t>
        <w:br/>
        <w:t>вже б давно його убили...&lt;br /&gt;</w:t>
        <w:br/>
        <w:t>Одведіть його в тюрягу;&lt;br /&gt;</w:t>
        <w:br/>
        <w:t>За провину ж хай призначить&lt;br /&gt;</w:t>
        <w:br/>
        <w:t>покарання рідний батько.&lt;br /&gt;</w:t>
        <w:br/>
        <w:t>Пасквала&lt;br /&gt;</w:t>
        <w:br/>
        <w:t>Він же жениться, сеньйоре!&lt;br /&gt;</w:t>
        <w:br/>
        <w:t>Командор&lt;br /&gt;</w:t>
        <w:br/>
        <w:t>То пусте! Ще є багато&lt;br /&gt;</w:t>
        <w:br/>
        <w:t>женихів у цім селі.&lt;br /&gt;</w:t>
        <w:br/>
        <w:t>Пасквала&lt;br /&gt;</w:t>
        <w:br/>
        <w:t>Якщо він вас і образив,&lt;br /&gt;</w:t>
        <w:br/>
        <w:t>то простіть великодушно.&lt;br /&gt;</w:t>
        <w:br/>
        <w:t>Командор&lt;br /&gt;</w:t>
        <w:br/>
        <w:t>Не в моїй особі справа;&lt;br /&gt;</w:t>
        <w:br/>
        <w:t>він в мені образив орден&lt;br /&gt;</w:t>
        <w:br/>
        <w:t>і його верховну владу —&lt;br /&gt;</w:t>
        <w:br/>
        <w:t>велеможного магістра,&lt;br /&gt;</w:t>
        <w:br/>
        <w:t>і за це він прийме кару,&lt;br /&gt;</w:t>
        <w:br/>
        <w:t>іншим людям на науку,&lt;br /&gt;</w:t>
        <w:br/>
        <w:t>бо як будем попускати,&lt;br /&gt;</w:t>
        <w:br/>
        <w:t>то й до бунту недалеко...&lt;br /&gt;</w:t>
        <w:br/>
        <w:t>Вам відомо, що приставив&lt;br /&gt;</w:t>
        <w:br/>
        <w:t>він сеньйорові своєму&lt;br /&gt;</w:t>
        <w:br/>
        <w:t>(вірні, що й казать, васали!)&lt;br /&gt;</w:t>
        <w:br/>
        <w:t>самостріла до грудей.&lt;br /&gt;</w:t>
        <w:br/>
        <w:t>Естеван&lt;br /&gt;</w:t>
        <w:br/>
        <w:t>Якщо тестеві за зятя&lt;br /&gt;</w:t>
        <w:br/>
        <w:t>можна й треба заступитись,&lt;br /&gt;</w:t>
        <w:br/>
        <w:t>то скажу, що в тім випадку&lt;br /&gt;</w:t>
        <w:br/>
        <w:t>він обурився недарма:&lt;br /&gt;</w:t>
        <w:br/>
        <w:t>чи ж не мусив він під захист&lt;br /&gt;</w:t>
        <w:br/>
        <w:t>взять укохану дружину,&lt;br /&gt;</w:t>
        <w:br/>
        <w:t>що хотіли ви одняти?&lt;br /&gt;</w:t>
        <w:br/>
        <w:t>Річ аж надто зрозуміла.&lt;br /&gt;</w:t>
        <w:br/>
        <w:t>Командор&lt;br /&gt;</w:t>
        <w:br/>
        <w:t>Дуже вчений ти, алькальде.&lt;br /&gt;</w:t>
        <w:br/>
        <w:t>Естеван&lt;br /&gt;</w:t>
        <w:br/>
        <w:t>З ласки вашої, сеньйоре.&lt;br /&gt;</w:t>
        <w:br/>
        <w:t>Командор&lt;br /&gt;</w:t>
        <w:br/>
        <w:t>Він не був іще жонатий —&lt;br /&gt;</w:t>
        <w:br/>
        <w:t>як я міг одняти жінку?&lt;br /&gt;</w:t>
        <w:br/>
        <w:t>Е с т е в а н&lt;br /&gt;</w:t>
        <w:br/>
        <w:t>Ви хотіли... Та вже маєм&lt;br /&gt;</w:t>
        <w:br/>
        <w:t>королів ми у Кастільї,&lt;br /&gt;</w:t>
        <w:br/>
        <w:t>що знесуть старе безладдя&lt;br /&gt;</w:t>
        <w:br/>
        <w:t>й заведуть усюди лад.&lt;br /&gt;</w:t>
        <w:br/>
        <w:t>Не гаразд учинить влада,&lt;br /&gt;</w:t>
        <w:br/>
        <w:t>як залишить після воєн&lt;br /&gt;</w:t>
        <w:br/>
        <w:t>знов над селами й містами&lt;br /&gt;</w:t>
        <w:br/>
        <w:t>можновладців самовільних&lt;br /&gt;</w:t>
        <w:br/>
        <w:t>ІЗ великими хрестами;&lt;br /&gt;</w:t>
        <w:br/>
        <w:t>хай король собі на груди&lt;br /&gt;</w:t>
        <w:br/>
        <w:t>візьме цей клейнод монарший,&lt;br /&gt;</w:t>
        <w:br/>
        <w:t>сам король, і більш ніхто!&lt;br /&gt;</w:t>
        <w:br/>
        <w:t>Командор&lt;br /&gt;</w:t>
        <w:br/>
        <w:t>Патерицю в нього взяти!&lt;br /&gt;</w:t>
        <w:br/>
        <w:t>Е с т е в а н&lt;br /&gt;</w:t>
        <w:br/>
        <w:t>Заберіть її, будь ласка.&lt;br /&gt;</w:t>
        <w:br/>
        <w:t>Командор&lt;br /&gt;</w:t>
        <w:br/>
        <w:t>Нею я тебе ударю,&lt;br /&gt;</w:t>
        <w:br/>
        <w:t>як коняку норовисту.&lt;br /&gt;</w:t>
        <w:br/>
        <w:t>Е с т е в а н&lt;br /&gt;</w:t>
        <w:br/>
        <w:t>Ваша воля, пане. Вдарте.&lt;br /&gt;</w:t>
        <w:br/>
        <w:t>Пасквала&lt;br /&gt;</w:t>
        <w:br/>
        <w:t>Бити палкою старого!&lt;br /&gt;</w:t>
        <w:br/>
        <w:t>Лавренсія&lt;br /&gt;</w:t>
        <w:br/>
        <w:t>Це тому, що він мій батько?&lt;br /&gt;</w:t>
        <w:br/>
        <w:t>Це за мене ви мстите?&lt;br /&gt;</w:t>
        <w:br/>
        <w:t>Командор&lt;br /&gt;</w:t>
        <w:br/>
        <w:t>І її візьміть під варту —&lt;br /&gt;</w:t>
        <w:br/>
        <w:t>вдесятьох охороняйте.&lt;br /&gt;</w:t>
        <w:br/>
        <w:t>Командор і його слуги та солдати виходять, ведучи з собою&lt;br /&gt;</w:t>
        <w:br/>
        <w:t>Лавренсію і Фрондосо.&lt;br /&gt;</w:t>
        <w:br/>
        <w:t>Е с т е в а н&lt;br /&gt;</w:t>
        <w:br/>
        <w:t>Є на вас небесна кара!&lt;br /&gt;</w:t>
        <w:br/>
        <w:t>(Виходить).&lt;br /&gt;</w:t>
        <w:br/>
        <w:t>Пасквала&lt;br /&gt;</w:t>
        <w:br/>
        <w:t>Ох, весілля невеселе!&lt;br /&gt;</w:t>
        <w:br/>
        <w:t>(Виходить).&lt;br /&gt;</w:t>
        <w:br/>
        <w:t>Баррільдо&lt;br /&gt;</w:t>
        <w:br/>
        <w:t>Хто ж обізветься за правду?&lt;br /&gt;</w:t>
        <w:br/>
        <w:t>Менго&lt;br /&gt;</w:t>
        <w:br/>
        <w:t>Я озвався, то мене&lt;br /&gt;</w:t>
        <w:br/>
        <w:t>висвятили в кардинали 13;&lt;br /&gt;</w:t>
        <w:br/>
        <w:t>басаманами все тіло&lt;br /&gt;</w:t>
        <w:br/>
        <w:t>вражі діти скарбували.&lt;br /&gt;</w:t>
        <w:br/>
        <w:t>Хуан Рудий&lt;br /&gt;</w:t>
        <w:br/>
        <w:t>Хай обізветься громада.&lt;br /&gt;</w:t>
        <w:br/>
        <w:t>Менго&lt;br /&gt;</w:t>
        <w:br/>
        <w:t>Мабуть, краще всім мовчати,&lt;br /&gt;</w:t>
        <w:br/>
        <w:t>бо усім так, як мені,&lt;br /&gt;</w:t>
        <w:br/>
        <w:t>добре всиплють в тулумбаси!&lt;br /&gt;</w:t>
        <w:br/>
        <w:t>ДІЯ ТРЕТЯ&lt;br /&gt;</w:t>
        <w:br/>
        <w:t>Приміщення громадської ради в Овечій Криниці.&lt;br /&gt;</w:t>
        <w:br/>
        <w:t>ЯВА ПЕРША&lt;br /&gt;</w:t>
        <w:br/>
        <w:t>Естеван, Алонсо, Баррільдо.&lt;br /&gt;</w:t>
        <w:br/>
        <w:t>Е с т е в а н&lt;br /&gt;</w:t>
        <w:br/>
        <w:t>Що, не прийшли на раду?&lt;br /&gt;</w:t>
        <w:br/>
        <w:t>Баррільдо&lt;br /&gt;</w:t>
        <w:br/>
        <w:t>Не прийшли.&lt;br /&gt;</w:t>
        <w:br/>
        <w:t>Естеван&lt;br /&gt;</w:t>
        <w:br/>
        <w:t>А час не жде, а лихо нам грозиться.&lt;br /&gt;</w:t>
        <w:br/>
        <w:t>Баррільдо&lt;br /&gt;</w:t>
        <w:br/>
        <w:t>Здається, вчасно знати всім дали.&lt;br /&gt;</w:t>
        <w:br/>
        <w:t>Естеван&lt;br /&gt;</w:t>
        <w:br/>
        <w:t>Фрондосо у заковах у в'язниці,&lt;br /&gt;</w:t>
        <w:br/>
        <w:t>Лавренсія моя в тяжкій біді;&lt;br /&gt;</w:t>
        <w:br/>
        <w:t>погублять їх катюги підлі, ниці,&lt;br /&gt;</w:t>
        <w:br/>
        <w:t>як бог не порятує у нужді...&lt;br /&gt;</w:t>
        <w:br/>
        <w:t>ЯВА ДРУГА&lt;br /&gt;</w:t>
        <w:br/>
        <w:t>Входять Хуан Рудий та рехідор, згодом — Менго.&lt;br /&gt;</w:t>
        <w:br/>
        <w:t>Хуан Рудий&lt;br /&gt;</w:t>
        <w:br/>
        <w:t>Чого це ти так галасуєш, брате?&lt;br /&gt;</w:t>
        <w:br/>
        <w:t>Почують панські слуги, і тоді...&lt;br /&gt;</w:t>
        <w:br/>
        <w:t>Естеван&lt;br /&gt;</w:t>
        <w:br/>
        <w:t>Ще голосніш повинен я кричати!&lt;br /&gt;</w:t>
        <w:br/>
        <w:t>Менго&lt;br /&gt;</w:t>
        <w:br/>
        <w:t>От бачите, я все-таки прийшов.&lt;br /&gt;</w:t>
        <w:br/>
        <w:t>Естеван&lt;br /&gt;</w:t>
        <w:br/>
        <w:t>Вас, люди чесні, хоче запитати&lt;br /&gt;</w:t>
        <w:br/>
        <w:t>отець, з якого точать сльози й кров,&lt;br /&gt;</w:t>
        <w:br/>
        <w:t>як нам із вами краще схоронити&lt;br /&gt;</w:t>
        <w:br/>
        <w:t>вітчизну й честь, що не воскресне знов?&lt;br /&gt;</w:t>
        <w:br/>
        <w:t>Якщо ви справді чесні, то скажіте,&lt;br /&gt;</w:t>
        <w:br/>
        <w:t>чи є тут хоч один посеред вас,&lt;br /&gt;</w:t>
        <w:br/>
        <w:t>кого не скривдив пан несамовитий?&lt;br /&gt;</w:t>
        <w:br/>
        <w:t>Скажіте, мало глуму і образ&lt;br /&gt;</w:t>
        <w:br/>
        <w:t>Зазнали ви од лютого тирана,&lt;br /&gt;</w:t>
        <w:br/>
        <w:t>що топче нашу гідність раз у раз?&lt;br /&gt;</w:t>
        <w:br/>
        <w:t>У кожного—ятриться в серці рана...&lt;br /&gt;</w:t>
        <w:br/>
        <w:t>Чого ж нам ждать? І доки ж нам терпіть?&lt;br /&gt;</w:t>
        <w:br/>
        <w:t>Хуан Рудий&lt;br /&gt;</w:t>
        <w:br/>
        <w:t>Недоля наша справді несказанна,&lt;br /&gt;</w:t>
        <w:br/>
        <w:t>та недалеко визволення мить:&lt;br /&gt;</w:t>
        <w:br/>
        <w:t>уже законні владарі Кастільї&lt;br /&gt;</w:t>
        <w:br/>
        <w:t>до Кордови 1 збираються вступить.&lt;br /&gt;</w:t>
        <w:br/>
        <w:t>Пошлімо рехідорів — од свавілля&lt;br /&gt;</w:t>
        <w:br/>
        <w:t>благати порятунку в королів.&lt;br /&gt;</w:t>
        <w:br/>
        <w:t>Баррільдо&lt;br /&gt;</w:t>
        <w:br/>
        <w:t>Немає в короля на те дозвілля,&lt;br /&gt;</w:t>
        <w:br/>
        <w:t>багато ще у нього ворогів;&lt;br /&gt;</w:t>
        <w:br/>
        <w:t>не може він про інші справи дбати,&lt;br /&gt;</w:t>
        <w:br/>
        <w:t>а про Криницю нашу й поготів.&lt;br /&gt;</w:t>
        <w:br/>
        <w:t>Р е х і д о р&lt;br /&gt;</w:t>
        <w:br/>
        <w:t>Хотів би я вам іншу раду дати:&lt;br /&gt;</w:t>
        <w:br/>
        <w:t>покинути всім людом слободу.&lt;br /&gt;</w:t>
        <w:br/>
        <w:t>Хуан Рудий&lt;br /&gt;</w:t>
        <w:br/>
        <w:t>Всім зняться враз? Це діло труднувате...&lt;br /&gt;</w:t>
        <w:br/>
        <w:t>Менго&lt;br /&gt;</w:t>
        <w:br/>
        <w:t>Ох, ми таки накличемо біду,&lt;br /&gt;</w:t>
        <w:br/>
        <w:t>як буде в нас такий стояти галас.&lt;br /&gt;</w:t>
        <w:br/>
        <w:t>Р е х і д о р&lt;br /&gt;</w:t>
        <w:br/>
        <w:t>Наш корабель юртує без ладу —&lt;br /&gt;</w:t>
        <w:br/>
        <w:t>терпіння щогла в ньому поламалась...&lt;br /&gt;</w:t>
        <w:br/>
        <w:t>В алькальда взято силоміць дочку,&lt;br /&gt;</w:t>
        <w:br/>
        <w:t>що тільки-тільки в церкві обвінчалась;&lt;br /&gt;</w:t>
        <w:br/>
        <w:t>об голову ламають бідаку&lt;br /&gt;</w:t>
        <w:br/>
        <w:t>ознаку його влади — патерицю,—&lt;br /&gt;</w:t>
        <w:br/>
        <w:t>чи й раб стерпів би кривду цю тяжку?&lt;br /&gt;</w:t>
        <w:br/>
        <w:t>Хуан Рудий&lt;br /&gt;</w:t>
        <w:br/>
        <w:t>Так що я; ти радиш — биться чи мириться?&lt;br /&gt;</w:t>
        <w:br/>
        <w:t>Р е х і д о р&lt;br /&gt;</w:t>
        <w:br/>
        <w:t>Багато нас, а їх — мале число.&lt;br /&gt;</w:t>
        <w:br/>
        <w:t>Умерти, а тиранам не кориться!&lt;br /&gt;</w:t>
        <w:br/>
        <w:t>Баррільдо&lt;br /&gt;</w:t>
        <w:br/>
        <w:t>На пана зброю має знять село?&lt;br /&gt;</w:t>
        <w:br/>
        <w:t>Естеван&lt;br /&gt;</w:t>
        <w:br/>
        <w:t>Король наш пан, та ще господь на небі,&lt;br /&gt;</w:t>
        <w:br/>
        <w:t>а не тиран, що людям творить зло.&lt;br /&gt;</w:t>
        <w:br/>
        <w:t>Нам бог поможе в пильній цій потребі,&lt;br /&gt;</w:t>
        <w:br/>
        <w:t>у правім ділі.&lt;br /&gt;</w:t>
        <w:br/>
        <w:t>М е н г о&lt;br /&gt;</w:t>
        <w:br/>
        <w:t>Я прийшов на збір&lt;br /&gt;</w:t>
        <w:br/>
        <w:t>од наймитів, що більш за всіх ганеби&lt;br /&gt;</w:t>
        <w:br/>
        <w:t>зазнали, та прош^ весь чесний мир,&lt;br /&gt;</w:t>
        <w:br/>
        <w:t>обачні будьте, дійте обережно —&lt;br /&gt;</w:t>
        <w:br/>
        <w:t>бо то підступний і жорстокий звір.&lt;br /&gt;</w:t>
        <w:br/>
        <w:t>Хуан Рудий&lt;br /&gt;</w:t>
        <w:br/>
        <w:t>Ми скривджені, зневажені безмежно,&lt;br /&gt;</w:t>
        <w:br/>
        <w:t>терпіння чаша налилася вщерть...&lt;br /&gt;</w:t>
        <w:br/>
        <w:t>Відповімо гнобителям належно:&lt;br /&gt;</w:t>
        <w:br/>
        <w:t>тиранам кров за кров і смерть за смерть!&lt;br /&gt;</w:t>
        <w:br/>
        <w:t>ЯВА ТРЕТЯ&lt;br /&gt;</w:t>
        <w:br/>
        <w:t>Входить Лавренсія, волосся їй розкуйовджене.&lt;br /&gt;</w:t>
        <w:br/>
        <w:t>Лавренсія&lt;br /&gt;</w:t>
        <w:br/>
        <w:t>Раду радять тут мужчини,&lt;br /&gt;</w:t>
        <w:br/>
        <w:t>та і жінці дайте слово:&lt;br /&gt;</w:t>
        <w:br/>
        <w:t>права голосу не маю,&lt;br /&gt;</w:t>
        <w:br/>
        <w:t>маю право я на стогін.&lt;br /&gt;</w:t>
        <w:br/>
        <w:t>Впізнаєте, хто я?&lt;br /&gt;</w:t>
        <w:br/>
        <w:t>Е с т е в а н&lt;br /&gt;</w:t>
        <w:br/>
        <w:t>Небо!&lt;br /&gt;</w:t>
        <w:br/>
        <w:t>Це дочка моя?&lt;br /&gt;</w:t>
        <w:br/>
        <w:t>Хуан Рудий&lt;br /&gt;</w:t>
        <w:br/>
        <w:t>О боже!&lt;br /&gt;</w:t>
        <w:br/>
        <w:t>Це Лавренсія?&lt;br /&gt;</w:t>
        <w:br/>
        <w:t>Лавренсія&lt;br /&gt;</w:t>
        <w:br/>
        <w:t>От бачте,&lt;br /&gt;</w:t>
        <w:br/>
        <w:t>вже й на себе я несхожа,&lt;br /&gt;</w:t>
        <w:br/>
        <w:t>вже й пізнати важко.&lt;br /&gt;</w:t>
        <w:br/>
        <w:t>Естеван&lt;br /&gt;</w:t>
        <w:br/>
        <w:t>Доню!&lt;br /&gt;</w:t>
        <w:br/>
        <w:t>Лавренсія&lt;br /&gt;</w:t>
        <w:br/>
        <w:t>Не зови мене дочкою!&lt;br /&gt;</w:t>
        <w:br/>
        <w:t>Естеван&lt;br /&gt;</w:t>
        <w:br/>
        <w:t>Чом же ні, моя єдина?&lt;br /&gt;</w:t>
        <w:br/>
        <w:t>Лавренсія&lt;br /&gt;</w:t>
        <w:br/>
        <w:t>Є на те причин задосить,&lt;br /&gt;</w:t>
        <w:br/>
        <w:t>я назву найголовнішу:&lt;br /&gt;</w:t>
        <w:br/>
        <w:t>ти насильнику гидкому&lt;br /&gt;</w:t>
        <w:br/>
        <w:t>попустив мене узяти&lt;br /&gt;</w:t>
        <w:br/>
        <w:t>і не став на оборону.&lt;br /&gt;</w:t>
        <w:br/>
        <w:t>Нареченому моєму&lt;br /&gt;</w:t>
        <w:br/>
        <w:t>я не стала ще жоною,&lt;br /&gt;</w:t>
        <w:br/>
        <w:t>щоб за мене мав помститись&lt;br /&gt;</w:t>
        <w:br/>
        <w:t>на тиранові Фрондосо;&lt;br /&gt;</w:t>
        <w:br/>
        <w:t>почалося лиш весілля,&lt;br /&gt;</w:t>
        <w:br/>
        <w:t>не дійшло у нас до ночі,—&lt;br /&gt;</w:t>
        <w:br/>
        <w:t>не жених, а батько мусить&lt;br /&gt;</w:t>
        <w:br/>
        <w:t>захищати честь дівочу;&lt;br /&gt;</w:t>
        <w:br/>
        <w:t>доки покупцю не вручать&lt;br /&gt;</w:t>
        <w:br/>
        <w:t>самоцвіта дорогого,&lt;br /&gt;</w:t>
        <w:br/>
        <w:t>продавець несе хай збитки,&lt;br /&gt;</w:t>
        <w:br/>
        <w:t>як його украде злодій.&lt;br /&gt;</w:t>
        <w:br/>
        <w:t>Перед вашими очима&lt;br /&gt;</w:t>
        <w:br/>
        <w:t>вкрав мене сеньйор-свавольник,&lt;br /&gt;</w:t>
        <w:br/>
        <w:t>оддали ягницю вовку&lt;br /&gt;</w:t>
        <w:br/>
        <w:t>пастухи-страхополохи!&lt;br /&gt;</w:t>
        <w:br/>
        <w:t>Що я мусила терпіти!&lt;br /&gt;</w:t>
        <w:br/>
        <w:t>І знущання, і погрози,&lt;br /&gt;</w:t>
        <w:br/>
        <w:t>і кинджали до грудей,&lt;br /&gt;</w:t>
        <w:br/>
        <w:t>і тортури прежорстокі,&lt;br /&gt;</w:t>
        <w:br/>
        <w:t>щоб недолюдку-тирану&lt;br /&gt;</w:t>
        <w:br/>
        <w:t>оддала своє дівоцтво...&lt;br /&gt;</w:t>
        <w:br/>
        <w:t>Гляньте, вся я в синяках,&lt;br /&gt;</w:t>
        <w:br/>
        <w:t>збита, стовчена до крові,&lt;br /&gt;</w:t>
        <w:br/>
        <w:t>розкуйовджене волосся...&lt;br /&gt;</w:t>
        <w:br/>
        <w:t>Ви — мужчини благородні?&lt;br /&gt;</w:t>
        <w:br/>
        <w:t>Ви — батьки мої, рідня?&lt;br /&gt;</w:t>
        <w:br/>
        <w:t>І не крається вам з болю&lt;br /&gt;</w:t>
        <w:br/>
        <w:t>серце, бачачи мої&lt;br /&gt;</w:t>
        <w:br/>
        <w:t>муки-болі невимовні?&lt;br /&gt;</w:t>
        <w:br/>
        <w:t>Вівці ви! До назви міста&lt;br /&gt;</w:t>
        <w:br/>
        <w:t>назва мешканців підходить.&lt;br /&gt;</w:t>
        <w:br/>
        <w:t>Чом нема у мене зброї?&lt;br /&gt;</w:t>
        <w:br/>
        <w:t>Ви каміння, ви колоди&lt;br /&gt;</w:t>
        <w:br/>
        <w:t>нечутливі, ніби тигри...&lt;br /&gt;</w:t>
        <w:br/>
        <w:t>Ні, не тигри — ті істоти&lt;br /&gt;</w:t>
        <w:br/>
        <w:t>бережуть своїх дітей&lt;br /&gt;</w:t>
        <w:br/>
        <w:t>і вбивають звіроловів,&lt;br /&gt;</w:t>
        <w:br/>
        <w:t>наздогнавши їх в дорозі&lt;br /&gt;</w:t>
        <w:br/>
        <w:t>і не давши сісти в човен.&lt;br /&gt;</w:t>
        <w:br/>
        <w:t>Ви зайцями уродились&lt;br /&gt;</w:t>
        <w:br/>
        <w:t>найплохішої породи!&lt;br /&gt;</w:t>
        <w:br/>
        <w:t>Віхті! Ви своїх жінок&lt;br /&gt;</w:t>
        <w:br/>
        <w:t>попускаєте чужому!&lt;br /&gt;</w:t>
        <w:br/>
        <w:t>Вам, бабам, мечі носити?&lt;br /&gt;</w:t>
        <w:br/>
        <w:t>Віника носіть при боці!&lt;br /&gt;</w:t>
        <w:br/>
        <w:t>Я жінок самих — клянуся! —&lt;br /&gt;</w:t>
        <w:br/>
        <w:t>підійму на бій, на помсту&lt;br /&gt;</w:t>
        <w:br/>
        <w:t>проти хижого тирана&lt;br /&gt;</w:t>
        <w:br/>
        <w:t>за наругу й соромоту;&lt;br /&gt;</w:t>
        <w:br/>
        <w:t>ви ж сидіть собі байдуже,&lt;br /&gt;</w:t>
        <w:br/>
        <w:t>мов общипані-ворони.&lt;br /&gt;</w:t>
        <w:br/>
        <w:t>Вам би тільки мичку прясти,&lt;br /&gt;</w:t>
        <w:br/>
        <w:t>дївчурй7*на силу вбогі, ^&lt;br /&gt;</w:t>
        <w:br/>
        <w:t>у спідниці одягатись,&lt;br /&gt;</w:t>
        <w:br/>
        <w:t>малювати щоки й брови!&lt;br /&gt;</w:t>
        <w:br/>
        <w:t>Хоче лютий дон Фернандо&lt;br /&gt;</w:t>
        <w:br/>
        <w:t>без суда і без розбору&lt;br /&gt;</w:t>
        <w:br/>
        <w:t>на отій зубчатій вежі&lt;br /&gt;</w:t>
        <w:br/>
        <w:t>вже повісити Фрондосо.&lt;br /&gt;</w:t>
        <w:br/>
        <w:t>Вам усім те саме буде —&lt;br /&gt;</w:t>
        <w:br/>
        <w:t>так і треба, слава богу,&lt;br /&gt;</w:t>
        <w:br/>
        <w:t>що у чеснім нашім місті&lt;br /&gt;</w:t>
        <w:br/>
        <w:t>не залишиться баботи&lt;br /&gt;</w:t>
        <w:br/>
        <w:t>і воскресне, всім на подив,&lt;br /&gt;</w:t>
        <w:br/>
        <w:t>царство мужніх амазонок.&lt;br /&gt;</w:t>
        <w:br/>
        <w:t>Естеван&lt;br /&gt;</w:t>
        <w:br/>
        <w:t>Дочко, я не з тих мужчин,&lt;br /&gt;</w:t>
        <w:br/>
        <w:t>що взивать себе дозволю&lt;br /&gt;</w:t>
        <w:br/>
        <w:t>отакими іменами.&lt;br /&gt;</w:t>
        <w:br/>
        <w:t>Стану сам один до бою&lt;br /&gt;</w:t>
        <w:br/>
        <w:t>хоч і проти всього світу.&lt;br /&gt;</w:t>
        <w:br/>
        <w:t>Хуан Рудий&lt;br /&gt;</w:t>
        <w:br/>
        <w:t>Стану й я, хоч лютий ворог&lt;br /&gt;</w:t>
        <w:br/>
        <w:t>надто грізну має силу.&lt;br /&gt;</w:t>
        <w:br/>
        <w:t>Рехідор&lt;br /&gt;</w:t>
        <w:br/>
        <w:t>Всі помрем!&lt;br /&gt;</w:t>
        <w:br/>
        <w:t>Баррільдо&lt;br /&gt;</w:t>
        <w:br/>
        <w:t>У нас корогва —&lt;br /&gt;</w:t>
        <w:br/>
        <w:t>полотно прибить до жердки,&lt;br /&gt;</w:t>
        <w:br/>
        <w:t>наше гасло: смерть потворам!&lt;br /&gt;</w:t>
        <w:br/>
        <w:t>Хуан Рудий&lt;br /&gt;</w:t>
        <w:br/>
        <w:t>А який порядок буде?&lt;br /&gt;</w:t>
        <w:br/>
        <w:t>М е н г о&lt;br /&gt;</w:t>
        <w:br/>
        <w:t>Без порядку вбить та й годі.&lt;br /&gt;</w:t>
        <w:br/>
        <w:t>Іскликайте все містечко,&lt;br /&gt;</w:t>
        <w:br/>
        <w:t>щоб була єдина воля&lt;br /&gt;</w:t>
        <w:br/>
        <w:t>у народу: смерть тиранам!&lt;br /&gt;</w:t>
        <w:br/>
        <w:t>Естеван&lt;br /&gt;</w:t>
        <w:br/>
        <w:t>До мечів, брати, до зброї!&lt;br /&gt;</w:t>
        <w:br/>
        <w:t>Лук чи спис — усе згодиться!&lt;br /&gt;</w:t>
        <w:br/>
        <w:t>М е н г о&lt;br /&gt;</w:t>
        <w:br/>
        <w:t>Хай король у нас сеньйором&lt;br /&gt;</w:t>
        <w:br/>
        <w:t>буде!&lt;br /&gt;</w:t>
        <w:br/>
        <w:t>Всі&lt;br /&gt;</w:t>
        <w:br/>
        <w:t>Хай живе король!&lt;br /&gt;</w:t>
        <w:br/>
        <w:t>М е н г о&lt;br /&gt;</w:t>
        <w:br/>
        <w:t>Хай загине лютий ворог!&lt;br /&gt;</w:t>
        <w:br/>
        <w:t>ЯВА ЧЕТВЕРТА&lt;br /&gt;</w:t>
        <w:br/>
        <w:t>Прибігають Пасквала, Хасінта та інші жінки.&lt;br /&gt;</w:t>
        <w:br/>
        <w:t>Пасквала&lt;br /&gt;</w:t>
        <w:br/>
        <w:t>Чом кричиш, немов на сполох?&lt;br /&gt;</w:t>
        <w:br/>
        <w:t>Лавренсія&lt;br /&gt;</w:t>
        <w:br/>
        <w:t>Ви не бачите? Ідуть&lt;br /&gt;</w:t>
        <w:br/>
        <w:t>убивати командора;&lt;br /&gt;</w:t>
        <w:br/>
        <w:t>всі чоловіки і хлопці&lt;br /&gt;</w:t>
        <w:br/>
        <w:t>рвуться яросно на подвиг!&lt;br /&gt;</w:t>
        <w:br/>
        <w:t>Та невже лиш їм самим&lt;br /&gt;</w:t>
        <w:br/>
        <w:t>припаде ця честь висока?&lt;br /&gt;</w:t>
        <w:br/>
        <w:t>Ми, жінки, не менш терпіли&lt;br /&gt;</w:t>
        <w:br/>
        <w:t>од гнобителів жорстоких!&lt;br /&gt;</w:t>
        <w:br/>
        <w:t>Хасінта&lt;br /&gt;</w:t>
        <w:br/>
        <w:t>То скажи, чого ж ти хочеш?&lt;br /&gt;</w:t>
        <w:br/>
        <w:t>Ворог лютий хай загине!&lt;br /&gt;</w:t>
        <w:br/>
        <w:t>Чоловіки виходять.&lt;br /&gt;</w:t>
        <w:br/>
        <w:t>Лавренсія&lt;br /&gt;</w:t>
        <w:br/>
        <w:t>Ну, ідіть, хай бог поможе!&lt;br /&gt;</w:t>
        <w:br/>
        <w:t>(Гукає).&lt;br /&gt;</w:t>
        <w:br/>
        <w:t>Гей, сюди, ланки, дівчата!&lt;br /&gt;</w:t>
        <w:br/>
        <w:t>Як одна, усі горою&lt;br /&gt;</w:t>
        <w:br/>
        <w:t>станьмо всі за нашу честь!&lt;br /&gt;</w:t>
        <w:br/>
        <w:t>Лавренсія&lt;br /&gt;</w:t>
        <w:br/>
        <w:t>Щоб зібрались ми юрбою&lt;br /&gt;</w:t>
        <w:br/>
        <w:t>і вчинили славне діло,&lt;br /&gt;</w:t>
        <w:br/>
        <w:t>всьому світові на подив.&lt;br /&gt;</w:t>
        <w:br/>
        <w:t>Ти, Хасінто, потерпіла&lt;br /&gt;</w:t>
        <w:br/>
        <w:t>більш за всіх — тепер очолиш&lt;br /&gt;</w:t>
        <w:br/>
        <w:t>ти жіночий наш загін.&lt;br /&gt;</w:t>
        <w:br/>
        <w:t>X а с і н т а&lt;br /&gt;</w:t>
        <w:br/>
        <w:t>Може, ти?&lt;br /&gt;</w:t>
        <w:br/>
        <w:t>Лавренсія&lt;br /&gt;</w:t>
        <w:br/>
        <w:t>Прапороносцем&lt;br /&gt;</w:t>
        <w:br/>
        <w:t>будеш ти у нас, Пасквало.&lt;br /&gt;</w:t>
        <w:br/>
        <w:t>Пасквала&lt;br /&gt;</w:t>
        <w:br/>
        <w:t>Добрий прапор приготовлю,&lt;br /&gt;</w:t>
        <w:br/>
        <w:t>дайте збігаю додому,—&lt;br /&gt;</w:t>
        <w:br/>
        <w:t>вже ж я вас не осоромлю.&lt;br /&gt;</w:t>
        <w:br/>
        <w:t>Лавренсія&lt;br /&gt;</w:t>
        <w:br/>
        <w:t>Ні, на це немає часу,&lt;br /&gt;</w:t>
        <w:br/>
        <w:t>Зараз треба йти до бою,—&lt;br /&gt;</w:t>
        <w:br/>
        <w:t>почепім хустки на дрюччя,&lt;br /&gt;</w:t>
        <w:br/>
        <w:t>буде й тих знамен доволі.&lt;br /&gt;</w:t>
        <w:br/>
        <w:t>Пасквала&lt;br /&gt;</w:t>
        <w:br/>
        <w:t>Оберімо ватажка.&lt;br /&gt;</w:t>
        <w:br/>
        <w:t>Лавренсія&lt;br /&gt;</w:t>
        <w:br/>
        <w:t>Ні, не треба.&lt;br /&gt;</w:t>
        <w:br/>
        <w:t>Пасквала&lt;br /&gt;</w:t>
        <w:br/>
        <w:t>Чом?&lt;br /&gt;</w:t>
        <w:br/>
        <w:t>Лавренсія&lt;br /&gt;</w:t>
        <w:br/>
        <w:t>Зі мною&lt;br /&gt;</w:t>
        <w:br/>
        <w:t>не потрібні вам ні Сіди 2,&lt;br /&gt;</w:t>
        <w:br/>
        <w:t>ні преславні Родомонти 3.&lt;br /&gt;</w:t>
        <w:br/>
        <w:t>(Виходить).&lt;br /&gt;</w:t>
        <w:br/>
        <w:t>ЯВА П'ЯТА&lt;br /&gt;</w:t>
        <w:br/>
        <w:t>Зал у домі командора.&lt;br /&gt;</w:t>
        <w:br/>
        <w:t>Входять Фрондосо із зв'язаними руками, Флорес,&lt;br /&gt;</w:t>
        <w:br/>
        <w:t>Ортуньйо, Сімбранос і командор.&lt;br /&gt;</w:t>
        <w:br/>
        <w:t>Командор&lt;br /&gt;</w:t>
        <w:br/>
        <w:t>Ведіть на башту зараз же прояву&lt;br /&gt;</w:t>
        <w:br/>
        <w:t>і на зубці за руки почепіть.&lt;br /&gt;</w:t>
        <w:br/>
        <w:t>Фрондосо&lt;br /&gt;</w:t>
        <w:br/>
        <w:t>На славний рід ви кличете неславу.&lt;br /&gt;</w:t>
        <w:br/>
        <w:t>Командор&lt;br /&gt;</w:t>
        <w:br/>
        <w:t>Нехай усім на острах там висить.&lt;br /&gt;</w:t>
        <w:br/>
        <w:t>Фрондосо&lt;br /&gt;</w:t>
        <w:br/>
        <w:t>Скажіть, сеньйоре, по якому праву?&lt;br /&gt;</w:t>
        <w:br/>
        <w:t>Вас я вбивать не думав.&lt;br /&gt;</w:t>
        <w:br/>
        <w:t>Чути гомін за сценою.&lt;br /&gt;</w:t>
        <w:br/>
        <w:t>Флорес&lt;br /&gt;</w:t>
        <w:br/>
        <w:t>Чернь шумить.&lt;br /&gt;</w:t>
        <w:br/>
        <w:t>Командор&lt;br /&gt;</w:t>
        <w:br/>
        <w:t>Бунтують хлопи?&lt;br /&gt;</w:t>
        <w:br/>
        <w:t>Флорес .&lt;br /&gt;</w:t>
        <w:br/>
        <w:t>Не дадуть, холери,&lt;br /&gt;</w:t>
        <w:br/>
        <w:t>і присуд виконать.&lt;br /&gt;</w:t>
        <w:br/>
        <w:t>Ортуньйо&lt;br /&gt;</w:t>
        <w:br/>
        <w:t>Ламають двері.&lt;br /&gt;</w:t>
        <w:br/>
        <w:t>Командор&lt;br /&gt;</w:t>
        <w:br/>
        <w:t>В моєму домі? Це вже через край!&lt;br /&gt;</w:t>
        <w:br/>
        <w:t>На орден напад!&lt;br /&gt;</w:t>
        <w:br/>
        <w:t>Флорес&lt;br /&gt;</w:t>
        <w:br/>
        <w:t>Нас прийшли громити.&lt;br /&gt;</w:t>
        <w:br/>
        <w:t>ЯВА ШОСТА&lt;br /&gt;</w:t>
        <w:br/>
        <w:t>Хуан Рудий (за лаштунками), потім Менго; ті, що й були.&lt;br /&gt;</w:t>
        <w:br/>
        <w:t>Хуан Рудий&lt;br /&gt;</w:t>
        <w:br/>
        <w:t>(за сценою)&lt;br /&gt;</w:t>
        <w:br/>
        <w:t>Вали, пали, руйнуй, ламай, рубай!&lt;br /&gt;</w:t>
        <w:br/>
        <w:t>Ортуньйо&lt;br /&gt;</w:t>
        <w:br/>
        <w:t>Народного повстання не спинити.&lt;br /&gt;</w:t>
        <w:br/>
        <w:t>Командор&lt;br /&gt;</w:t>
        <w:br/>
        <w:t>Тут вся громада!&lt;br /&gt;</w:t>
        <w:br/>
        <w:t>Флорес&lt;br /&gt;</w:t>
        <w:br/>
        <w:t>Пруться на одчай.&lt;br /&gt;</w:t>
        <w:br/>
        <w:t>Вже вибив двері тлум несамовитий...&lt;br /&gt;</w:t>
        <w:br/>
        <w:t>Командор&lt;br /&gt;</w:t>
        <w:br/>
        <w:t>Ну, розв'яжіть злочинця до ста лих!&lt;br /&gt;</w:t>
        <w:br/>
        <w:t>Іди, Фрондосо, угамуй своїх.&lt;br /&gt;</w:t>
        <w:br/>
        <w:t>Фрондосо&lt;br /&gt;</w:t>
        <w:br/>
        <w:t>Вони прийшли мене порятувати.&lt;br /&gt;</w:t>
        <w:br/>
        <w:t>(Виходить).&lt;br /&gt;</w:t>
        <w:br/>
        <w:t>Менго&lt;br /&gt;</w:t>
        <w:br/>
        <w:t>(за сценою)&lt;br /&gt;</w:t>
        <w:br/>
        <w:t>Нехай живуть кастільські королі!&lt;br /&gt;</w:t>
        <w:br/>
        <w:t>Тиранам смерть!&lt;br /&gt;</w:t>
        <w:br/>
        <w:t>Флорес&lt;br /&gt;</w:t>
        <w:br/>
        <w:t>Сеньйоре, утікати&lt;br /&gt;</w:t>
        <w:br/>
        <w:t>нам треба швидше!&lt;br /&gt;</w:t>
        <w:br/>
        <w:t>Командор&lt;br /&gt;</w:t>
        <w:br/>
        <w:t>Сили в нас малі,&lt;br /&gt;</w:t>
        <w:br/>
        <w:t>та будем, як фортецю, захищати&lt;br /&gt;</w:t>
        <w:br/>
        <w:t>наш дім! Вони відступлять.&lt;br /&gt;</w:t>
        <w:br/>
        <w:t>Флорес&lt;br /&gt;</w:t>
        <w:br/>
        <w:t>Люди злі&lt;br /&gt;</w:t>
        <w:br/>
        <w:t>не вернуться додому без розправи,&lt;br /&gt;</w:t>
        <w:br/>
        <w:t>нам зададуть за все бенкет кривавий...&lt;br /&gt;</w:t>
        <w:br/>
        <w:t>Командор&lt;br /&gt;</w:t>
        <w:br/>
        <w:t>Не відступаймо звідси ні на крок!&lt;br /&gt;</w:t>
        <w:br/>
        <w:t>На ворохобників готуйте зброю!&lt;br /&gt;</w:t>
        <w:br/>
        <w:t>Фрондосо&lt;br /&gt;</w:t>
        <w:br/>
        <w:t>(за сценою)&lt;br /&gt;</w:t>
        <w:br/>
        <w:t>Громаді слава!&lt;br /&gt;</w:t>
        <w:br/>
        <w:t>Командор&lt;br /&gt;</w:t>
        <w:br/>
        <w:t>Новий ватажок!&lt;br /&gt;</w:t>
        <w:br/>
        <w:t>Нічого, я ту зграю заспокою!&lt;br /&gt;</w:t>
        <w:br/>
        <w:t>Флорес&lt;br /&gt;</w:t>
        <w:br/>
        <w:t>Ви, пане, ніби велетень з казок.&lt;br /&gt;</w:t>
        <w:br/>
        <w:t>ЯВА СЬОМА&lt;br /&gt;</w:t>
        <w:br/>
        <w:t>Естеван, Фрондосо, Хуан Рудий, Менго,&lt;br /&gt;</w:t>
        <w:br/>
        <w:t>Баррільдо та інші селяни, всі озброєні; ті, що й були.&lt;br /&gt;</w:t>
        <w:br/>
        <w:t>Естеван&lt;br /&gt;</w:t>
        <w:br/>
        <w:t>Ось наш тиран із челяддю бридкою...&lt;br /&gt;</w:t>
        <w:br/>
        <w:t>Загибель їм на голови впаде!&lt;br /&gt;</w:t>
        <w:br/>
        <w:t>Командор&lt;br /&gt;</w:t>
        <w:br/>
        <w:t>Пождіть-бо, люди...&lt;br /&gt;</w:t>
        <w:br/>
        <w:t>Всі&lt;br /&gt;</w:t>
        <w:br/>
        <w:t>Правда-мста не жде.&lt;br /&gt;</w:t>
        <w:br/>
        <w:t>Командор&lt;br /&gt;</w:t>
        <w:br/>
        <w:t>Даремно тут про кривди кричите ви,&lt;br /&gt;</w:t>
        <w:br/>
        <w:t>я виправлю свої помилки сам.&lt;br /&gt;</w:t>
        <w:br/>
        <w:t>Всі&lt;br /&gt;</w:t>
        <w:br/>
        <w:t>Громаді слава! Слава королеві!&lt;br /&gt;</w:t>
        <w:br/>
        <w:t>Смерть зрадникам, недолюдкам-катам!&lt;br /&gt;</w:t>
        <w:br/>
        <w:t>Командор&lt;br /&gt;</w:t>
        <w:br/>
        <w:t>Вгамуйтеся, послухайте мене ви,&lt;br /&gt;</w:t>
        <w:br/>
        <w:t>я ж ваш сеньйор.&lt;br /&gt;</w:t>
        <w:br/>
        <w:t>Всі&lt;br /&gt;</w:t>
        <w:br/>
        <w:t>Ми тільки королям&lt;br /&gt;</w:t>
        <w:br/>
        <w:t>підвладні, більш нікому.&lt;br /&gt;</w:t>
        <w:br/>
        <w:t>Командор&lt;br /&gt;</w:t>
        <w:br/>
        <w:t>Я не стану...&lt;br /&gt;</w:t>
        <w:br/>
        <w:t>Всі&lt;br /&gt;</w:t>
        <w:br/>
        <w:t>Нехай живе громада! Смерть тирану!&lt;br /&gt;</w:t>
        <w:br/>
        <w:t>Борються; командор та його прибічники відступають,&lt;br /&gt;</w:t>
        <w:br/>
        <w:t>повстанці переслідують їх.&lt;br /&gt;</w:t>
        <w:br/>
        <w:t>ЯВА ВОСЬМА&lt;br /&gt;</w:t>
        <w:br/>
        <w:t>Входять озброєні ж і н к и.&lt;br /&gt;</w:t>
        <w:br/>
        <w:t>Лавренсія&lt;br /&gt;</w:t>
        <w:br/>
        <w:t>Отут завершимо своє ми діло,&lt;br /&gt;</w:t>
        <w:br/>
        <w:t>одважні вояки, а не жінки.&lt;br /&gt;</w:t>
        <w:br/>
        <w:t>Пасквала&lt;br /&gt;</w:t>
        <w:br/>
        <w:t>Ми кров йому із горла вип'єм сміло,&lt;br /&gt;</w:t>
        <w:br/>
        <w:t>не так, як ті нікчемні слабаки!&lt;br /&gt;</w:t>
        <w:br/>
        <w:t>Хасінта&lt;br /&gt;</w:t>
        <w:br/>
        <w:t>Піднімем на списи падлючне тіло!&lt;br /&gt;</w:t>
        <w:br/>
        <w:t>Пасквала&lt;br /&gt;</w:t>
        <w:br/>
        <w:t>У нас у всіх однакові думки.&lt;br /&gt;</w:t>
        <w:br/>
        <w:t>Естеван&lt;br /&gt;</w:t>
        <w:br/>
        <w:t>(за сценою)&lt;br /&gt;</w:t>
        <w:br/>
        <w:t>Умри ж, мерзенний зраднику!&lt;br /&gt;</w:t>
        <w:br/>
        <w:t>Командор&lt;br /&gt;</w:t>
        <w:br/>
        <w:t>(за сценою)&lt;br /&gt;</w:t>
        <w:br/>
        <w:t>Вмираю...&lt;br /&gt;</w:t>
        <w:br/>
        <w:t>0 господи, прости мене, благаю!&lt;br /&gt;</w:t>
        <w:br/>
        <w:t>Баррільдо&lt;br /&gt;</w:t>
        <w:br/>
        <w:t>(за сценою)&lt;br /&gt;</w:t>
        <w:br/>
        <w:t>Он Флорес.&lt;br /&gt;</w:t>
        <w:br/>
        <w:t>Менго&lt;br /&gt;</w:t>
        <w:br/>
        <w:t>(за сценою)&lt;br /&gt;</w:t>
        <w:br/>
        <w:t>Лою з нього натоплю!&lt;br /&gt;</w:t>
        <w:br/>
        <w:t>Це ж він тоді мені давав попруги.&lt;br /&gt;</w:t>
        <w:br/>
        <w:t>Фрондосо&lt;br /&gt;</w:t>
        <w:br/>
        <w:t>(за сценою)&lt;br /&gt;</w:t>
        <w:br/>
        <w:t>На той світ я його переселю.&lt;br /&gt;</w:t>
        <w:br/>
        <w:t>Лавренсія&lt;br /&gt;</w:t>
        <w:br/>
        <w:t>Ходім туди.&lt;br /&gt;</w:t>
        <w:br/>
        <w:t>Пасквала&lt;br /&gt;</w:t>
        <w:br/>
        <w:t>А не втече той, другий?&lt;br /&gt;</w:t>
        <w:br/>
        <w:t>Нам треба двері стерегти.&lt;br /&gt;</w:t>
        <w:br/>
        <w:t>Баррільдо&lt;br /&gt;</w:t>
        <w:br/>
        <w:t>(за сценою)&lt;br /&gt;</w:t>
        <w:br/>
        <w:t>Жалю&lt;br /&gt;</w:t>
        <w:br/>
        <w:t>не знаю #. А, скиглите, катюги!&lt;br /&gt;</w:t>
        <w:br/>
        <w:t>Лавренсія&lt;br /&gt;</w:t>
        <w:br/>
        <w:t>Пасквало, я піду, не супереч:&lt;br /&gt;</w:t>
        <w:br/>
        <w:t>ІЗ піхов треба видобути меч.&lt;br /&gt;</w:t>
        <w:br/>
        <w:t>Баррільдо&lt;br /&gt;</w:t>
        <w:br/>
        <w:t>(за сценою)&lt;br /&gt;</w:t>
        <w:br/>
        <w:t>А ось Ортуньйо.&lt;br /&gt;</w:t>
        <w:br/>
        <w:t>Фрондосо&lt;br /&gt;</w:t>
        <w:br/>
        <w:t>(за сценою)&lt;br /&gt;</w:t>
        <w:br/>
        <w:t>Не втече негідник!&lt;br /&gt;</w:t>
        <w:br/>
        <w:t>ЯВА ДЕВ'ЯТА&lt;br /&gt;</w:t>
        <w:br/>
        <w:t>Вбігає Флорес, за ним женеться Менго.&lt;br /&gt;</w:t>
        <w:br/>
        <w:t>Флорес&lt;br /&gt;</w:t>
        <w:br/>
        <w:t>Помилуй, Менго! Чим я завинив?&lt;br /&gt;</w:t>
        <w:br/>
        <w:t>Менго&lt;br /&gt;</w:t>
        <w:br/>
        <w:t>По-перше, ти — паскуда, панський звідник,&lt;br /&gt;</w:t>
        <w:br/>
        <w:t>по-друге, не забув я батогів.&lt;br /&gt;</w:t>
        <w:br/>
        <w:t>Пасквала&lt;br /&gt;</w:t>
        <w:br/>
        <w:t>Дай, Менго, нам його: цей халамидник&lt;br /&gt;</w:t>
        <w:br/>
        <w:t>увірився жінкам.&lt;br /&gt;</w:t>
        <w:br/>
        <w:t>Менго&lt;br /&gt;</w:t>
        <w:br/>
        <w:t>Так, заслужив&lt;br /&gt;</w:t>
        <w:br/>
        <w:t>він од жінок найбільшої покари.&lt;br /&gt;</w:t>
        <w:br/>
        <w:t>Пасквала&lt;br /&gt;</w:t>
        <w:br/>
        <w:t>И за тебе я додам!&lt;br /&gt;</w:t>
        <w:br/>
        <w:t>Менго&lt;br /&gt;</w:t>
        <w:br/>
        <w:t>Та вже додай до пари.&lt;br /&gt;</w:t>
        <w:br/>
        <w:t>Хасінта&lt;br /&gt;</w:t>
        <w:br/>
        <w:t>Згинь, підлий бандуре!&lt;br /&gt;</w:t>
        <w:br/>
        <w:t>Флорес&lt;br /&gt;</w:t>
        <w:br/>
        <w:t>Як, од жінок?..&lt;br /&gt;</w:t>
        <w:br/>
        <w:t>Хасінта&lt;br /&gt;</w:t>
        <w:br/>
        <w:t>Не забагато честі?&lt;br /&gt;</w:t>
        <w:br/>
        <w:t>Пасквала&lt;br /&gt;</w:t>
        <w:br/>
        <w:t>Плачеш, гаде?&lt;br /&gt;</w:t>
        <w:br/>
        <w:t>Хасінта&lt;br /&gt;</w:t>
        <w:br/>
        <w:t>Вже годі до панів водить дівок!&lt;br /&gt;</w:t>
        <w:br/>
        <w:t>Пасквала&lt;br /&gt;</w:t>
        <w:br/>
        <w:t>(за сценою)&lt;br /&gt;</w:t>
        <w:br/>
        <w:t>Смерть баламутові!&lt;br /&gt;</w:t>
        <w:br/>
        <w:t>Флорес&lt;br /&gt;</w:t>
        <w:br/>
        <w:t>Молю пощади!&lt;br /&gt;</w:t>
        <w:br/>
        <w:t>Вбігає Ортуньйо, за ним женеться Лавренсія.&lt;br /&gt;</w:t>
        <w:br/>
        <w:t>Ортуньйо&lt;br /&gt;</w:t>
        <w:br/>
        <w:t>Хіба ж я вам...&lt;br /&gt;</w:t>
        <w:br/>
        <w:t>Лавренсія&lt;br /&gt;</w:t>
        <w:br/>
        <w:t>І ти із тих пташок!&lt;br /&gt;</w:t>
        <w:br/>
        <w:t>Дівчата, бийте слуг ганьби і зради!&lt;br /&gt;</w:t>
        <w:br/>
        <w:t>Пасквала&lt;br /&gt;</w:t>
        <w:br/>
        <w:t>Помру, а їхню чорну кров проллю!&lt;br /&gt;</w:t>
        <w:br/>
        <w:t>Всі&lt;br /&gt;</w:t>
        <w:br/>
        <w:t>Громаді слава! Слава королю!&lt;br /&gt;</w:t>
        <w:br/>
        <w:t>Виходять.&lt;br /&gt;</w:t>
        <w:br/>
        <w:t>ЯВА ДЕСЯТА&lt;br /&gt;</w:t>
        <w:br/>
        <w:t>Королівська резиденція в Topo4.&lt;br /&gt;</w:t>
        <w:br/>
        <w:t>Входять король дон Фернандо, королева донья&lt;br /&gt;</w:t>
        <w:br/>
        <w:t>Ісабела та магістр Сант-Яго дон Манріке.&lt;br /&gt;</w:t>
        <w:br/>
        <w:t>Дон Манріке&lt;br /&gt;</w:t>
        <w:br/>
        <w:t>Все скінчилося як слід,&lt;br /&gt;</w:t>
        <w:br/>
        <w:t>задум ваш удавсь на диво:&lt;br /&gt;</w:t>
        <w:br/>
        <w:t>на Сьюдад-Реаль щасливо&lt;br /&gt;</w:t>
        <w:br/>
        <w:t>Завершився наш похід.&lt;br /&gt;</w:t>
        <w:br/>
        <w:t>Опір був не дуже сильний,&lt;br /&gt;</w:t>
        <w:br/>
        <w:t>та якби й сильніший був,&lt;br /&gt;</w:t>
        <w:br/>
        <w:t>перемоги б не добув&lt;br /&gt;</w:t>
        <w:br/>
        <w:t>все одно Хірон свавільний.&lt;br /&gt;</w:t>
        <w:br/>
        <w:t>Граф де Кабра ще стоїть&lt;br /&gt;</w:t>
        <w:br/>
        <w:t>ІЗ залогою в фортеці;&lt;br /&gt;</w:t>
        <w:br/>
        <w:t>якщо ворог знов поткнеться,—&lt;br /&gt;</w:t>
        <w:br/>
        <w:t>одкоша дістане вмить.&lt;br /&gt;</w:t>
        <w:br/>
        <w:t>Король&lt;br /&gt;</w:t>
        <w:br/>
        <w:t>Добре вдіяв ти, що там&lt;br /&gt;</w:t>
        <w:br/>
        <w:t>сильну залишив залогу:&lt;br /&gt;</w:t>
        <w:br/>
        <w:t>перепинимо дорогу&lt;br /&gt;</w:t>
        <w:br/>
        <w:t>ми зухвалим ворогам.&lt;br /&gt;</w:t>
        <w:br/>
        <w:t>Поки в нас в руках фортеця,&lt;br /&gt;</w:t>
        <w:br/>
        <w:t>не боятись нам біди;&lt;br /&gt;</w:t>
        <w:br/>
        <w:t>З Португалії сюди&lt;br /&gt;</w:t>
        <w:br/>
        <w:t>дон Альфонсо не прорветься.&lt;br /&gt;</w:t>
        <w:br/>
        <w:t>Вбереже Сьюдад-Реаль&lt;br /&gt;</w:t>
        <w:br/>
        <w:t>граф де Кабра, славний воїн,&lt;br /&gt;</w:t>
        <w:br/>
        <w:t>вищих почестей достоїн&lt;br /&gt;</w:t>
        <w:br/>
        <w:t>за свою звитяжну сталь.&lt;br /&gt;</w:t>
        <w:br/>
        <w:t>Там, де табором він став,&lt;br /&gt;</w:t>
        <w:br/>
        <w:t>не пройдуть полки ворожі;&lt;br /&gt;</w:t>
        <w:br/>
        <w:t>вірна варта на сторожі&lt;br /&gt;</w:t>
        <w:br/>
        <w:t>наших з'єднаних держав.&lt;br /&gt;</w:t>
        <w:br/>
        <w:t>ЯВА ОДИНАДЦЯТА&lt;br /&gt;</w:t>
        <w:br/>
        <w:t>Входить поранений Флорес.&lt;br /&gt;</w:t>
        <w:br/>
        <w:t>Флорес&lt;br /&gt;</w:t>
        <w:br/>
        <w:t>Найясніший наш королю,&lt;br /&gt;</w:t>
        <w:br/>
        <w:t>ти, кому судило небо&lt;br /&gt;</w:t>
        <w:br/>
        <w:t>як достойному владиці&lt;br /&gt;</w:t>
        <w:br/>
        <w:t>на кастільський трон піднестись!&lt;br /&gt;</w:t>
        <w:br/>
        <w:t>Вислухай од мене звістку&lt;br /&gt;</w:t>
        <w:br/>
        <w:t>про злочинство престрашенне —&lt;br /&gt;</w:t>
        <w:br/>
        <w:t>рівного йому ніколи&lt;br /&gt;</w:t>
        <w:br/>
        <w:t>не було ще в піднебесній.&lt;br /&gt;</w:t>
        <w:br/>
        <w:t>Король&lt;br /&gt;</w:t>
        <w:br/>
        <w:t>Заспокойся.&lt;br /&gt;</w:t>
        <w:br/>
        <w:t>Флорес&lt;br /&gt;</w:t>
        <w:br/>
        <w:t>О сеньйоре,&lt;br /&gt;</w:t>
        <w:br/>
        <w:t>я поранений смертельно;&lt;br /&gt;</w:t>
        <w:br/>
        <w:t>буде розповідь коротка&lt;br /&gt;</w:t>
        <w:br/>
        <w:t>про подію невеселу.&lt;br /&gt;</w:t>
        <w:br/>
        <w:t>Я з Овечої Криниці,&lt;br /&gt;</w:t>
        <w:br/>
        <w:t>узграничного містечка,&lt;br /&gt;</w:t>
        <w:br/>
        <w:t>де свого сеньйора вбили&lt;br /&gt;</w:t>
        <w:br/>
        <w:t>слобожани навіжені.&lt;br /&gt;</w:t>
        <w:br/>
        <w:t>Пан мій, дон Фернандо Гомес,&lt;br /&gt;</w:t>
        <w:br/>
        <w:t>там дізнав гіркої смерті&lt;br /&gt;</w:t>
        <w:br/>
        <w:t>од васалів, що на нього&lt;br /&gt;</w:t>
        <w:br/>
        <w:t>Збунтувалися знічев'я.&lt;br /&gt;</w:t>
        <w:br/>
        <w:t>Окричав його тираном&lt;br /&gt;</w:t>
        <w:br/>
        <w:t>люд невірний і непевний;&lt;br /&gt;</w:t>
        <w:br/>
        <w:t>враз зібрався дикий натовп&lt;br /&gt;</w:t>
        <w:br/>
        <w:t>розлютованої черні;&lt;br /&gt;</w:t>
        <w:br/>
        <w:t>З криком, галасом несвітським&lt;br /&gt;</w:t>
        <w:br/>
        <w:t>до сеньйора в дім удерлись,&lt;br /&gt;</w:t>
        <w:br/>
        <w:t>не схотіли його слухать,&lt;br /&gt;</w:t>
        <w:br/>
        <w:t>хоч давав він слово честі,&lt;br /&gt;</w:t>
        <w:br/>
        <w:t>що заплатить всім належне;&lt;br /&gt;</w:t>
        <w:br/>
        <w:t>та вони, немилосердні,&lt;br /&gt;</w:t>
        <w:br/>
        <w:t>панові пробили груди,&lt;br /&gt;</w:t>
        <w:br/>
        <w:t>Здоблені хрестом велебним,&lt;br /&gt;</w:t>
        <w:br/>
        <w:t>і з високих вікон дому&lt;br /&gt;</w:t>
        <w:br/>
        <w:t>тіло кинули на землю,&lt;br /&gt;</w:t>
        <w:br/>
        <w:t>де на шпаги і списи&lt;br /&gt;</w:t>
        <w:br/>
        <w:t>прийняли його мегери.&lt;br /&gt;</w:t>
        <w:br/>
        <w:t>Потім трупа командора&lt;br /&gt;</w:t>
        <w:br/>
        <w:t>в чиюсь хату перенесли,&lt;br /&gt;</w:t>
        <w:br/>
        <w:t>рвали з мертвого волосся,&lt;br /&gt;</w:t>
        <w:br/>
        <w:t>нівечили, мов скажені,&lt;br /&gt;</w:t>
        <w:br/>
        <w:t>зранили усе обличчя&lt;br /&gt;</w:t>
        <w:br/>
        <w:t>душогуби кровожерні,&lt;br /&gt;</w:t>
        <w:br/>
        <w:t>носа й вуха відрубали,&lt;br /&gt;</w:t>
        <w:br/>
        <w:t>посікли його дощенту.&lt;br /&gt;</w:t>
        <w:br/>
        <w:t>Всі герби його побили&lt;br /&gt;</w:t>
        <w:br/>
        <w:t>З диким лементом і ревом —&lt;br /&gt;</w:t>
        <w:br/>
        <w:t>королівських вимагають,&lt;br /&gt;</w:t>
        <w:br/>
        <w:t>орденські, мовляв, безчестять.&lt;br /&gt;</w:t>
        <w:br/>
        <w:t>Панський дім пограбували,&lt;br /&gt;</w:t>
        <w:br/>
        <w:t>здобич, нібито воєнну,&lt;br /&gt;</w:t>
        <w:br/>
        <w:t>між собою поділили&lt;br /&gt;</w:t>
        <w:br/>
        <w:t>рівно, раді та веселі...&lt;br /&gt;</w:t>
        <w:br/>
        <w:t>Все те бачив я з криївки,&lt;br /&gt;</w:t>
        <w:br/>
        <w:t>доля ж бо моя злиденна&lt;br /&gt;</w:t>
        <w:br/>
        <w:t>не хотіла, щоб загинув&lt;br /&gt;</w:t>
        <w:br/>
        <w:t>я в тій грізній небезпеці.&lt;br /&gt;</w:t>
        <w:br/>
        <w:t>Я там цілий день ховався,&lt;br /&gt;</w:t>
        <w:br/>
        <w:t>а як ніч змінила вечір,&lt;br /&gt;</w:t>
        <w:br/>
        <w:t>нишком вийшов із містечка,&lt;br /&gt;</w:t>
        <w:br/>
        <w:t>щоб тобі цю вість принести.&lt;br /&gt;</w:t>
        <w:br/>
        <w:t>Ти, королю,— справедливий,&lt;br /&gt;</w:t>
        <w:br/>
        <w:t>тож вели твоїм іменням&lt;br /&gt;</w:t>
        <w:br/>
        <w:t>за злочинство покарати&lt;br /&gt;</w:t>
        <w:br/>
        <w:t>справедливо тих шаленців;&lt;br /&gt;</w:t>
        <w:br/>
        <w:t>кров убитого волає,&lt;br /&gt;</w:t>
        <w:br/>
        <w:t>помсти вимага від тебе.&lt;br /&gt;</w:t>
        <w:br/>
        <w:t>Король&lt;br /&gt;</w:t>
        <w:br/>
        <w:t>Обіцяю покарати&lt;br /&gt;</w:t>
        <w:br/>
        <w:t>лиходіїв, як належить;&lt;br /&gt;</w:t>
        <w:br/>
        <w:t>Злочин, справді небувалий,&lt;br /&gt;</w:t>
        <w:br/>
        <w:t>і тривожить, і бентежить.&lt;br /&gt;</w:t>
        <w:br/>
        <w:t>Слідчого суддю негайно&lt;br /&gt;</w:t>
        <w:br/>
        <w:t>посилаю я в містечко:&lt;br /&gt;</w:t>
        <w:br/>
        <w:t>він скарає винуватців,&lt;br /&gt;</w:t>
        <w:br/>
        <w:t>з'ясувавши все напевно.&lt;br /&gt;</w:t>
        <w:br/>
        <w:t>З ним поїде капітан,&lt;br /&gt;</w:t>
        <w:br/>
        <w:t>щоб порядок забезпечить;&lt;br /&gt;</w:t>
        <w:br/>
        <w:t>іншим людям для науки&lt;br /&gt;</w:t>
        <w:br/>
        <w:t>тут суворим бути треба.&lt;br /&gt;</w:t>
        <w:br/>
        <w:t>А цього солдата зараз&lt;br /&gt;</w:t>
        <w:br/>
        <w:t>одведіть до лазарету.&lt;br /&gt;</w:t>
        <w:br/>
        <w:t>Виходять.&lt;br /&gt;</w:t>
        <w:br/>
        <w:t>ЯВА ДВАНАДЦЯТА&lt;br /&gt;</w:t>
        <w:br/>
        <w:t>Майдан в Овечій Криниці.&lt;br /&gt;</w:t>
        <w:br/>
        <w:t>Входять селяни (чоловіки і жінки), несучи на списі&lt;br /&gt;</w:t>
        <w:br/>
        <w:t>голову командора.&lt;br /&gt;</w:t>
        <w:br/>
        <w:t>Музики&lt;br /&gt;</w:t>
        <w:br/>
        <w:t>(співають)&lt;br /&gt;</w:t>
        <w:br/>
        <w:t>Слава королеві!&lt;br /&gt;</w:t>
        <w:br/>
        <w:t>Слава королю!&lt;br /&gt;</w:t>
        <w:br/>
        <w:t>Смерть усім тиранам!&lt;br /&gt;</w:t>
        <w:br/>
        <w:t>Баррільдо&lt;br /&gt;</w:t>
        <w:br/>
        <w:t>Ти, Фрондосо, будеш славить?&lt;br /&gt;</w:t>
        <w:br/>
        <w:t>Фрондосо&lt;br /&gt;</w:t>
        <w:br/>
        <w:t>Зараз віршика складу,&lt;br /&gt;</w:t>
        <w:br/>
        <w:t>а як щось не до ладу,&lt;br /&gt;</w:t>
        <w:br/>
        <w:t>розумніший хай підправить.&lt;br /&gt;</w:t>
        <w:br/>
        <w:t>"Слава доньї Ісабелі&lt;br /&gt;</w:t>
        <w:br/>
        <w:t>і Фернандо з Арагону!&lt;br /&gt;</w:t>
        <w:br/>
        <w:t>Спільно носять хай корону,&lt;br /&gt;</w:t>
        <w:br/>
        <w:t>завжди раді та веселі!&lt;br /&gt;</w:t>
        <w:br/>
        <w:t>Хай архангел Михаїл&lt;br /&gt;</w:t>
        <w:br/>
        <w:t>їх окриє сінню крил.&lt;br /&gt;</w:t>
        <w:br/>
        <w:t>Слава королям,&lt;br /&gt;</w:t>
        <w:br/>
        <w:t>смерть усім катам!"&lt;br /&gt;</w:t>
        <w:br/>
        <w:t>Лавренсія&lt;br /&gt;</w:t>
        <w:br/>
        <w:t>А тепер Баррільдо.&lt;br /&gt;</w:t>
        <w:br/>
        <w:t>Баррільдо&lt;br /&gt;</w:t>
        <w:br/>
        <w:t>Вірш&lt;br /&gt;</w:t>
        <w:br/>
        <w:t>встиг я добре підготовить.&lt;br /&gt;</w:t>
        <w:br/>
        <w:t>Пасквала&lt;br /&gt;</w:t>
        <w:br/>
        <w:t>Як зумієш і промовить,&lt;br /&gt;</w:t>
        <w:br/>
        <w:t>в тебе вийде теж незгірш.&lt;br /&gt;</w:t>
        <w:br/>
        <w:t>Баррільдо&lt;br /&gt;</w:t>
        <w:br/>
        <w:t>"Слава нашим королям!&lt;br /&gt;</w:t>
        <w:br/>
        <w:t>Хай живуть ще літа многі&lt;br /&gt;</w:t>
        <w:br/>
        <w:t>й топчуть недруга під ноги&lt;br /&gt;</w:t>
        <w:br/>
        <w:t>на велику радість нам,&lt;br /&gt;</w:t>
        <w:br/>
        <w:t>на загибель ворогам,&lt;br /&gt;</w:t>
        <w:br/>
        <w:t>ворогам поганим!&lt;br /&gt;</w:t>
        <w:br/>
        <w:t>Смерть усім тиранам!"&lt;br /&gt;</w:t>
        <w:br/>
        <w:t>Музики&lt;br /&gt;</w:t>
        <w:br/>
        <w:t>( співають )&lt;br /&gt;</w:t>
        <w:br/>
        <w:t>Слава королеві,&lt;br /&gt;</w:t>
        <w:br/>
        <w:t>слава королю!&lt;br /&gt;</w:t>
        <w:br/>
        <w:t>Смерть усім тиранам!&lt;br /&gt;</w:t>
        <w:br/>
        <w:t>Лавренсія&lt;br /&gt;</w:t>
        <w:br/>
        <w:t>Ну, а Менго?&lt;br /&gt;</w:t>
        <w:br/>
        <w:t>Фрондосо&lt;br /&gt;</w:t>
        <w:br/>
        <w:t>На прощання!&lt;br /&gt;</w:t>
        <w:br/>
        <w:t>Менго&lt;br /&gt;</w:t>
        <w:br/>
        <w:t>З мене віршник хоч куди!&lt;br /&gt;</w:t>
        <w:br/>
        <w:t>Пасквала&lt;br /&gt;</w:t>
        <w:br/>
        <w:t>Й досі носиш ти сліди&lt;br /&gt;</w:t>
        <w:br/>
        <w:t>дротяного віршування.&lt;br /&gt;</w:t>
        <w:br/>
        <w:t>Менго&lt;br /&gt;</w:t>
        <w:br/>
        <w:t>"Я в тяжку попав халепу,&lt;br /&gt;</w:t>
        <w:br/>
        <w:t>як велів небіжчик пан&lt;br /&gt;</w:t>
        <w:br/>
        <w:t>бити, ніби в барабан,&lt;br /&gt;</w:t>
        <w:br/>
        <w:t>в бідную мою гергепу...&lt;br /&gt;</w:t>
        <w:br/>
        <w:t>Та провчили ми причепу!&lt;br /&gt;</w:t>
        <w:br/>
        <w:t>Слава королюгам!&lt;br /&gt;</w:t>
        <w:br/>
        <w:t>Смерть усім катюгам!"&lt;br /&gt;</w:t>
        <w:br/>
        <w:t>Музики&lt;br /&gt;</w:t>
        <w:br/>
        <w:t>(співають)&lt;br /&gt;</w:t>
        <w:br/>
        <w:t>Слава королеві,&lt;br /&gt;</w:t>
        <w:br/>
        <w:t>слава королю!&lt;br /&gt;</w:t>
        <w:br/>
        <w:t>Смерть усім тиранам!&lt;br /&gt;</w:t>
        <w:br/>
        <w:t>Естеван&lt;br /&gt;</w:t>
        <w:br/>
        <w:t>Киньте голову туди.&lt;br /&gt;</w:t>
        <w:br/>
        <w:t>Менго&lt;br /&gt;</w:t>
        <w:br/>
        <w:t>Наче вішальник, отерп.&lt;br /&gt;</w:t>
        <w:br/>
        <w:t>Рехідор&lt;br /&gt;</w:t>
        <w:br/>
        <w:t>Ось і королівський герб.&lt;br /&gt;</w:t>
        <w:br/>
        <w:t>ЯВА ТРИНАДЦЯТА&lt;br /&gt;</w:t>
        <w:br/>
        <w:t>Входить Хуан Рудий, несучи щита з королівським гербом.&lt;br /&gt;</w:t>
        <w:br/>
        <w:t>Естеван&lt;br /&gt;</w:t>
        <w:br/>
        <w:t>А давай його сюди.&lt;br /&gt;</w:t>
        <w:br/>
        <w:t>Хуан Рудий&lt;br /&gt;</w:t>
        <w:br/>
        <w:t>Де ж би нам його прибить?&lt;br /&gt;</w:t>
        <w:br/>
        <w:t>Р Є X і д о р&lt;br /&gt;</w:t>
        <w:br/>
        <w:t>Тут ось, на громадській раді.&lt;br /&gt;</w:t>
        <w:br/>
        <w:t>Естеван&lt;br /&gt;</w:t>
        <w:br/>
        <w:t>Славний герб!&lt;br /&gt;</w:t>
        <w:br/>
        <w:t>Баррільдо&lt;br /&gt;</w:t>
        <w:br/>
        <w:t>Йому ми раді.&lt;br /&gt;</w:t>
        <w:br/>
        <w:t>Фрондосо&lt;br /&gt;</w:t>
        <w:br/>
        <w:t>З ним ми вільно будем жить,&lt;br /&gt;</w:t>
        <w:br/>
        <w:t>сонцем він для нас ясніє.&lt;br /&gt;</w:t>
        <w:br/>
        <w:t>Естеван&lt;br /&gt;</w:t>
        <w:br/>
        <w:t>Хай живе наш Арагон,&lt;br /&gt;</w:t>
        <w:br/>
        <w:t>і Кастілья, і Леон!&lt;br /&gt;</w:t>
        <w:br/>
        <w:t>Хай загине тиранія!&lt;br /&gt;</w:t>
        <w:br/>
        <w:t>А тепера, добрі люди,&lt;br /&gt;</w:t>
        <w:br/>
        <w:t>слухайте мене, старого;&lt;br /&gt;</w:t>
        <w:br/>
        <w:t>не нараю я лихого,&lt;br /&gt;</w:t>
        <w:br/>
        <w:t>лиш добро од того буде.&lt;br /&gt;</w:t>
        <w:br/>
        <w:t>От який у мене клопіт:&lt;br /&gt;</w:t>
        <w:br/>
        <w:t>наш король десь недалечко&lt;br /&gt;</w:t>
        <w:br/>
        <w:t>і когось пришле в містечко,&lt;br /&gt;</w:t>
        <w:br/>
        <w:t>щоб за все вчинити допит.&lt;br /&gt;</w:t>
        <w:br/>
        <w:t>Як би не питала влада,&lt;br /&gt;</w:t>
        <w:br/>
        <w:t>треба всім одно казать!&lt;br /&gt;</w:t>
        <w:br/>
        <w:t>Фрондосо&lt;br /&gt;</w:t>
        <w:br/>
        <w:t>Що ж ти радиш?&lt;br /&gt;</w:t>
        <w:br/>
        <w:t>Естеван&lt;br /&gt;</w:t>
        <w:br/>
        <w:t>Умирать,&lt;br /&gt;</w:t>
        <w:br/>
        <w:t>а одно казать — "громада";&lt;br /&gt;</w:t>
        <w:br/>
        <w:t>цим себе ви спасете.&lt;br /&gt;</w:t>
        <w:br/>
        <w:t>Фрондосо&lt;br /&gt;</w:t>
        <w:br/>
        <w:t>Річ аж надто зрозуміла:&lt;br /&gt;</w:t>
        <w:br/>
        <w:t>все громада учинила.&lt;br /&gt;</w:t>
        <w:br/>
        <w:t>Е с т е в а н&lt;br /&gt;</w:t>
        <w:br/>
        <w:t>Всі на те пристаєте?&lt;br /&gt;</w:t>
        <w:br/>
        <w:t>В сі&lt;br /&gt;</w:t>
        <w:br/>
        <w:t>Всі!&lt;br /&gt;</w:t>
        <w:br/>
        <w:t>Е с т е в а н&lt;br /&gt;</w:t>
        <w:br/>
        <w:t>Гаразд. Я буду слідчим&lt;br /&gt;</w:t>
        <w:br/>
        <w:t>по убивству командора.&lt;br /&gt;</w:t>
        <w:br/>
        <w:t>Що тут сталося учора?&lt;br /&gt;</w:t>
        <w:br/>
        <w:t>Як ми на суді посвідчим?&lt;br /&gt;</w:t>
        <w:br/>
        <w:t>Привели, приміром, Менго&lt;br /&gt;</w:t>
        <w:br/>
        <w:t>на розправу.&lt;br /&gt;</w:t>
        <w:br/>
        <w:t>Менго&lt;br /&gt;</w:t>
        <w:br/>
        <w:t>Почалось!&lt;br /&gt;</w:t>
        <w:br/>
        <w:t>Кріпшого знайдіть когось.&lt;br /&gt;</w:t>
        <w:br/>
        <w:t>Е с т е в а н&lt;br /&gt;</w:t>
        <w:br/>
        <w:t>Це ж не всправжки ще.&lt;br /&gt;</w:t>
        <w:br/>
        <w:t>Менго&lt;br /&gt;</w:t>
        <w:br/>
        <w:t>Страшненько!&lt;br /&gt;</w:t>
        <w:br/>
        <w:t>Е с т е в а н&lt;br /&gt;</w:t>
        <w:br/>
        <w:t>Ну, так хто вбив командора?&lt;br /&gt;</w:t>
        <w:br/>
        <w:t>Менго&lt;br /&gt;</w:t>
        <w:br/>
        <w:t>Хто ж? Громада.&lt;br /&gt;</w:t>
        <w:br/>
        <w:t>Есте'ван&lt;br /&gt;</w:t>
        <w:br/>
        <w:t>Кинь ці штуки!&lt;br /&gt;</w:t>
        <w:br/>
        <w:t>А візьміть його на муки!&lt;br /&gt;</w:t>
        <w:br/>
        <w:t>Менго&lt;br /&gt;</w:t>
        <w:br/>
        <w:t>Хоч і вбий мене, сеньйоре!&lt;br /&gt;</w:t>
        <w:br/>
        <w:t>Естеван&lt;br /&gt;</w:t>
        <w:br/>
        <w:t>Признавайся!&lt;br /&gt;</w:t>
        <w:br/>
        <w:t>Менго&lt;br /&gt;</w:t>
        <w:br/>
        <w:t>Признаюся.&lt;br /&gt;</w:t>
        <w:br/>
        <w:t>Естеван&lt;br /&gt;</w:t>
        <w:br/>
        <w:t>Хто убив?&lt;br /&gt;</w:t>
        <w:br/>
        <w:t>Менго&lt;br /&gt;</w:t>
        <w:br/>
        <w:t>Громада,&lt;br /&gt;</w:t>
        <w:br/>
        <w:t>Естеван&lt;br /&gt;</w:t>
        <w:br/>
        <w:t>Дайте&lt;br /&gt;</w:t>
        <w:br/>
        <w:t>ще разок йому!&lt;br /&gt;</w:t>
        <w:br/>
        <w:t>Менго&lt;br /&gt;</w:t>
        <w:br/>
        <w:t>Давайте.&lt;br /&gt;</w:t>
        <w:br/>
        <w:t>Естеван&lt;br /&gt;</w:t>
        <w:br/>
        <w:t>Чорта лисого доб'юся.&lt;br /&gt;</w:t>
        <w:br/>
        <w:t>ЯВА ЧОТИРНАДЦЯТА&lt;br /&gt;</w:t>
        <w:br/>
        <w:t>Входить другий рехідор.&lt;br /&gt;</w:t>
        <w:br/>
        <w:t>Рехідор&lt;br /&gt;</w:t>
        <w:br/>
        <w:t>Ви чого тут завелись?&lt;br /&gt;</w:t>
        <w:br/>
        <w:t>Фрондосо&lt;br /&gt;</w:t>
        <w:br/>
        <w:t>Що там сталося, Квадрадо?&lt;br /&gt;</w:t>
        <w:br/>
        <w:t>Рехідор&lt;br /&gt;</w:t>
        <w:br/>
        <w:t>Слідчий вже прибув.&lt;br /&gt;</w:t>
        <w:br/>
        <w:t>Естеван&lt;br /&gt;</w:t>
        <w:br/>
        <w:t>Громадо,&lt;br /&gt;</w:t>
        <w:br/>
        <w:t>треба всім нам розійтись.&lt;br /&gt;</w:t>
        <w:br/>
        <w:t>Рехідор&lt;br /&gt;</w:t>
        <w:br/>
        <w:t>З ним приїхав капітан.&lt;br /&gt;</w:t>
        <w:br/>
        <w:t>Естеван&lt;br /&gt;</w:t>
        <w:br/>
        <w:t>Хоч і дідько. Всі вже знають,&lt;br /&gt;</w:t>
        <w:br/>
        <w:t>як відповідати мають.&lt;br /&gt;</w:t>
        <w:br/>
        <w:t>Рехідор&lt;br /&gt;</w:t>
        <w:br/>
        <w:t>Всіх хапають слобожан:&lt;br /&gt;</w:t>
        <w:br/>
        <w:t>жартувать не буде влада.&lt;br /&gt;</w:t>
        <w:br/>
        <w:t>Естеван&lt;br /&gt;</w:t>
        <w:br/>
        <w:t>Не забудьте ж, як я вчив.&lt;br /&gt;</w:t>
        <w:br/>
        <w:t>Менго, хто, скажи, убив&lt;br /&gt;</w:t>
        <w:br/>
        <w:t>командора?&lt;br /&gt;</w:t>
        <w:br/>
        <w:t>Менго&lt;br /&gt;</w:t>
        <w:br/>
        <w:t>Хто? Громада.&lt;br /&gt;</w:t>
        <w:br/>
        <w:t>Розходяться.&lt;br /&gt;</w:t>
        <w:br/>
        <w:t>ЯВА П'ЯТНАДЦЯТА&lt;br /&gt;</w:t>
        <w:br/>
        <w:t>Мешкання магістра Калатрави в Альмагро.&lt;br /&gt;</w:t>
        <w:br/>
        <w:t>Входять магістр і солдат.&lt;br /&gt;</w:t>
        <w:br/>
        <w:t>Магістр&lt;br /&gt;</w:t>
        <w:br/>
        <w:t>Смерть прийнять таку страшну!&lt;br /&gt;</w:t>
        <w:br/>
        <w:t>Важко навіть уявити...&lt;br /&gt;</w:t>
        <w:br/>
        <w:t>Я ладен тебе убити&lt;br /&gt;</w:t>
        <w:br/>
        <w:t>за жахливу новину.&lt;br /&gt;</w:t>
        <w:br/>
        <w:t>Солдат&lt;br /&gt;</w:t>
        <w:br/>
        <w:t>Пане, вісників не б'ють;&lt;br /&gt;</w:t>
        <w:br/>
        <w:t>я ж не вигадав навмисне.&lt;br /&gt;</w:t>
        <w:br/>
        <w:t>Магістр&lt;br /&gt;</w:t>
        <w:br/>
        <w:t>Це бунтарство ненависне&lt;br /&gt;</w:t>
        <w:br/>
        <w:t>у мені збудило лють.&lt;br /&gt;</w:t>
        <w:br/>
        <w:t>Я піду на те село&lt;br /&gt;</w:t>
        <w:br/>
        <w:t>ІЗ полком бійців суворих&lt;br /&gt;</w:t>
        <w:br/>
        <w:t>і змету, зітру на порох&lt;br /&gt;</w:t>
        <w:br/>
        <w:t>ворохібницьке кубло!&lt;br /&gt;</w:t>
        <w:br/>
        <w:t>Солдат&lt;br /&gt;</w:t>
        <w:br/>
        <w:t>Знайте, пане, що Криниця&lt;br /&gt;</w:t>
        <w:br/>
        <w:t>піддалася королям,&lt;br /&gt;</w:t>
        <w:br/>
        <w:t>і не випадає вам&lt;br /&gt;</w:t>
        <w:br/>
        <w:t>ІЗ монархами свариться.&lt;br /&gt;</w:t>
        <w:br/>
        <w:t>Магістр&lt;br /&gt;</w:t>
        <w:br/>
        <w:t>Володіння Калатрави&lt;br /&gt;</w:t>
        <w:br/>
        <w:t>перейшло б то до корони?&lt;br /&gt;</w:t>
        <w:br/>
        <w:t>Солдат&lt;br /&gt;</w:t>
        <w:br/>
        <w:t>То судіться, є ж закони;&lt;br /&gt;</w:t>
        <w:br/>
        <w:t>може, виграєте справу.&lt;br /&gt;</w:t>
        <w:br/>
        <w:t>Магістр&lt;br /&gt;</w:t>
        <w:br/>
        <w:t>Та кому ж оддасть свою&lt;br /&gt;</w:t>
        <w:br/>
        <w:t>здобич володар найстарший?&lt;br /&gt;</w:t>
        <w:br/>
        <w:t>Я авторитет монарший&lt;br /&gt;</w:t>
        <w:br/>
        <w:t>безумовно визнаю.&lt;br /&gt;</w:t>
        <w:br/>
        <w:t>Мушу вгамувать досаду&lt;br /&gt;</w:t>
        <w:br/>
        <w:t>на підданців короля&lt;br /&gt;</w:t>
        <w:br/>
        <w:t>й сам поїду звідціля&lt;br /&gt;</w:t>
        <w:br/>
        <w:t>вшанувать верховну владу.&lt;br /&gt;</w:t>
        <w:br/>
        <w:t>В міжусобній завірюсі&lt;br /&gt;</w:t>
        <w:br/>
        <w:t>Завинив я перед ним;&lt;br /&gt;</w:t>
        <w:br/>
        <w:t>тільки віком молодим&lt;br /&gt;</w:t>
        <w:br/>
        <w:t>виправдаюсь — і скорюся.&lt;br /&gt;</w:t>
        <w:br/>
        <w:t>Неприємна ця ухвала,&lt;br /&gt;</w:t>
        <w:br/>
        <w:t>тільки ж честі не уйму,&lt;br /&gt;</w:t>
        <w:br/>
        <w:t>поклонившися йому,—&lt;br /&gt;</w:t>
        <w:br/>
        <w:t>це обов'язок васала.&lt;br /&gt;</w:t>
        <w:br/>
        <w:t>Виходять.&lt;br /&gt;</w:t>
        <w:br/>
        <w:t>ЯВА ШІСТНАДЦЯТА&lt;br /&gt;</w:t>
        <w:br/>
        <w:t>Майдан в Овечій Криниці.&lt;br /&gt;</w:t>
        <w:br/>
        <w:t>Лавренсія сама.&lt;br /&gt;</w:t>
        <w:br/>
        <w:t>Лавренсія&lt;br /&gt;</w:t>
        <w:br/>
        <w:t>Кохаючи, тривожитись коханим —&lt;br /&gt;</w:t>
        <w:br/>
        <w:t>то у коханні найгіркіша мука;&lt;br /&gt;</w:t>
        <w:br/>
        <w:t>зболілі груди рве палка розпука,&lt;br /&gt;</w:t>
        <w:br/>
        <w:t>душа гнітиться страхом несказанним.&lt;br /&gt;</w:t>
        <w:br/>
        <w:t>Скорботою собі ми серце раним,&lt;br /&gt;</w:t>
        <w:br/>
        <w:t>скрізь чується зловісний голос крука,&lt;br /&gt;</w:t>
        <w:br/>
        <w:t>віщується довічная розлука&lt;br /&gt;</w:t>
        <w:br/>
        <w:t>З улюбленим, єдиним і жаданим.&lt;br /&gt;</w:t>
        <w:br/>
        <w:t>Люблю я свого милого, й за нього&lt;br /&gt;</w:t>
        <w:br/>
        <w:t>приречена тремтіти й потерпати&lt;br /&gt;</w:t>
        <w:br/>
        <w:t>у цю тяжку, безрадісну годину.&lt;br /&gt;</w:t>
        <w:br/>
        <w:t>Рятуй нас, доле, не вбивай, тривого!&lt;br /&gt;</w:t>
        <w:br/>
        <w:t>Як він лишиться, буду я страждати,&lt;br /&gt;</w:t>
        <w:br/>
        <w:t>як він поїде — з горя я загину.&lt;br /&gt;</w:t>
        <w:br/>
        <w:t>ЯВА СІМНАДЦЯТА&lt;br /&gt;</w:t>
        <w:br/>
        <w:t>Входить Фрондосо.&lt;br /&gt;</w:t>
        <w:br/>
        <w:t>Фрондосо&lt;br /&gt;</w:t>
        <w:br/>
        <w:t>0 Лавренсіє!&lt;br /&gt;</w:t>
        <w:br/>
        <w:t>Лавренсія&lt;br /&gt;</w:t>
        <w:br/>
        <w:t>Коханий!&lt;br /&gt;</w:t>
        <w:br/>
        <w:t>Ти ще тут, у небезпеці?&lt;br /&gt;</w:t>
        <w:br/>
        <w:t>Фрондосо&lt;br /&gt;</w:t>
        <w:br/>
        <w:t>За тобою серце рветься&lt;br /&gt;</w:t>
        <w:br/>
        <w:t>у тривозі ненастанній.&lt;br /&gt;</w:t>
        <w:br/>
        <w:t>Лавренсія&lt;br /&gt;</w:t>
        <w:br/>
        <w:t>0 Фрондосо, я боюся,&lt;br /&gt;</w:t>
        <w:br/>
        <w:t>утікай, бо буде лихо!&lt;br /&gt;</w:t>
        <w:br/>
        <w:t>Фрондосо&lt;br /&gt;</w:t>
        <w:br/>
        <w:t>Будь що буде, моя втіхо,&lt;br /&gt;</w:t>
        <w:br/>
        <w:t>я з тобою зостаюся.&lt;br /&gt;</w:t>
        <w:br/>
        <w:t>Лавренсія&lt;br /&gt;</w:t>
        <w:br/>
        <w:t>Хочеш згинуть без пуття?&lt;br /&gt;</w:t>
        <w:br/>
        <w:t>Сам же знаєш, як лютує,&lt;br /&gt;</w:t>
        <w:br/>
        <w:t>як людей усіх катує&lt;br /&gt;</w:t>
        <w:br/>
        <w:t>той неправедний суддя...&lt;br /&gt;</w:t>
        <w:br/>
        <w:t>Ой тікай, не жди біди,&lt;br /&gt;</w:t>
        <w:br/>
        <w:t>бережи живую душу!&lt;br /&gt;</w:t>
        <w:br/>
        <w:t>Фрондосо&lt;br /&gt;</w:t>
        <w:br/>
        <w:t>То, по-твоєму, я мушу&lt;br /&gt;</w:t>
        <w:br/>
        <w:t>утікать? Чого? Куди?&lt;br /&gt;</w:t>
        <w:br/>
        <w:t>Чи я можу всіх покинуть,&lt;br /&gt;</w:t>
        <w:br/>
        <w:t>щоб своє життя спасти?&lt;br /&gt;</w:t>
        <w:br/>
        <w:t>Не гаразд! А як же ти?&lt;br /&gt;</w:t>
        <w:br/>
        <w:t>Ні, вже краще разом згинуть.&lt;br /&gt;</w:t>
        <w:br/>
        <w:t>Не жени мене від себе&lt;br /&gt;</w:t>
        <w:br/>
        <w:t>і не муч себе сама.&lt;br /&gt;</w:t>
        <w:br/>
        <w:t>Буду разом з усіма,&lt;br /&gt;</w:t>
        <w:br/>
        <w:t>кров свою проллю, як треба.&lt;br /&gt;</w:t>
        <w:br/>
        <w:t>Крики за сценою.&lt;br /&gt;</w:t>
        <w:br/>
        <w:t>Чуєш, ніби хтось кричить?&lt;br /&gt;</w:t>
        <w:br/>
        <w:t>У тюрмі ідуть тортури&lt;br /&gt;</w:t>
        <w:br/>
        <w:t>так, що чути і крізь мури.&lt;br /&gt;</w:t>
        <w:br/>
        <w:t>Ми послухаємо. Цить!&lt;br /&gt;</w:t>
        <w:br/>
        <w:t>ЯВА ВІСІМНАДЦЯТА&lt;br /&gt;</w:t>
        <w:br/>
        <w:t>Суддя, Естеван, хлопчик, Пасквала, Менго&lt;br /&gt;</w:t>
        <w:br/>
        <w:t>(за лаштунками, в тюремному дворі); ті, що й були.&lt;br /&gt;</w:t>
        <w:br/>
        <w:t>Суддя&lt;br /&gt;</w:t>
        <w:br/>
        <w:t>Ну, старий, не скажеш ти?&lt;br /&gt;</w:t>
        <w:br/>
        <w:t>Фрондосо&lt;br /&gt;</w:t>
        <w:br/>
        <w:t>Чуєш, мучать і старого.&lt;br /&gt;</w:t>
        <w:br/>
        <w:t>Лавренсія&lt;br /&gt;</w:t>
        <w:br/>
        <w:t>Боже, чи не батька мого?&lt;br /&gt;</w:t>
        <w:br/>
        <w:t>Естеван&lt;br /&gt;</w:t>
        <w:br/>
        <w:t>Попустіть-бо!&lt;br /&gt;</w:t>
        <w:br/>
        <w:t>Суддя&lt;br /&gt;</w:t>
        <w:br/>
        <w:t>Попусти.&lt;br /&gt;</w:t>
        <w:br/>
        <w:t>Ну, кажи: хто вбив Фернана?&lt;br /&gt;</w:t>
        <w:br/>
        <w:t>Естеван&lt;br /&gt;</w:t>
        <w:br/>
        <w:t>Вся громада це зробила.&lt;br /&gt;</w:t>
        <w:br/>
        <w:t>Лавренсія&lt;br /&gt;</w:t>
        <w:br/>
        <w:t>Крий тебе небесна сила!&lt;br /&gt;</w:t>
        <w:br/>
        <w:t>Фрондосо&lt;br /&gt;</w:t>
        <w:br/>
        <w:t>Воля наша нездоланна.&lt;br /&gt;</w:t>
        <w:br/>
        <w:t>Суддя&lt;br /&gt;</w:t>
        <w:br/>
        <w:t>Поспитаймо ще в хлоп'яти.&lt;br /&gt;</w:t>
        <w:br/>
        <w:t>Хто убив його, щеня?&lt;br /&gt;</w:t>
        <w:br/>
        <w:t>Не признаєшся? Бридня!&lt;br /&gt;</w:t>
        <w:br/>
        <w:t>Кате, дай йому у п'яти!&lt;br /&gt;</w:t>
        <w:br/>
        <w:t>Хлопчик&lt;br /&gt;</w:t>
        <w:br/>
        <w:t>Вся громада, мій сеньйоре.&lt;br /&gt;</w:t>
        <w:br/>
        <w:t>Суддя&lt;br /&gt;</w:t>
        <w:br/>
        <w:t>Ну й драбуги, до ста лих!&lt;br /&gt;</w:t>
        <w:br/>
        <w:t>Перевішаю усіх!&lt;br /&gt;</w:t>
        <w:br/>
        <w:t>Хто убивця командора?&lt;br /&gt;</w:t>
        <w:br/>
        <w:t>Фрондосо&lt;br /&gt;</w:t>
        <w:br/>
        <w:t>Хлопчика взяли на муки,&lt;br /&gt;</w:t>
        <w:br/>
        <w:t>а і той не видає!&lt;br /&gt;</w:t>
        <w:br/>
        <w:t>Лавренсія&lt;br /&gt;</w:t>
        <w:br/>
        <w:t>Є в нас сила!&lt;br /&gt;</w:t>
        <w:br/>
        <w:t>Фрондосо&lt;br /&gt;</w:t>
        <w:br/>
        <w:t>Воля є!&lt;br /&gt;</w:t>
        <w:br/>
        <w:t>А тепер підвісь за руки&lt;br /&gt;</w:t>
        <w:br/>
        <w:t>цю ось гарну молодицю.&lt;br /&gt;</w:t>
        <w:br/>
        <w:t>Сіпай дужче! Сіп, сіп, сіп!&lt;br /&gt;</w:t>
        <w:br/>
        <w:t>Лавренсія&lt;br /&gt;</w:t>
        <w:br/>
        <w:t>Він од люті мов осліп.&lt;br /&gt;</w:t>
        <w:br/>
        <w:t>Суддя&lt;br /&gt;</w:t>
        <w:br/>
        <w:t>Всіх побити вас годиться!&lt;br /&gt;</w:t>
        <w:br/>
        <w:t>Я навчу вас запираться!&lt;br /&gt;</w:t>
        <w:br/>
        <w:t>Хто убивця командора?&lt;br /&gt;</w:t>
        <w:br/>
        <w:t>Пасквала&lt;br /&gt;</w:t>
        <w:br/>
        <w:t>Вся громада, мій сеньйоре.&lt;br /&gt;</w:t>
        <w:br/>
        <w:t>Суддя&lt;br /&gt;</w:t>
        <w:br/>
        <w:t>Дай їй, кате!&lt;br /&gt;</w:t>
        <w:br/>
        <w:t>Фрондосо&lt;br /&gt;</w:t>
        <w:br/>
        <w:t>Марна праця.&lt;br /&gt;</w:t>
        <w:br/>
        <w:t>Лавренсія&lt;br /&gt;</w:t>
        <w:br/>
        <w:t>Не признається Пасквала.&lt;br /&gt;</w:t>
        <w:br/>
        <w:t>. Фрондосо&lt;br /&gt;</w:t>
        <w:br/>
        <w:t>Ні, її не залякати!&lt;br /&gt;</w:t>
        <w:br/>
        <w:t>Суддя&lt;br /&gt;</w:t>
        <w:br/>
        <w:t>Чом спинився? Дужче, кате!&lt;br /&gt;</w:t>
        <w:br/>
        <w:t>Пасквала&lt;br /&gt;</w:t>
        <w:br/>
        <w:t>Ай, мій падку!&lt;br /&gt;</w:t>
        <w:br/>
        <w:t>Суддя&lt;br /&gt;</w:t>
        <w:br/>
        <w:t>Заспівала?&lt;br /&gt;</w:t>
        <w:br/>
        <w:t>Не німа і не глуха?&lt;br /&gt;</w:t>
        <w:br/>
        <w:t>Хто убив?&lt;br /&gt;</w:t>
        <w:br/>
        <w:t>Пасквала&lt;br /&gt;</w:t>
        <w:br/>
        <w:t>Громада вбила.&lt;br /&gt;</w:t>
        <w:br/>
        <w:t>Суддя&lt;br /&gt;</w:t>
        <w:br/>
        <w:t>А тепер цього бурмила,&lt;br /&gt;</w:t>
        <w:br/>
        <w:t>голодранця-пастуха&lt;br /&gt;</w:t>
        <w:br/>
        <w:t>на кобилу!&lt;br /&gt;</w:t>
        <w:br/>
        <w:t>Лавренсія&lt;br /&gt;</w:t>
        <w:br/>
        <w:t>Бідний Менго!&lt;br /&gt;</w:t>
        <w:br/>
        <w:t>Фрондосо&lt;br /&gt;</w:t>
        <w:br/>
        <w:t>От за нього я боюсь.&lt;br /&gt;</w:t>
        <w:br/>
        <w:t>Менго&lt;br /&gt;</w:t>
        <w:br/>
        <w:t>Ай-ай-ай!&lt;br /&gt;</w:t>
        <w:br/>
        <w:t>Суддя&lt;br /&gt;</w:t>
        <w:br/>
        <w:t>Ще й сам візьмусь.&lt;br /&gt;</w:t>
        <w:br/>
        <w:t>Менго&lt;br /&gt;</w:t>
        <w:br/>
        <w:t>Ай!&lt;br /&gt;</w:t>
        <w:br/>
        <w:t>Суддя&lt;br /&gt;</w:t>
        <w:br/>
        <w:t>Притисни ще гарненько!&lt;br /&gt;</w:t>
        <w:br/>
        <w:t>Менго&lt;br /&gt;</w:t>
        <w:br/>
        <w:t>Ай-ай-ай!&lt;br /&gt;</w:t>
        <w:br/>
        <w:t>Суддя&lt;br /&gt;</w:t>
        <w:br/>
        <w:t>Кажи, тварюко:&lt;br /&gt;</w:t>
        <w:br/>
        <w:t>хто убивця командора?&lt;br /&gt;</w:t>
        <w:br/>
        <w:t>Менго&lt;br /&gt;</w:t>
        <w:br/>
        <w:t>Ай-ай-ай! Скажу, сеньйоре.&lt;br /&gt;</w:t>
        <w:br/>
        <w:t>Суддя&lt;br /&gt;</w:t>
        <w:br/>
        <w:t>Попусти там трохи руку.&lt;br /&gt;</w:t>
        <w:br/>
        <w:t>Фрондосо&lt;br /&gt;</w:t>
        <w:br/>
        <w:t>Він не витерпів.&lt;br /&gt;</w:t>
        <w:br/>
        <w:t>Суддя&lt;br /&gt;</w:t>
        <w:br/>
        <w:t>А спину&lt;br /&gt;</w:t>
        <w:br/>
        <w:t>до стовпа.&lt;br /&gt;</w:t>
        <w:br/>
        <w:t>Менго&lt;br /&gt;</w:t>
        <w:br/>
        <w:t>Якби пустив,&lt;br /&gt;</w:t>
        <w:br/>
        <w:t>я б сказав...&lt;br /&gt;</w:t>
        <w:br/>
        <w:t>Суддя&lt;br /&gt;</w:t>
        <w:br/>
        <w:t>Ну, хто убив?&lt;br /&gt;</w:t>
        <w:br/>
        <w:t>Менго&lt;br /&gt;</w:t>
        <w:br/>
        <w:t>Хто? Громадка.&lt;br /&gt;</w:t>
        <w:br/>
        <w:t>Суддя&lt;br /&gt;</w:t>
        <w:br/>
        <w:t>Песький сиву!&lt;br /&gt;</w:t>
        <w:br/>
        <w:t>От запеклі! Я шалію...&lt;br /&gt;</w:t>
        <w:br/>
        <w:t>Не боїться, бидло, вмерти!&lt;br /&gt;</w:t>
        <w:br/>
        <w:t>Виявивсь найбільш упертим&lt;br /&gt;</w:t>
        <w:br/>
        <w:t>той, на кого мав надію.&lt;br /&gt;</w:t>
        <w:br/>
        <w:t>Одпустіть усіх, доволі.&lt;br /&gt;</w:t>
        <w:br/>
        <w:t>Фрондосо&lt;br /&gt;</w:t>
        <w:br/>
        <w:t>Я за Менго, бачить бог,&lt;br /&gt;</w:t>
        <w:br/>
        <w:t>більш боявся, як за трьох,&lt;br /&gt;</w:t>
        <w:br/>
        <w:t>та і він стерпів ці болі.&lt;br /&gt;</w:t>
        <w:br/>
        <w:t>ЯВА ДЕВ'ЯТНАДЦЯТА&lt;br /&gt;</w:t>
        <w:br/>
        <w:t>Менго, Баррільдо та рехід&lt;br /&gt;</w:t>
        <w:br/>
        <w:t>Баррільдо&lt;br /&gt;</w:t>
        <w:br/>
        <w:t>От так хлопець!&lt;br /&gt;</w:t>
        <w:br/>
        <w:t>Р е х і д о р&lt;br /&gt;</w:t>
        <w:br/>
        <w:t>Вже ж не дівка.&lt;br /&gt;</w:t>
        <w:br/>
        <w:t>Баррільдо&lt;br /&gt;</w:t>
        <w:br/>
        <w:t>Браво, Менго!&lt;br /&gt;</w:t>
        <w:br/>
        <w:t>Фрондосо&lt;br /&gt;</w:t>
        <w:br/>
        <w:t>Молодчина!&lt;br /&gt;</w:t>
        <w:br/>
        <w:t>Менго&lt;br /&gt;</w:t>
        <w:br/>
        <w:t>Ай-ай!&lt;br /&gt;</w:t>
        <w:br/>
        <w:t>Баррільдо&lt;br /&gt;</w:t>
        <w:br/>
        <w:t>Ось тобі чарчина.&lt;br /&gt;</w:t>
        <w:br/>
        <w:t>Менго&lt;br /&gt;</w:t>
        <w:br/>
        <w:t>Ай-ай! Що це?&lt;br /&gt;</w:t>
        <w:br/>
        <w:t>Баррільдо&lt;br /&gt;</w:t>
        <w:br/>
        <w:t>Цитринівка.&lt;br /&gt;</w:t>
        <w:br/>
        <w:t>Менго&lt;br /&gt;</w:t>
        <w:br/>
        <w:t>Ай-ай!&lt;br /&gt;</w:t>
        <w:br/>
        <w:t>Фрондосо&lt;br /&gt;</w:t>
        <w:br/>
        <w:t>На здоров'я пий.&lt;br /&gt;</w:t>
        <w:br/>
        <w:t>Баррільдо&lt;br /&gt;</w:t>
        <w:br/>
        <w:t>А оце ще й закусити.&lt;br /&gt;</w:t>
        <w:br/>
        <w:t>Фрондосо&lt;br /&gt;</w:t>
        <w:br/>
        <w:t>Добре цідить, мов крізь сито.&lt;br /&gt;</w:t>
        <w:br/>
        <w:t>Лавренсія&lt;br /&gt;</w:t>
        <w:br/>
        <w:t>Ще налий, не будь скупий.&lt;br /&gt;</w:t>
        <w:br/>
        <w:t>Менго&lt;br /&gt;</w:t>
        <w:br/>
        <w:t>Ай-ай!&lt;br /&gt;</w:t>
        <w:br/>
        <w:t>Баррільдо&lt;br /&gt;</w:t>
        <w:br/>
        <w:t>Муку заливай!&lt;br /&gt;</w:t>
        <w:br/>
        <w:t>Лавренсія&lt;br /&gt;</w:t>
        <w:br/>
        <w:t>От допався!&lt;br /&gt;</w:t>
        <w:br/>
        <w:t>Фрондосо&lt;br /&gt;</w:t>
        <w:br/>
        <w:t>Хто мовчить,&lt;br /&gt;</w:t>
        <w:br/>
        <w:t>вміє горло промочить.&lt;br /&gt;</w:t>
        <w:br/>
        <w:t>Баррільдо&lt;br /&gt;</w:t>
        <w:br/>
        <w:t>Ще одну?&lt;br /&gt;</w:t>
        <w:br/>
        <w:t>Менго&lt;br /&gt;</w:t>
        <w:br/>
        <w:t>Ай-ай! Давай!&lt;br /&gt;</w:t>
        <w:br/>
        <w:t>Фрондосо&lt;br /&gt;</w:t>
        <w:br/>
        <w:t>Випий ще та й губи втри.&lt;br /&gt;</w:t>
        <w:br/>
        <w:t>Лавренсія&lt;br /&gt;</w:t>
        <w:br/>
        <w:t>П'є за десять косарів.&lt;br /&gt;</w:t>
        <w:br/>
        <w:t>Фрондосо&lt;br /&gt;</w:t>
        <w:br/>
        <w:t>Вкрий його, бо весь упрів.&lt;br /&gt;</w:t>
        <w:br/>
        <w:t>Баррільдо&lt;br /&gt;</w:t>
        <w:br/>
        <w:t>Ще одну?&lt;br /&gt;</w:t>
        <w:br/>
        <w:t>Менго&lt;br /&gt;</w:t>
        <w:br/>
        <w:t>Та хоч і три.&lt;br /&gt;</w:t>
        <w:br/>
        <w:t>Ай-ай-ай!&lt;br /&gt;</w:t>
        <w:br/>
        <w:t>Фрондосо&lt;br /&gt;</w:t>
        <w:br/>
        <w:t>Пита, чи ще є?&lt;br /&gt;</w:t>
        <w:br/>
        <w:t>Баррільдо&lt;br /&gt;</w:t>
        <w:br/>
        <w:t>Ще знайдеться. Хто терпить,&lt;br /&gt;</w:t>
        <w:br/>
        <w:t>той, як бачу, майстер пить.&lt;br /&gt;</w:t>
        <w:br/>
        <w:t>Як воно?&lt;br /&gt;</w:t>
        <w:br/>
        <w:t>Менго&lt;br /&gt;</w:t>
        <w:br/>
        <w:t>Та трохи теє...&lt;br /&gt;</w:t>
        <w:br/>
        <w:t>Ну, ходімо вже додому.&lt;br /&gt;</w:t>
        <w:br/>
        <w:t>Фрондосо&lt;br /&gt;</w:t>
        <w:br/>
        <w:t>Ти сьогодні заробив...&lt;br /&gt;</w:t>
        <w:br/>
        <w:t>Ну, скажи, хто лана вбив?&lt;br /&gt;</w:t>
        <w:br/>
        <w:t>Менго&lt;br /&gt;</w:t>
        <w:br/>
        <w:t>Хто? Громадонька, відомо.&lt;br /&gt;</w:t>
        <w:br/>
        <w:t>Виходять.&lt;br /&gt;</w:t>
        <w:br/>
        <w:t>147&lt;br /&gt;</w:t>
        <w:br/>
        <w:t>ЯВА ДВАДЦЯТА&lt;br /&gt;</w:t>
        <w:br/>
        <w:t>Фрондосо, Лавренсія.&lt;br /&gt;</w:t>
        <w:br/>
        <w:t>Фрондосо&lt;br /&gt;</w:t>
        <w:br/>
        <w:t>Честь і слава, брате Менго!&lt;br /&gt;</w:t>
        <w:br/>
        <w:t>Та скажи мені, кохана,&lt;br /&gt;</w:t>
        <w:br/>
        <w:t>хто убив катюгу-пана?&lt;br /&gt;</w:t>
        <w:br/>
        <w:t>Лавренсія&lt;br /&gt;</w:t>
        <w:br/>
        <w:t>Все село, моє серденько.&lt;br /&gt;</w:t>
        <w:br/>
        <w:t>Фрондосо&lt;br /&gt;</w:t>
        <w:br/>
        <w:t>Хто убив?&lt;br /&gt;</w:t>
        <w:br/>
        <w:t>Лавренсія&lt;br /&gt;</w:t>
        <w:br/>
        <w:t>Та не допитуй!&lt;br /&gt;</w:t>
        <w:br/>
        <w:t>Знаєш сам, хто це зробив.&lt;br /&gt;</w:t>
        <w:br/>
        <w:t>Фрондосо&lt;br /&gt;</w:t>
        <w:br/>
        <w:t>Ну, а чим тебе я вбив?&lt;br /&gt;</w:t>
        <w:br/>
        <w:t>Лавренсія&lt;br /&gt;</w:t>
        <w:br/>
        <w:t>Тим, що научив любити.&lt;br /&gt;</w:t>
        <w:br/>
        <w:t>ЯВА ДВАДЦЯТЬ ПЕРША&lt;br /&gt;</w:t>
        <w:br/>
        <w:t>Королівська резиденція в Тордесільясі5.&lt;br /&gt;</w:t>
        <w:br/>
        <w:t>Входять король і королева, згодом дон Манріке.&lt;br /&gt;</w:t>
        <w:br/>
        <w:t>Донья Ісабела&lt;br /&gt;</w:t>
        <w:br/>
        <w:t>Не гадала вас зустріти;&lt;br /&gt;</w:t>
        <w:br/>
        <w:t>дуже милий цей сюрприз.&lt;br /&gt;</w:t>
        <w:br/>
        <w:t>Король&lt;br /&gt;</w:t>
        <w:br/>
        <w:t>Де б не був я, прагну скрізь&lt;br /&gt;</w:t>
        <w:br/>
        <w:t>вашу вроду лицезріти.&lt;br /&gt;</w:t>
        <w:br/>
        <w:t>Завернув я мимохідь&lt;br /&gt;</w:t>
        <w:br/>
        <w:t>3 португальської дороги.&lt;br /&gt;</w:t>
        <w:br/>
        <w:t>Донья Ісабела&lt;br /&gt;</w:t>
        <w:br/>
        <w:t>Завжди знайдеться спромога&lt;br /&gt;</w:t>
        <w:br/>
        <w:t>завернуть, аби лиш хіть.&lt;br /&gt;</w:t>
        <w:br/>
        <w:t>Король&lt;br /&gt;</w:t>
        <w:br/>
        <w:t>Як там справи у Кастільї?&lt;br /&gt;</w:t>
        <w:br/>
        <w:t>Донья Ісабела&lt;br /&gt;</w:t>
        <w:br/>
        <w:t>Всюди мир і благодать.&lt;br /&gt;</w:t>
        <w:br/>
        <w:t>Король&lt;br /&gt;</w:t>
        <w:br/>
        <w:t>Ви умієте владать&lt;br /&gt;</w:t>
        <w:br/>
        <w:t>любо й тихо, без зусилля.&lt;br /&gt;</w:t>
        <w:br/>
        <w:t>Дон Манріке&lt;br /&gt;</w:t>
        <w:br/>
        <w:t>Там магістер Калатрави,&lt;br /&gt;</w:t>
        <w:br/>
        <w:t>що прибув сюди із дому,&lt;br /&gt;</w:t>
        <w:br/>
        <w:t>просить ласки і прийому&lt;br /&gt;</w:t>
        <w:br/>
        <w:t>у володарів держави.&lt;br /&gt;</w:t>
        <w:br/>
        <w:t>Донья Ісабела&lt;br /&gt;</w:t>
        <w:br/>
        <w:t>Радо я його прийму.&lt;br /&gt;</w:t>
        <w:br/>
        <w:t>Дон Манріке&lt;br /&gt;</w:t>
        <w:br/>
        <w:t>Запевняю вас, сеньйоро,&lt;br /&gt;</w:t>
        <w:br/>
        <w:t>що прославиться він скоро,&lt;br /&gt;</w:t>
        <w:br/>
        <w:t>хоч і мало літ йому.&lt;br /&gt;</w:t>
        <w:br/>
        <w:t>(Виходить).&lt;br /&gt;</w:t>
        <w:br/>
        <w:t>149&lt;br /&gt;</w:t>
        <w:br/>
        <w:t>ЯВА ДВАДЦЯТЬ ДРУГА&lt;br /&gt;</w:t>
        <w:br/>
        <w:t>Входить магістр.&lt;br /&gt;</w:t>
        <w:br/>
        <w:t>Магістр&lt;br /&gt;</w:t>
        <w:br/>
        <w:t>Я магістер Калатрави&lt;br /&gt;</w:t>
        <w:br/>
        <w:t>Родріго Тельєс Хірон.&lt;br /&gt;</w:t>
        <w:br/>
        <w:t>Перед ваш високий трон&lt;br /&gt;</w:t>
        <w:br/>
        <w:t>я прийшов не без обави.&lt;br /&gt;</w:t>
        <w:br/>
        <w:t>Перепрошую покірно&lt;br /&gt;</w:t>
        <w:br/>
        <w:t>за мій виступ проти влади;&lt;br /&gt;</w:t>
        <w:br/>
        <w:t>я послухав злої ради,&lt;br /&gt;</w:t>
        <w:br/>
        <w:t>визнаю — вчинив невірно.&lt;br /&gt;</w:t>
        <w:br/>
        <w:t>ІЗ намови командора,&lt;br /&gt;</w:t>
        <w:br/>
        <w:t>ІЗ поваги до рідні&lt;br /&gt;</w:t>
        <w:br/>
        <w:t>тяжко схибив я в ці дні;&lt;br /&gt;</w:t>
        <w:br/>
        <w:t>ви простіть мені, сеньйоре.&lt;br /&gt;</w:t>
        <w:br/>
        <w:t>Я прощення в вас благаю&lt;br /&gt;</w:t>
        <w:br/>
        <w:t>і, як ласки сподоблюсь,&lt;br /&gt;</w:t>
        <w:br/>
        <w:t>вам служитиму — клянусь! —&lt;br /&gt;</w:t>
        <w:br/>
        <w:t>вірно й віддано без краю.&lt;br /&gt;</w:t>
        <w:br/>
        <w:t>Ви в Гранаду ідете,&lt;br /&gt;</w:t>
        <w:br/>
        <w:t>тож візьміть мене з собою;&lt;br /&gt;</w:t>
        <w:br/>
        <w:t>мужньо стану я до бою&lt;br /&gt;</w:t>
        <w:br/>
        <w:t>проти маврів за святе&lt;br /&gt;</w:t>
        <w:br/>
        <w:t>наше діло. Дружно грянем,&lt;br /&gt;</w:t>
        <w:br/>
        <w:t>яро блисну я мечем,&lt;br /&gt;</w:t>
        <w:br/>
        <w:t>і на вежах піднесем&lt;br /&gt;</w:t>
        <w:br/>
        <w:t>прапори з хрестом багряним.&lt;br /&gt;</w:t>
        <w:br/>
        <w:t>Вам на службу я поставлю&lt;br /&gt;</w:t>
        <w:br/>
        <w:t>вісім сотень вояків&lt;br /&gt;</w:t>
        <w:br/>
        <w:t>і, клянусь, навік-віків&lt;br /&gt;</w:t>
        <w:br/>
        <w:t>ваше царство я прославлю!&lt;br /&gt;</w:t>
        <w:br/>
        <w:t>Король&lt;br /&gt;</w:t>
        <w:br/>
        <w:t>Встаньте. Нині ясно все нам.&lt;br /&gt;</w:t>
        <w:br/>
        <w:t>Вам, герою молодий,&lt;br /&gt;</w:t>
        <w:br/>
        <w:t>завше буду я радий.&lt;br /&gt;</w:t>
        <w:br/>
        <w:t>Магістр&lt;br /&gt;</w:t>
        <w:br/>
        <w:t>Ви — утіха всім стражденним.&lt;br /&gt;</w:t>
        <w:br/>
        <w:t>Донья Ісабела&lt;br /&gt;</w:t>
        <w:br/>
        <w:t>Викликаєте довір'я&lt;br /&gt;</w:t>
        <w:br/>
        <w:t>ви ділами і словами.&lt;br /&gt;</w:t>
        <w:br/>
        <w:t>Магістр&lt;br /&gt;</w:t>
        <w:br/>
        <w:t>Я схиляюсь перед вами,&lt;br /&gt;</w:t>
        <w:br/>
        <w:t>новим Ксерксом і Есфір'ю 6.&lt;br /&gt;</w:t>
        <w:br/>
        <w:t>ЯВА ДВАДЦЯТЬ ТРЕТЯ&lt;br /&gt;</w:t>
        <w:br/>
        <w:t>Входить дон Манріке.&lt;br /&gt;</w:t>
        <w:br/>
        <w:t>Дон Манріке&lt;br /&gt;</w:t>
        <w:br/>
        <w:t>ІЗ Овечої Криниці&lt;br /&gt;</w:t>
        <w:br/>
        <w:t>слідчий повернувся, пане,&lt;br /&gt;</w:t>
        <w:br/>
        <w:t>Зараз перед очі стане,&lt;br /&gt;</w:t>
        <w:br/>
        <w:t>Звіт подати, як годиться.&lt;br /&gt;</w:t>
        <w:br/>
        <w:t>Король&lt;br /&gt;</w:t>
        <w:br/>
        <w:t>(до королеви)&lt;br /&gt;</w:t>
        <w:br/>
        <w:t>Як злочинців покарати?&lt;br /&gt;</w:t>
        <w:br/>
        <w:t>Магістр&lt;br /&gt;</w:t>
        <w:br/>
        <w:t>Щоб мені хто доручив,&lt;br /&gt;</w:t>
        <w:br/>
        <w:t>я б гультяйство те навчив&lt;br /&gt;</w:t>
        <w:br/>
        <w:t>командорів убивати!&lt;br /&gt;</w:t>
        <w:br/>
        <w:t>Король&lt;br /&gt;</w:t>
        <w:br/>
        <w:t>Це тепер не ваша справа.&lt;br /&gt;</w:t>
        <w:br/>
        <w:t>Донья Ісабела&lt;br /&gt;</w:t>
        <w:br/>
        <w:t>Сподіваюсь, в слушний час&lt;br /&gt;</w:t>
        <w:br/>
        <w:t>ця турбота знов до вас&lt;br /&gt;</w:t>
        <w:br/>
        <w:t>має перейти по праву.&lt;br /&gt;</w:t>
        <w:br/>
        <w:t>ЯВА ДВАДЦЯТЬ ЧЕТВЕРТА&lt;br /&gt;</w:t>
        <w:br/>
        <w:t>Входить суддя.&lt;br /&gt;</w:t>
        <w:br/>
        <w:t>Суддя&lt;br /&gt;</w:t>
        <w:br/>
        <w:t>В силу вашого наказу&lt;br /&gt;</w:t>
        <w:br/>
        <w:t>я подавсь на місце вбивства;&lt;br /&gt;</w:t>
        <w:br/>
        <w:t>до дізнання і суддівства&lt;br /&gt;</w:t>
        <w:br/>
        <w:t>приступив я тут же, зразу.&lt;br /&gt;</w:t>
        <w:br/>
        <w:t>Допит я провадив строго,&lt;br /&gt;</w:t>
        <w:br/>
        <w:t>щоб розкрити злодіяння,&lt;br /&gt;</w:t>
        <w:br/>
        <w:t>та свідоцькі показання&lt;br /&gt;</w:t>
        <w:br/>
        <w:t>не дали мені нічого.&lt;br /&gt;</w:t>
        <w:br/>
        <w:t>З тих селян одна досада:&lt;br /&gt;</w:t>
        <w:br/>
        <w:t>що вже я їм не робив,&lt;br /&gt;</w:t>
        <w:br/>
        <w:t>на питання: "Хто убив?" —&lt;br /&gt;</w:t>
        <w:br/>
        <w:t>твердять всі водно: "Громада".&lt;br /&gt;</w:t>
        <w:br/>
        <w:t>Я на муки брав душ триста —&lt;br /&gt;</w:t>
        <w:br/>
        <w:t>все даремно, марна праця:&lt;br /&gt;</w:t>
        <w:br/>
        <w:t>не назвала винуватця&lt;br /&gt;</w:t>
        <w:br/>
        <w:t>чернь уперта, норовиста.&lt;br /&gt;</w:t>
        <w:br/>
        <w:t>Брав дітей — здавалось, ось би&lt;br /&gt;</w:t>
        <w:br/>
        <w:t>хто нас виручити міг,&lt;br /&gt;</w:t>
        <w:br/>
        <w:t>та не діяли на них&lt;br /&gt;</w:t>
        <w:br/>
        <w:t>ані просьби, ані грозьби.&lt;br /&gt;</w:t>
        <w:br/>
        <w:t>Сам тепер усе вирішуй,&lt;br /&gt;</w:t>
        <w:br/>
        <w:t>як тут діло повести:&lt;br /&gt;</w:t>
        <w:br/>
        <w:t>або їх усіх прости,&lt;br /&gt;</w:t>
        <w:br/>
        <w:t>або всіх їх перевішай.&lt;br /&gt;</w:t>
        <w:br/>
        <w:t>Я привів людей сюди,&lt;br /&gt;</w:t>
        <w:br/>
        <w:t>можеш сам їх попитати;&lt;br /&gt;</w:t>
        <w:br/>
        <w:t>хай увійдуть до палати.&lt;br /&gt;</w:t>
        <w:br/>
        <w:t>Король&lt;br /&gt;</w:t>
        <w:br/>
        <w:t>Раз прийшли, то вже введи.&lt;br /&gt;</w:t>
        <w:br/>
        <w:t>ЯВА ДВАДЦЯТЬ П'ЯТА&lt;br /&gt;</w:t>
        <w:br/>
        <w:t>Входять обидва алькальди, Фрондосо,&lt;br /&gt;</w:t>
        <w:br/>
        <w:t>селяни й селянки.&lt;br /&gt;</w:t>
        <w:br/>
        <w:t>Лавренсія&lt;br /&gt;</w:t>
        <w:br/>
        <w:t>Так оце б то королі?&lt;br /&gt;</w:t>
        <w:br/>
        <w:t>Фрондосо&lt;br /&gt;</w:t>
        <w:br/>
        <w:t>У Кастільї повновладні.&lt;br /&gt;</w:t>
        <w:br/>
        <w:t>Лавренсія&lt;br /&gt;</w:t>
        <w:br/>
        <w:t>Та які ж обоє ладні!&lt;br /&gt;</w:t>
        <w:br/>
        <w:t>Райські квіти на землі.&lt;br /&gt;</w:t>
        <w:br/>
        <w:t>Донья Ісабела&lt;br /&gt;</w:t>
        <w:br/>
        <w:t>Так оце бунтівники?&lt;br /&gt;</w:t>
        <w:br/>
        <w:t>Естеван&lt;br /&gt;</w:t>
        <w:br/>
        <w:t>Криничани, ясна пані,&lt;br /&gt;</w:t>
        <w:br/>
        <w:t>вірнії твої піддані&lt;br /&gt;</w:t>
        <w:br/>
        <w:t>всі, жінки й чоловіки.&lt;br /&gt;</w:t>
        <w:br/>
        <w:t>Всьому лихові причина —&lt;br /&gt;</w:t>
        <w:br/>
        <w:t>тиранія командора;&lt;br /&gt;</w:t>
        <w:br/>
        <w:t>він завдав нам стільки горя,&lt;br /&gt;</w:t>
        <w:br/>
        <w:t>так нас утискав безчинно,&lt;br /&gt;</w:t>
        <w:br/>
        <w:t>що ввірвався нам терпець:&lt;br /&gt;</w:t>
        <w:br/>
        <w:t>руйнував він людям статок,&lt;br /&gt;</w:t>
        <w:br/>
        <w:t>ґвалтував жінок, дівчаток,&lt;br /&gt;</w:t>
        <w:br/>
        <w:t>обертав нас унівець...&lt;br /&gt;</w:t>
        <w:br/>
        <w:t>Фрондосо&lt;br /&gt;</w:t>
        <w:br/>
        <w:t>Цю дівчину молодую,&lt;br /&gt;</w:t>
        <w:br/>
        <w:t>що мені господь судив,&lt;br /&gt;</w:t>
        <w:br/>
        <w:t>що я вірно полюбив,&lt;br /&gt;</w:t>
        <w:br/>
        <w:t>що душі у ній не чую,—&lt;br /&gt;</w:t>
        <w:br/>
        <w:t>одняли сіпаки в мене,&lt;br /&gt;</w:t>
        <w:br/>
        <w:t>як з вінчання ми ішли,&lt;br /&gt;</w:t>
        <w:br/>
        <w:t>і до пана повели,&lt;br /&gt;</w:t>
        <w:br/>
        <w:t>мов його то наречена;&lt;br /&gt;</w:t>
        <w:br/>
        <w:t>щоб у неї не було&lt;br /&gt;</w:t>
        <w:br/>
        <w:t>сили вберегти чесноту,&lt;br /&gt;</w:t>
        <w:br/>
        <w:t>то відомо вже достоту,&lt;br /&gt;</w:t>
        <w:br/>
        <w:t>що там статися могло.&lt;br /&gt;</w:t>
        <w:br/>
        <w:t>Менго&lt;br /&gt;</w:t>
        <w:br/>
        <w:t>З ласки вашої, і я&lt;br /&gt;</w:t>
        <w:br/>
        <w:t>розкажу про все правдиво,&lt;br /&gt;</w:t>
        <w:br/>
        <w:t>що зазнав я, напродиво,&lt;br /&gt;</w:t>
        <w:br/>
        <w:t>од сеньйора-гультяя.&lt;br /&gt;</w:t>
        <w:br/>
        <w:t>Раз я взяв під оборону&lt;br /&gt;</w:t>
        <w:br/>
        <w:t>дівчину, таки з Криниці,&lt;br /&gt;</w:t>
        <w:br/>
        <w:t>що тягнули слуги пиці&lt;br /&gt;</w:t>
        <w:br/>
        <w:t>на постіль цьому Нерону,&lt;br /&gt;</w:t>
        <w:br/>
        <w:t>і за це мені Нерон 7&lt;br /&gt;</w:t>
        <w:br/>
        <w:t>із своїми холуями&lt;br /&gt;</w:t>
        <w:br/>
        <w:t>розписав, бач, нагаями&lt;br /&gt;</w:t>
        <w:br/>
        <w:t>зад, чи то пак афедрон.&lt;br /&gt;</w:t>
        <w:br/>
        <w:t>Добре били в тулумбаси&lt;br /&gt;</w:t>
        <w:br/>
        <w:t>проклятущі панські слуги —&lt;br /&gt;</w:t>
        <w:br/>
        <w:t>й досі знать криваві смуги,&lt;br /&gt;</w:t>
        <w:br/>
        <w:t>мов шпиговані ковбаси.&lt;br /&gt;</w:t>
        <w:br/>
        <w:t>Щоб ганебне змить тавро&lt;br /&gt;</w:t>
        <w:br/>
        <w:t>й не пошитися в каліки,&lt;br /&gt;</w:t>
        <w:br/>
        <w:t>мусив спродать я на ліки&lt;br /&gt;</w:t>
        <w:br/>
        <w:t>майже все своє добро.&lt;br /&gt;</w:t>
        <w:br/>
        <w:t>Е с т е в а н&lt;br /&gt;</w:t>
        <w:br/>
        <w:t>Ми, королю, підем радо&lt;br /&gt;</w:t>
        <w:br/>
        <w:t>під твою високу руку,&lt;br /&gt;</w:t>
        <w:br/>
        <w:t>вже тому у запоруку&lt;br /&gt;</w:t>
        <w:br/>
        <w:t>герб твій прийняла громада.&lt;br /&gt;</w:t>
        <w:br/>
        <w:t>Нам закон — твоє веління,&lt;br /&gt;</w:t>
        <w:br/>
        <w:t>ми усе тобі звіряєм&lt;br /&gt;</w:t>
        <w:br/>
        <w:t>і на милость уповаєм,—&lt;br /&gt;</w:t>
        <w:br/>
        <w:t>бачиш сам, що ми не винні.&lt;br /&gt;</w:t>
        <w:br/>
        <w:t>Король&lt;br /&gt;</w:t>
        <w:br/>
        <w:t>Раз не спромоглося право&lt;br /&gt;</w:t>
        <w:br/>
        <w:t>встановити винуватця&lt;br /&gt;</w:t>
        <w:br/>
        <w:t>й ви готові шануваться,—&lt;br /&gt;</w:t>
        <w:br/>
        <w:t>я прощаю вам ласкаво.&lt;br /&gt;</w:t>
        <w:br/>
        <w:t>Хай у зверхності моїй&lt;br /&gt;</w:t>
        <w:br/>
        <w:t>залишається Криниця,&lt;br /&gt;</w:t>
        <w:br/>
        <w:t>поки, може, нагодиться&lt;br /&gt;</w:t>
        <w:br/>
        <w:t>командор якийсь новий.&lt;br /&gt;</w:t>
        <w:br/>
        <w:t>Справедливий рішенець&lt;br /&gt;</w:t>
        <w:br/>
        <w:t>ви нам вирекли, сеньйоре.&lt;br /&gt;</w:t>
        <w:br/>
        <w:t>І на цьому, світлий зборе,&lt;br /&gt;</w:t>
        <w:br/>
        <w:t>дійству нашому кінець.</w:t>
      </w:r>
    </w:p>
    <w:p>
      <w:r>
        <w:br/>
        <w:t>Перекладено за виданням:&lt;br /&gt;</w:t>
        <w:br/>
        <w:t>Lope de Vega. El perro del hortelano.&lt;br /&gt;</w:t>
        <w:br/>
        <w:t>El arenal de Sevilla. Espasa—calpe Argentina, S. A. Buenos&lt;br /&gt;</w:t>
        <w:br/>
        <w:t>Aires—M&amp;#233;xico, 1946.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Овеча криниця ("Фуенте Овехуна")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