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Отруєння голосом</w:t>
      </w:r>
    </w:p>
    <w:p>
      <w:r>
        <w:br/>
        <w:t xml:space="preserve"> 0.</w:t>
      </w:r>
    </w:p>
    <w:p>
      <w:r>
        <w:br/>
        <w:t>в їдкім повітрі слів відлунює вода&lt;br /&gt;</w:t>
        <w:br/>
        <w:t>самотній шансоньє порипує в шамоту&lt;br /&gt;</w:t>
        <w:br/>
        <w:t>відвідайте цей храм тут вичавлять роботу&lt;br /&gt;</w:t>
        <w:br/>
        <w:t>і бездоганний джез набухне на вівтар</w:t>
      </w:r>
    </w:p>
    <w:p>
      <w:r>
        <w:br/>
        <w:t>і з випарів лайна до бога як до поту&lt;br /&gt;</w:t>
        <w:br/>
        <w:t>покірно ніби пан позеленіє дар&lt;br /&gt;</w:t>
        <w:br/>
        <w:t>у витривалу млость вимощує радар&lt;br /&gt;</w:t>
        <w:br/>
        <w:t>шалених шанців жил заслужену підлоту</w:t>
      </w:r>
    </w:p>
    <w:p>
      <w:r>
        <w:br/>
        <w:t>є вищий сурогат не пійло а політ&lt;br /&gt;</w:t>
        <w:br/>
        <w:t>від трьох каріятид до золотої риби&lt;br /&gt;</w:t>
        <w:br/>
        <w:t>коли на парастас приляже новий міт</w:t>
      </w:r>
    </w:p>
    <w:p>
      <w:r>
        <w:br/>
        <w:t>дерева знають час дерева чують вибір&lt;br /&gt;</w:t>
        <w:br/>
        <w:t>солом'яний настил у тростяній колибі&lt;br /&gt;</w:t>
        <w:br/>
        <w:t>чи синій як туман передостанній світ</w:t>
      </w:r>
    </w:p>
    <w:p>
      <w:r>
        <w:br/>
        <w:t>1.</w:t>
      </w:r>
    </w:p>
    <w:p>
      <w:r>
        <w:br/>
        <w:t>в їдкім повітрі слів відлунює вода&lt;br /&gt;</w:t>
        <w:br/>
        <w:t>розчинена давно а й досі не по собі&lt;br /&gt;</w:t>
        <w:br/>
        <w:t>немов старій сові в солом'яному дзьобі&lt;br /&gt;</w:t>
        <w:br/>
        <w:t>у позашлюбну ніч ховаються літа</w:t>
      </w:r>
    </w:p>
    <w:p>
      <w:r>
        <w:br/>
        <w:t>чому з колишніх лат у зморщеній утробі&lt;br /&gt;</w:t>
        <w:br/>
        <w:t>переступила нас безгучна самота&lt;br /&gt;</w:t>
        <w:br/>
        <w:t>я ж досі ще живий роздерти цю гортань&lt;br /&gt;</w:t>
        <w:br/>
        <w:t>і муху золоту розмазати по лобі</w:t>
      </w:r>
    </w:p>
    <w:p>
      <w:r>
        <w:br/>
        <w:t>о крезе відорви зо два рядки оплоту&lt;br /&gt;</w:t>
        <w:br/>
        <w:t>гарем не відрізнить потвори від царя&lt;br /&gt;</w:t>
        <w:br/>
        <w:t>і з ночі навпрошки не вирве кужіль дроту</w:t>
      </w:r>
    </w:p>
    <w:p>
      <w:r>
        <w:br/>
        <w:t>від козиря на схід уже зійшла зоря&lt;br /&gt;</w:t>
        <w:br/>
        <w:t>шалійте лопухи крізь нарцисичний ряд&lt;br /&gt;</w:t>
        <w:br/>
        <w:t>самотній шансоньє порипує в шамоту</w:t>
      </w:r>
    </w:p>
    <w:p>
      <w:r>
        <w:br/>
        <w:t>2.</w:t>
      </w:r>
    </w:p>
    <w:p>
      <w:r>
        <w:br/>
        <w:t>самотній шансоньє порипує в шамоту&lt;br /&gt;</w:t>
        <w:br/>
        <w:t>нічних літератур їх кілька сотень є&lt;br /&gt;</w:t>
        <w:br/>
        <w:t>ти поклонись йому гомерова зміє&lt;br /&gt;</w:t>
        <w:br/>
        <w:t>він миє з-під землі заплющену породу</w:t>
      </w:r>
    </w:p>
    <w:p>
      <w:r>
        <w:br/>
        <w:t>в передпокої крил він кожну нитку п'є&lt;br /&gt;</w:t>
        <w:br/>
        <w:t>коли чому за що дорвався до народу а&lt;br /&gt;</w:t>
        <w:br/>
        <w:t>поліс угорі тероризує моду&lt;br /&gt;</w:t>
        <w:br/>
        <w:t>і пильно як в очу оберіга кар'єр</w:t>
      </w:r>
    </w:p>
    <w:p>
      <w:r>
        <w:br/>
        <w:t>але біблійний дощ не допоможе лоту&lt;br /&gt;</w:t>
        <w:br/>
        <w:t>книжки не догорять жінки не оживуть&lt;br /&gt;</w:t>
        <w:br/>
        <w:t>і місяць жадовин не переріже цноту</w:t>
      </w:r>
    </w:p>
    <w:p>
      <w:r>
        <w:br/>
        <w:t>література мить література ртуть&lt;br /&gt;</w:t>
        <w:br/>
        <w:t>тут навіть очі сплять тут навіть орди мруть&lt;br /&gt;</w:t>
        <w:br/>
        <w:t>відвідайте цей храм тут вичавлять роботу</w:t>
      </w:r>
    </w:p>
    <w:p>
      <w:r>
        <w:br/>
        <w:t>3.</w:t>
      </w:r>
    </w:p>
    <w:p>
      <w:r>
        <w:br/>
        <w:t>відвідайте цей храм тут вичавлять роботу&lt;br /&gt;</w:t>
        <w:br/>
        <w:t>як прищик на губі замурзаних реклам&lt;br /&gt;</w:t>
        <w:br/>
        <w:t>тут переріжуть пил тут поцінують хлам&lt;br /&gt;</w:t>
        <w:br/>
        <w:t>і кожну самоту обмацають доцоту</w:t>
      </w:r>
    </w:p>
    <w:p>
      <w:r>
        <w:br/>
        <w:t>до жодного рубця розмиті призми ран&lt;br /&gt;</w:t>
        <w:br/>
        <w:t>зашиті в кожен м'яз каріятиди шроту а&lt;br /&gt;</w:t>
        <w:br/>
        <w:t>ще долийте в текст знервовану голоту&lt;br /&gt;</w:t>
        <w:br/>
        <w:t>і homo homini як говорив степан</w:t>
      </w:r>
    </w:p>
    <w:p>
      <w:r>
        <w:br/>
        <w:t>та з сонячних м'ясив покірно валить пар —&lt;br /&gt;</w:t>
        <w:br/>
        <w:t>а ось тобі і всі простріли і респекти&lt;br /&gt;</w:t>
        <w:br/>
        <w:t>держава упаде залишиться навар</w:t>
      </w:r>
    </w:p>
    <w:p>
      <w:r>
        <w:br/>
        <w:t>достойно кажуть єсмь розрізати ці лепти&lt;br /&gt;</w:t>
        <w:br/>
        <w:t>та знаєш що колись облізе мох з коректи&lt;br /&gt;</w:t>
        <w:br/>
        <w:t>і бездоганний джез набухне на вівтар</w:t>
      </w:r>
    </w:p>
    <w:p>
      <w:r>
        <w:br/>
        <w:t>4.</w:t>
      </w:r>
    </w:p>
    <w:p>
      <w:r>
        <w:br/>
        <w:t>і бездоганний джез набухне на вівтар&lt;br /&gt;</w:t>
        <w:br/>
        <w:t>і ти переживеш проскуру мелодрами&lt;br /&gt;</w:t>
        <w:br/>
        <w:t>і тихо підійдуть до пещеної брами&lt;br /&gt;</w:t>
        <w:br/>
        <w:t>старий полурізник і юний паламар</w:t>
      </w:r>
    </w:p>
    <w:p>
      <w:r>
        <w:br/>
        <w:t>один тобі несе розхлюпаний пугар&lt;br /&gt;</w:t>
        <w:br/>
        <w:t>від серця (галуна) відірваної браги&lt;br /&gt;</w:t>
        <w:br/>
        <w:t>а інший не нажив ні слави ні відваги&lt;br /&gt;</w:t>
        <w:br/>
        <w:t>лише на дні душі тонесенький загар</w:t>
      </w:r>
    </w:p>
    <w:p>
      <w:r>
        <w:br/>
        <w:t>а тільки обидва виношують охоту&lt;br /&gt;</w:t>
        <w:br/>
        <w:t>заночувати там де ризи і щурі&lt;br /&gt;</w:t>
        <w:br/>
        <w:t>і гранули свинцю заліплені у сотах</w:t>
      </w:r>
    </w:p>
    <w:p>
      <w:r>
        <w:br/>
        <w:t>не знає навіть той кого нема вгорі&lt;br /&gt;</w:t>
        <w:br/>
        <w:t>чи хоч один із них зуміє знести гріх&lt;br /&gt;</w:t>
        <w:br/>
        <w:t>із випарів лайна до бога як до поту</w:t>
      </w:r>
    </w:p>
    <w:p>
      <w:r>
        <w:br/>
        <w:t>5.</w:t>
      </w:r>
    </w:p>
    <w:p>
      <w:r>
        <w:br/>
        <w:t>із випарів лайна до бога як до поту&lt;br /&gt;</w:t>
        <w:br/>
        <w:t>періщить по мостах стара камінна сіль&lt;br /&gt;</w:t>
        <w:br/>
        <w:t>я знаю як живуть подряпини в красі&lt;br /&gt;</w:t>
        <w:br/>
        <w:t>потвора та земля що не дала осоту</w:t>
      </w:r>
    </w:p>
    <w:p>
      <w:r>
        <w:br/>
        <w:t>не голосу вітрів а вітру голосів&lt;br /&gt;</w:t>
        <w:br/>
        <w:t>на гребені життя не знайдеш насолоду&lt;br /&gt;</w:t>
        <w:br/>
        <w:t>поміж передчуттів поховзлі мари льоду&lt;br /&gt;</w:t>
        <w:br/>
        <w:t>та в космосі їх брил оракул не засів</w:t>
      </w:r>
    </w:p>
    <w:p>
      <w:r>
        <w:br/>
        <w:t>тінисті хмари трун лякливі шиї дам&lt;br /&gt;</w:t>
        <w:br/>
        <w:t>місцями образів присутність показова&lt;br /&gt;</w:t>
        <w:br/>
        <w:t>і кілька павутин чи тріщин з-поза рам</w:t>
      </w:r>
    </w:p>
    <w:p>
      <w:r>
        <w:br/>
        <w:t>не віра у вирай а тільки тінь лажова&lt;br /&gt;</w:t>
        <w:br/>
        <w:t>загубиться в траві і на жертовних ловах&lt;br /&gt;</w:t>
        <w:br/>
        <w:t>покірно ніби пан позеленіє дар</w:t>
      </w:r>
    </w:p>
    <w:p>
      <w:r>
        <w:br/>
        <w:t>6.</w:t>
      </w:r>
    </w:p>
    <w:p>
      <w:r>
        <w:br/>
        <w:t>покірно ніби пан позеленіє дар&lt;br /&gt;</w:t>
        <w:br/>
        <w:t>немови — просторінь тернинами обросла&lt;br /&gt;</w:t>
        <w:br/>
        <w:t>у схлипі віровчень переростають кросна&lt;br /&gt;</w:t>
        <w:br/>
        <w:t>в торговий ряд життя чи попросту базар</w:t>
      </w:r>
    </w:p>
    <w:p>
      <w:r>
        <w:br/>
        <w:t>на тілі почуттів з'являється короста&lt;br /&gt;</w:t>
        <w:br/>
        <w:t>від вимкнення планет обернутих в товар&lt;br /&gt;</w:t>
        <w:br/>
        <w:t>причина тільки дух а простір тільки вар&lt;br /&gt;</w:t>
        <w:br/>
        <w:t>в якому цих тварин понаплодилось доста</w:t>
      </w:r>
    </w:p>
    <w:p>
      <w:r>
        <w:br/>
        <w:t>не розкошуй живи заштовхуючи шар&lt;br /&gt;</w:t>
        <w:br/>
        <w:t>із номером листа у щонайближчу лунку&lt;br /&gt;</w:t>
        <w:br/>
        <w:t>у цьому є хоча б тривкий зальотний шарм</w:t>
      </w:r>
    </w:p>
    <w:p>
      <w:r>
        <w:br/>
        <w:t>простягну у вікно труну для поцілунку&lt;br /&gt;</w:t>
        <w:br/>
        <w:t>а там уже давно шалену мить шалюнку&lt;br /&gt;</w:t>
        <w:br/>
        <w:t>у витривалу млость вимощує радар</w:t>
      </w:r>
    </w:p>
    <w:p>
      <w:r>
        <w:br/>
        <w:t>7.</w:t>
      </w:r>
    </w:p>
    <w:p>
      <w:r>
        <w:br/>
        <w:t>у витривалу млость вимощує радар&lt;br /&gt;</w:t>
        <w:br/>
        <w:t>для слів і почуттів хоча б найменше місце&lt;br /&gt;</w:t>
        <w:br/>
        <w:t>чому ж тоді меж нас повісився цей місяць&lt;br /&gt;</w:t>
        <w:br/>
        <w:t>і зиму наложив як вето на хозар</w:t>
      </w:r>
    </w:p>
    <w:p>
      <w:r>
        <w:br/>
        <w:t>почесні не місця а мотлохи комісій&lt;br /&gt;</w:t>
        <w:br/>
        <w:t>котрі не допливуть до наших древліх чар&lt;br /&gt;</w:t>
        <w:br/>
        <w:t>лети моя леліт віддайся цим очам&lt;br /&gt;</w:t>
        <w:br/>
        <w:t>пришестя возвісти в натужні барви лісу</w:t>
      </w:r>
    </w:p>
    <w:p>
      <w:r>
        <w:br/>
        <w:t>а як зірвеш з цих пут принаймні долю соту&lt;br /&gt;</w:t>
        <w:br/>
        <w:t>хай опромінить нас печальна вірогідь&lt;br /&gt;</w:t>
        <w:br/>
        <w:t>і хай відіб'є нам до заздрощів охоту</w:t>
      </w:r>
    </w:p>
    <w:p>
      <w:r>
        <w:br/>
        <w:t>немало коринтян розпеленали хіть&lt;br /&gt;</w:t>
        <w:br/>
        <w:t>та сказано колись шукайте і знайдіть&lt;br /&gt;</w:t>
        <w:br/>
        <w:t>в шалених шанцях жил заслужену підлоту</w:t>
      </w:r>
    </w:p>
    <w:p>
      <w:r>
        <w:br/>
        <w:t>8.</w:t>
      </w:r>
    </w:p>
    <w:p>
      <w:r>
        <w:br/>
        <w:t>в шалених шанцях жил заслужену підлоту&lt;br /&gt;</w:t>
        <w:br/>
        <w:t>виношую — прости готую не тобі&lt;br /&gt;</w:t>
        <w:br/>
        <w:t>ці трелі голубі на заячій губі&lt;br /&gt;</w:t>
        <w:br/>
        <w:t>цей геральдичний дар гінцеві саваоту</w:t>
      </w:r>
    </w:p>
    <w:p>
      <w:r>
        <w:br/>
        <w:t>відважую з душі прокльони і блювоту&lt;br /&gt;</w:t>
        <w:br/>
        <w:t>жаргонних зазіхань рекреаційний біль&lt;br /&gt;</w:t>
        <w:br/>
        <w:t>роздертий на шматки отак колись шаміль&lt;br /&gt;</w:t>
        <w:br/>
        <w:t>від світу відривав набридлу москальноту</w:t>
      </w:r>
    </w:p>
    <w:p>
      <w:r>
        <w:br/>
        <w:t>та потягнувся в сад епідемічний слід&lt;br /&gt;</w:t>
        <w:br/>
        <w:t>і грива зазіхань сягнула горизонту&lt;br /&gt;</w:t>
        <w:br/>
        <w:t>а брід усе ще є ще не розмитий брід</w:t>
      </w:r>
    </w:p>
    <w:p>
      <w:r>
        <w:br/>
        <w:t>і ти усе ще є не витекла на жодну&lt;br /&gt;</w:t>
        <w:br/>
        <w:t>з обрубаних річок і на останніх жорнах&lt;br /&gt;</w:t>
        <w:br/>
        <w:t>є вищий сурогат не пійло а політ</w:t>
      </w:r>
    </w:p>
    <w:p>
      <w:r>
        <w:br/>
        <w:t>9.</w:t>
      </w:r>
    </w:p>
    <w:p>
      <w:r>
        <w:br/>
        <w:t>є вищий сурогат не пійло а політ&lt;br /&gt;</w:t>
        <w:br/>
        <w:t>крізь отвори очей в незранене повітря&lt;br /&gt;</w:t>
        <w:br/>
        <w:t>є живність помирань і немочі палітра&lt;br /&gt;</w:t>
        <w:br/>
        <w:t>і доокола нас тугих шаленців гніт</w:t>
      </w:r>
    </w:p>
    <w:p>
      <w:r>
        <w:br/>
        <w:t>але коли навспак простелиться нам гідра&lt;br /&gt;</w:t>
        <w:br/>
        <w:t>і голос оживе знервований як дріт&lt;br /&gt;</w:t>
        <w:br/>
        <w:t>чи вистачить нам рил встромити цей болід&lt;br /&gt;</w:t>
        <w:br/>
        <w:t>в судомне лоно сну розніжене від ситра</w:t>
      </w:r>
    </w:p>
    <w:p>
      <w:r>
        <w:br/>
        <w:t>печерний сатанізм пристрільної колиби&lt;br /&gt;</w:t>
        <w:br/>
        <w:t>розкриє нам своїх змарнованих співців&lt;br /&gt;</w:t>
        <w:br/>
        <w:t>котрі на лежаках усіх пережили би</w:t>
      </w:r>
    </w:p>
    <w:p>
      <w:r>
        <w:br/>
        <w:t>та жертва не зіб'є життя на манівці&lt;br /&gt;</w:t>
        <w:br/>
        <w:t>і в брустверах лиця позначаться усі&lt;br /&gt;</w:t>
        <w:br/>
        <w:t>від трьох каріятид до золотої риби</w:t>
      </w:r>
    </w:p>
    <w:p>
      <w:r>
        <w:br/>
        <w:t>10.</w:t>
      </w:r>
    </w:p>
    <w:p>
      <w:r>
        <w:br/>
        <w:t>від трьох каріятид до золотої риби&lt;br /&gt;</w:t>
        <w:br/>
        <w:t>ілюзія казок дівоча ненасить&lt;br /&gt;</w:t>
        <w:br/>
        <w:t>в них невсипущий мох опричником сидить&lt;br /&gt;</w:t>
        <w:br/>
        <w:t>і на сумних митців чатують древні глиби</w:t>
      </w:r>
    </w:p>
    <w:p>
      <w:r>
        <w:br/>
        <w:t>ментальність візантій похмура бронзи гидь&lt;br /&gt;</w:t>
        <w:br/>
        <w:t>усе сповзлось на цю ілюзію садиби&lt;br /&gt;</w:t>
        <w:br/>
        <w:t>чого не вкажеш сад який їм око вибив&lt;br /&gt;</w:t>
        <w:br/>
        <w:t>чого не розідреш цю пасторальну мить</w:t>
      </w:r>
    </w:p>
    <w:p>
      <w:r>
        <w:br/>
        <w:t>чи не від тебе власть відторгнути набрід&lt;br /&gt;</w:t>
        <w:br/>
        <w:t>і еротична блаж дівочого розп'яття&lt;br /&gt;</w:t>
        <w:br/>
        <w:t>продовжити лайном цей нездоровий рід</w:t>
      </w:r>
    </w:p>
    <w:p>
      <w:r>
        <w:br/>
        <w:t>тому переш переш це недозріле шмаття&lt;br /&gt;</w:t>
        <w:br/>
        <w:t>бо знаєш що тоді розвергнеться багаття&lt;br /&gt;</w:t>
        <w:br/>
        <w:t>коли на парастас приляже новий міт</w:t>
      </w:r>
    </w:p>
    <w:p>
      <w:r>
        <w:br/>
        <w:t>11.</w:t>
      </w:r>
    </w:p>
    <w:p>
      <w:r>
        <w:br/>
        <w:t>коли на парастас приляже новий міт&lt;br /&gt;</w:t>
        <w:br/>
        <w:t>і нові образи посходять до зеніту&lt;br /&gt;</w:t>
        <w:br/>
        <w:t>ціна випробувань — краплина ціаніду&lt;br /&gt;</w:t>
        <w:br/>
        <w:t>тягуча і терпка немов осиний мід</w:t>
      </w:r>
    </w:p>
    <w:p>
      <w:r>
        <w:br/>
        <w:t>від сотні проникань не залишилось сліду&lt;br /&gt;</w:t>
        <w:br/>
        <w:t>везіть моє руно крізь обереги вбрід&lt;br /&gt;</w:t>
        <w:br/>
        <w:t>нехай повстане лом нестрижених борід&lt;br /&gt;</w:t>
        <w:br/>
        <w:t>і хай перебере на себе цю колхіду</w:t>
      </w:r>
    </w:p>
    <w:p>
      <w:r>
        <w:br/>
        <w:t>а як останній зблиск на постерунку здибів&lt;br /&gt;</w:t>
        <w:br/>
        <w:t>і крихту приберіг для наднових імен&lt;br /&gt;</w:t>
        <w:br/>
        <w:t>так і тобі скажу усталене простибі</w:t>
      </w:r>
    </w:p>
    <w:p>
      <w:r>
        <w:br/>
        <w:t>у крихту почезань не вскочить ігумен&lt;br /&gt;</w:t>
        <w:br/>
        <w:t>сумний даждьбожий світ коли з-поза рамен&lt;br /&gt;</w:t>
        <w:br/>
        <w:t>дерева знають час дерева чують вибір</w:t>
      </w:r>
    </w:p>
    <w:p>
      <w:r>
        <w:br/>
        <w:t>12.</w:t>
      </w:r>
    </w:p>
    <w:p>
      <w:r>
        <w:br/>
        <w:t>дерева знають час дерева чують вибір&lt;br /&gt;</w:t>
        <w:br/>
        <w:t>їх вірувань на світ ніхто не породив&lt;br /&gt;</w:t>
        <w:br/>
        <w:t>освячення — це шлях відлучення води&lt;br /&gt;</w:t>
        <w:br/>
        <w:t>це простір скрипаля що не осилив згиби</w:t>
      </w:r>
    </w:p>
    <w:p>
      <w:r>
        <w:br/>
        <w:t>танцюйте кола хмар порушивши лади&lt;br /&gt;</w:t>
        <w:br/>
        <w:t>розливши по степах дідівської оливи&lt;br /&gt;</w:t>
        <w:br/>
        <w:t>під дубом зволікань усі гінці щасливі&lt;br /&gt;</w:t>
        <w:br/>
        <w:t>найменшу з-поміж лад у коло заведи</w:t>
      </w:r>
    </w:p>
    <w:p>
      <w:r>
        <w:br/>
        <w:t>а як із-під одеж почуєш дивні схлипи&lt;br /&gt;</w:t>
        <w:br/>
        <w:t>і сила возведе мій світанковий герб&lt;br /&gt;</w:t>
        <w:br/>
        <w:t>і звузиться вінок до леготу жаливи</w:t>
      </w:r>
    </w:p>
    <w:p>
      <w:r>
        <w:br/>
        <w:t>коли настане час незаплітання верб&lt;br /&gt;</w:t>
        <w:br/>
        <w:t>тоді чекає нас природніший вертеп&lt;br /&gt;</w:t>
        <w:br/>
        <w:t>солом'яний настил у тростяній колибі</w:t>
      </w:r>
    </w:p>
    <w:p>
      <w:r>
        <w:br/>
        <w:t>13.</w:t>
      </w:r>
    </w:p>
    <w:p>
      <w:r>
        <w:br/>
        <w:t>солом'яний настил у тростяній колибі&lt;br /&gt;</w:t>
        <w:br/>
        <w:t>розламаний на двох неперебутній хліб&lt;br /&gt;</w:t>
        <w:br/>
        <w:t>і на тугих вустах такий лякливий німб&lt;br /&gt;</w:t>
        <w:br/>
        <w:t>неначе півйого ще звечора я випив</w:t>
      </w:r>
    </w:p>
    <w:p>
      <w:r>
        <w:br/>
        <w:t>на пальцях частувань спинилась чаша сріб-&lt;br /&gt;</w:t>
        <w:br/>
        <w:t>на місяць обігрів химерну пращу липи&lt;br /&gt;</w:t>
        <w:br/>
        <w:t>оповісти мені чи в ті я очі глипав&lt;br /&gt;</w:t>
        <w:br/>
        <w:t>чи в землю засівав свій кришталевий дріб</w:t>
      </w:r>
    </w:p>
    <w:p>
      <w:r>
        <w:br/>
        <w:t>а може просто мак обтруситься із віт&lt;br /&gt;</w:t>
        <w:br/>
        <w:t>і випорсне на діл зело твоє червоне&lt;br /&gt;</w:t>
        <w:br/>
        <w:t>розпечених дзеркал знедолений привіт</w:t>
      </w:r>
    </w:p>
    <w:p>
      <w:r>
        <w:br/>
        <w:t>але чому скажи на безконечнім лоні&lt;br /&gt;</w:t>
        <w:br/>
        <w:t>згорнувшись кошеням маліє і холоне&lt;br /&gt;</w:t>
        <w:br/>
        <w:t>цей синій як туман передостанній світ</w:t>
      </w:r>
    </w:p>
    <w:p>
      <w:r>
        <w:br/>
        <w:t>14.</w:t>
      </w:r>
    </w:p>
    <w:p>
      <w:r>
        <w:br/>
        <w:t>цей синій як туман передостанній світ&lt;br /&gt;</w:t>
        <w:br/>
        <w:t>де дзвоники цвітуть на неродючих землях&lt;br /&gt;</w:t>
        <w:br/>
        <w:t>де засіваєш плоть а виростають зерна&lt;br /&gt;</w:t>
        <w:br/>
        <w:t>де кожен могікан задивлений в софіт</w:t>
      </w:r>
    </w:p>
    <w:p>
      <w:r>
        <w:br/>
        <w:t>повітря лиш курок але вага мізерна&lt;br /&gt;</w:t>
        <w:br/>
        <w:t>і бог не доведе донести цей пристріт&lt;br /&gt;</w:t>
        <w:br/>
        <w:t>хай буде кожен пес молитися простіть&lt;br /&gt;</w:t>
        <w:br/>
        <w:t>та хто нам відповість у чому наша скверна</w:t>
      </w:r>
    </w:p>
    <w:p>
      <w:r>
        <w:br/>
        <w:t>ми вищі за вітри неперебутніх драм&lt;br /&gt;</w:t>
        <w:br/>
        <w:t>і в цій рудій траві гортанна плоть маліє&lt;br /&gt;</w:t>
        <w:br/>
        <w:t>і корчиться земля і кришиться слюда</w:t>
      </w:r>
    </w:p>
    <w:p>
      <w:r>
        <w:br/>
        <w:t>простеле нам шляхи знебарвлена завія&lt;br /&gt;</w:t>
        <w:br/>
        <w:t>і простір шелестить на перемогу змія&lt;br /&gt;</w:t>
        <w:br/>
        <w:t>в їдкім повітрі слів відлунює вода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Отруєння голосом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