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Отакий роззява</w:t>
      </w:r>
    </w:p>
    <w:p>
      <w:r>
        <w:br/>
        <w:t xml:space="preserve"> Переспів з російської</w:t>
      </w:r>
    </w:p>
    <w:p>
      <w:r>
        <w:br/>
        <w:t>Жив собі роззява, ліві двері справа...&lt;br /&gt;</w:t>
        <w:br/>
        <w:t>З ранку він хутенько встав, піджака вдягати став,&lt;br /&gt;</w:t>
        <w:br/>
        <w:t>Шусть руками в рукави — з'ясувалось, то штани.&lt;br /&gt;</w:t>
        <w:br/>
        <w:t>Отакий роззява, ліві двері справа.</w:t>
      </w:r>
    </w:p>
    <w:p>
      <w:r>
        <w:br/>
        <w:t>Вбрав сорочку він, однак, всі кричать йому: "Не так!",&lt;br /&gt;</w:t>
        <w:br/>
        <w:t>Одягнув пальто, проте, знов кричать йому: "Не те!"&lt;br /&gt;</w:t>
        <w:br/>
        <w:t>Отакий роззява, ліві двері справа.</w:t>
      </w:r>
    </w:p>
    <w:p>
      <w:r>
        <w:br/>
        <w:t>Поспішаючи в дорогу рукавичку взув на ногу,&lt;br /&gt;</w:t>
        <w:br/>
        <w:t>Ну а замість капелюха натягнув відро на вуха.&lt;br /&gt;</w:t>
        <w:br/>
        <w:t>Отакий роззява, ліві двері справа.</w:t>
      </w:r>
    </w:p>
    <w:p>
      <w:r>
        <w:br/>
        <w:t>Трамваєм тридцять третім він їхав на вокзал,&lt;br /&gt;</w:t>
        <w:br/>
        <w:t>І двері відчинивши, до водія сказав:&lt;br /&gt;</w:t>
        <w:br/>
        <w:t>"Шановний трампарампарам, я щось хотів сказати вам,&lt;br /&gt;</w:t>
        <w:br/>
        <w:t>Я сів не в той ай-яй трамзал негайно треба на вокзай!"&lt;br /&gt;</w:t>
        <w:br/>
        <w:t>Водій перелякався і на вокзал подався.&lt;br /&gt;</w:t>
        <w:br/>
        <w:t>Отакий роззява, ліві двері справа.</w:t>
      </w:r>
    </w:p>
    <w:p>
      <w:r>
        <w:br/>
        <w:t>Ось біжить він до кав'ярні, щоб квитки купити гарні,&lt;br /&gt;</w:t>
        <w:br/>
        <w:t>Далі гляньте на роззяву, мчить купляти в касу каву.&lt;br /&gt;</w:t>
        <w:br/>
        <w:t>Вибіг він аж на перон, там стояв один вагон.</w:t>
      </w:r>
    </w:p>
    <w:p>
      <w:r>
        <w:br/>
        <w:t>Пан роззява в нього вліз, сім валіз туди заніс,&lt;br /&gt;</w:t>
        <w:br/>
        <w:t>Примостився під вікном, тай заснув солодким сном.&lt;br /&gt;</w:t>
        <w:br/>
        <w:t>З ранку — гульк! "Егей!" — гукає — Що за станція питає,&lt;br /&gt;</w:t>
        <w:br/>
        <w:t>Чемний голос відповів: "То є славне місто Львів".</w:t>
      </w:r>
    </w:p>
    <w:p>
      <w:r>
        <w:br/>
        <w:t>Ще поспав, аж сходить сонце, знов поглянув у віконце,&lt;br /&gt;</w:t>
        <w:br/>
        <w:t>Бачить, знов стоїть вокзал, здивувався і сказав:&lt;br /&gt;</w:t>
        <w:br/>
        <w:t>"Що за місто це, Боляхів, Коломия чи Батяхів?"&lt;br /&gt;</w:t>
        <w:br/>
        <w:t>Чемний голос відповів: "То є славне місто Львів".</w:t>
      </w:r>
    </w:p>
    <w:p>
      <w:r>
        <w:br/>
        <w:t>Ще собі поспав з годинку, знов поглянув на зупинку,&lt;br /&gt;</w:t>
        <w:br/>
        <w:t>Бачить, знов стоїть вокзал, здивувався і сказав:&lt;br /&gt;</w:t>
        <w:br/>
        <w:t>"Що за станція цікава, Київ, Зміїв чи Полтава?"&lt;br /&gt;</w:t>
        <w:br/>
        <w:t>Чемний голос відповів: "То є славне місто Львів".</w:t>
      </w:r>
    </w:p>
    <w:p>
      <w:r>
        <w:br/>
        <w:t>Тут він крикнув: "Що за жарти? Жартувати так не варто.&lt;br /&gt;</w:t>
        <w:br/>
        <w:t>Вчора я у Львові сів, а приїхав знову в Львів?.."&lt;br /&gt;</w:t>
        <w:br/>
        <w:t>Отакий роззява, ліві двері справа.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Отакий роззява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