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трови в океані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рови в океа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