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індіанець</w:t>
      </w:r>
    </w:p>
    <w:p>
      <w:r>
        <w:br/>
        <w:t xml:space="preserve"> Роберт Фрост&lt;br /&gt;</w:t>
        <w:br/>
        <w:t>Останній індіанець</w:t>
      </w:r>
    </w:p>
    <w:p>
      <w:r>
        <w:br/>
        <w:t>Він, кажуть, був останнім індіанцем&lt;br /&gt;</w:t>
        <w:br/>
        <w:t>Ув Ектоні — мірошник все сміявся,&lt;br /&gt;</w:t>
        <w:br/>
        <w:t>Коли хихикання те сміхом звати можна...&lt;br /&gt;</w:t>
        <w:br/>
        <w:t>Та більш нікому не давав сміятись —&lt;br /&gt;</w:t>
        <w:br/>
        <w:t>Він миттю супився, неначе промовляв:&lt;br /&gt;</w:t>
        <w:br/>
        <w:t>"А ви чого? Я все беру на себе.&lt;br /&gt;</w:t>
        <w:br/>
        <w:t>Та що там говорити околясом —&lt;br /&gt;</w:t>
        <w:br/>
        <w:t>Кінчати з ним давно б уже пора!&lt;br /&gt;</w:t>
        <w:br/>
        <w:t>Нам не дивитися на світ його очима,&lt;br /&gt;</w:t>
        <w:br/>
        <w:t>Та й у минувшині копатися запізно.&lt;br /&gt;</w:t>
        <w:br/>
        <w:t>Коли б ви на собі все те відчули,&lt;br /&gt;</w:t>
        <w:br/>
        <w:t>То зрозуміли б — справа тут не в тому,&lt;br /&gt;</w:t>
        <w:br/>
        <w:t>Хто перший це між расами почав".</w:t>
      </w:r>
    </w:p>
    <w:p>
      <w:r>
        <w:br/>
        <w:t>Гортанні звуки подиву й захоплення&lt;br /&gt;</w:t>
        <w:br/>
        <w:t>У індіанця вирвались, коли&lt;br /&gt;</w:t>
        <w:br/>
        <w:t>Забачив він важке, гримуче жорно.&lt;br /&gt;</w:t>
        <w:br/>
        <w:t>В мірошника аж сіпнулось лице:&lt;br /&gt;</w:t>
        <w:br/>
        <w:t>Чого б ото волав червоношкірий?&lt;br /&gt;</w:t>
        <w:br/>
        <w:t>"Підемо! — крикнув. — Глянемо на жорна!"&lt;br /&gt;</w:t>
        <w:br/>
        <w:t>І він провів його униз, під балки.&lt;br /&gt;</w:t>
        <w:br/>
        <w:t>І показав крізь отвір бистрі струмні,&lt;br /&gt;</w:t>
        <w:br/>
        <w:t>Подібні до скажених осетрів,&lt;br /&gt;</w:t>
        <w:br/>
        <w:t>Що в відчаї міцними б'ють хвостами.&lt;br /&gt;</w:t>
        <w:br/>
        <w:t>А потім він штовхнув ногою ляду,&lt;br /&gt;</w:t>
        <w:br/>
        <w:t>І дзвін її кільця на мить прорізав&lt;br /&gt;</w:t>
        <w:br/>
        <w:t>Млиновий шум. Мірошник мовчки вийшов,&lt;br /&gt;</w:t>
        <w:br/>
        <w:t>Уже один. Хихикнув щось помольцю,&lt;br /&gt;</w:t>
        <w:br/>
        <w:t>А що — помолець не збагнув тоді.&lt;br /&gt;</w:t>
        <w:br/>
        <w:t>Він Джону показав млинові жорна...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індіанець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