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Останнє запитання</w:t>
      </w:r>
    </w:p>
    <w:p>
      <w:r>
        <w:br/>
        <w:t xml:space="preserve"> &lt;p&gt;Айзек АЗІМОВ</w:t>
      </w:r>
    </w:p>
    <w:p>
      <w:r>
        <w:br/>
        <w:t>ОСТАННЄ ЗАПИТАННЯ</w:t>
      </w:r>
    </w:p>
    <w:p>
      <w:r>
        <w:br/>
        <w:t>Вперше це запитання поставлено напівжартома за склянкою віскі під час п'ятидоларового парі 21 травня 2061 року в епоху, коли людство ступило перший крок до світла. А сталося воно так.</w:t>
      </w:r>
    </w:p>
    <w:p>
      <w:r>
        <w:br/>
        <w:t>Александр Аделл і Бертрам Люпов були з постійної обслуги Мультивака. Про те, що ховалося за холодною приладною дошкою, де раз по раз клацало і спалахувало, за милями і милями фасаду цього велетенського комп'ютера, вони знали стільки ж, як будь-яка інша людська істота. Принаймні мали приблизне уявлення про загальну схему реле-блоків та циклів, що за своєю складністю вже давно перевершили той рівень, коли людина могла все осягнути.</w:t>
      </w:r>
    </w:p>
    <w:p>
      <w:r>
        <w:br/>
        <w:t>Мультивак сам себе контролював і самовдосконалював. Це було доконечною потребою, бо ніхто з людей не міг виконувати регулювання та корекцію так швидко і якісно.</w:t>
      </w:r>
    </w:p>
    <w:p>
      <w:r>
        <w:br/>
        <w:t>Тож обслуговування монстроподібного велетня було заняття необтяжливе і поверхове, з цим упорався б абихто. Александр і Бертрам живили комп'ютер інформацією, закодовували задачі й розшифровували необхідні дані. Проте вони, як і всі їхні колеги, надзвичайно пишалися причетністю до слави Мультивака.</w:t>
      </w:r>
    </w:p>
    <w:p>
      <w:r>
        <w:br/>
        <w:t>Десятиріччями Мультивак допомагав конструювати кораблі й розраховувати траєкторії, завдяки чому людина літала на Місяць, Марс і Венеру. Однак тепер земні ресурси настільки збідніли, що нічим стало живити кораблі. Тривалі польоти вимагали силу-силенну енергії. Тільки вугілля та урану ще вистачало на Землі, їх добували все більше й більше.</w:t>
      </w:r>
    </w:p>
    <w:p>
      <w:r>
        <w:br/>
        <w:t>Та поволі Мультивак накопичив досить інформації, щоб розв'язати найскладнішу проблему, і 14 травня 2061 року те, що було теорією, стало реальністю. Всю енергію Землі, вивільнену від вугілля та розщепленого урану, було перекинуто на маленьку станцію, що мала милю в діаметрі і кружляла навколо Землі на половині відстані від Місяця. Планету залляло невидиме проміння сонячної енергії.</w:t>
      </w:r>
    </w:p>
    <w:p>
      <w:r>
        <w:br/>
        <w:t>Звичайно, і через тиждень враження про цю знамениту подію не розвіялося, тож Аделл і Люпов вирішили погомоніти в тихому покинутому підземному приміщенні, де бовваніло могутнє тіло Мультивака й де нікому не спало б на думку їх розшукувати. Залишившись без догляду, комп'ютер байдикував, ліниво й самовдоволено клацаючи, непоспіхом сортував дані. Хлопці вважали, що й Мультивак заслуговує на відпочинок. Щоправда, ніхто й не збирався його турбувати. Захопивши з собою пляшку, вони намірялися трохи розслабитись.</w:t>
      </w:r>
    </w:p>
    <w:p>
      <w:r>
        <w:br/>
        <w:t>— Просто неймовірно, — сказав Аделл. На його широкому обличчі проглядала втома, він помішував скляною паличкою своє питво, спостерігаючи, як кубики льоду перетворювалися на безформні плями. — Ми розтринькували енергію. А сонячної енергії, виявляється, досить, щоб розжарити Землю, перетворити її на велетенську краплину розплавленого металу. Та й ми б ніколи не знали нестачі енергії. Нею можна користуватися вічно.</w:t>
      </w:r>
    </w:p>
    <w:p>
      <w:r>
        <w:br/>
        <w:t>Люпов мотав головою, збираючись заперечувати, — бажання тим палкіше, що йому довелося тягти сюди лід і склянки.</w:t>
      </w:r>
    </w:p>
    <w:p>
      <w:r>
        <w:br/>
        <w:t>— Не вічно, — мовив він.</w:t>
      </w:r>
    </w:p>
    <w:p>
      <w:r>
        <w:br/>
        <w:t>— От бісова твоя душа, тоді майже вічно. Поки світитиме Сонце, Берте.</w:t>
      </w:r>
    </w:p>
    <w:p>
      <w:r>
        <w:br/>
        <w:t>— І це не вічно.</w:t>
      </w:r>
    </w:p>
    <w:p>
      <w:r>
        <w:br/>
        <w:t>— Гаразд. Мільярди й мільярди років. Нехай двадцять мільярдів. Тобі вистачить?</w:t>
      </w:r>
    </w:p>
    <w:p>
      <w:r>
        <w:br/>
        <w:t>Люпов пригладив своє поріділе волосся, ніби хотів переконатися, що воно ще є, і відсьорбнув зі склянки.</w:t>
      </w:r>
    </w:p>
    <w:p>
      <w:r>
        <w:br/>
        <w:t>— Двадцять мільярдів років — це не вічно.</w:t>
      </w:r>
    </w:p>
    <w:p>
      <w:r>
        <w:br/>
        <w:t>— Чудово, але ж вистачить на наше життя?</w:t>
      </w:r>
    </w:p>
    <w:p>
      <w:r>
        <w:br/>
        <w:t>— Вугілля та урану вистачило б теж.</w:t>
      </w:r>
    </w:p>
    <w:p>
      <w:r>
        <w:br/>
        <w:t>— Ну гаразд, однак зараз ми маємо змогу підключати будь-який космічний корабель до Сонячної станції і він літатиме мільйони разів на Плутон і назад, не турбуючись про пальне. Такого не досягнеш, використовуючи тільки вугілля та уран. Не віриш, — запитай у Мультивака.</w:t>
      </w:r>
    </w:p>
    <w:p>
      <w:r>
        <w:br/>
        <w:t>— Нащо запитувати, я й сам знаю.</w:t>
      </w:r>
    </w:p>
    <w:p>
      <w:r>
        <w:br/>
        <w:t>— Тож не принижуй того, що зробив для нас Мультивак, — спалахнув Аделл. — Він зробив це чудово.</w:t>
      </w:r>
    </w:p>
    <w:p>
      <w:r>
        <w:br/>
        <w:t>— А хто говорив, що ні? Я тільки сказав, що сонце не існуватиме вічно. Я сказав те, що сказав. Ми гарантовані на двадцять мільярдів років, а що далі? — Люпов звів докупи кінчики пальців. — Тільки не кажи, що ми підключимось до іншого сонця.</w:t>
      </w:r>
    </w:p>
    <w:p>
      <w:r>
        <w:br/>
        <w:t>Запала тиша. Очі Люпова повільно заплющилися. Вони відпочивали. Аделл попивав зі склянки.</w:t>
      </w:r>
    </w:p>
    <w:p>
      <w:r>
        <w:br/>
        <w:t>— Ти все-таки сподіваєшся, що коли наше сонце згасне, ми підключимося до іншого? — раптом розплющив очі Люпов.</w:t>
      </w:r>
    </w:p>
    <w:p>
      <w:r>
        <w:br/>
        <w:t>— Я так не думаю.</w:t>
      </w:r>
    </w:p>
    <w:p>
      <w:r>
        <w:br/>
        <w:t>— Ні, думаєш. У тебе клопоти з логікою, це твоє лихо. Ти наче той хлопець з анекдоту, який потрапив у лісі під зливу й сховався під деревом, думаючи, що коли воно вимокне, то він перейде під інше. Розумієш?</w:t>
      </w:r>
    </w:p>
    <w:p>
      <w:r>
        <w:br/>
        <w:t>— Розумію, — сказав Аделл. — Не кричи. Сонце згасне разом зі всіма зірками.</w:t>
      </w:r>
    </w:p>
    <w:p>
      <w:r>
        <w:br/>
        <w:t>— Жахливо, але це правда, — тихо промовив Люпов. — Всі вони діти первісного космічного вибуху — хоч би який він там був, — і всі вони згаснуть. Деякі швидше за інших. Хай його мамі, велетні не проживуть і ста мільярдів років. Сонце, на наше щастя, існуватиме двадцять мільярдів, а карлики, можливо, сто мільярдів років. Якщо у нас є трильйон років, то потім однаково настане темрява. Ентропія розвиватиметься до максимуму. Отак-то.</w:t>
      </w:r>
    </w:p>
    <w:p>
      <w:r>
        <w:br/>
        <w:t>— Про ентропію я знаю все, — погордливо сказав Аделл.</w:t>
      </w:r>
    </w:p>
    <w:p>
      <w:r>
        <w:br/>
        <w:t>— До біса ти знаєш.</w:t>
      </w:r>
    </w:p>
    <w:p>
      <w:r>
        <w:br/>
        <w:t>— Не менш за тебе.</w:t>
      </w:r>
    </w:p>
    <w:p>
      <w:r>
        <w:br/>
        <w:t>— Тоді, ти, певно, знаєш і те, що колись усе скінчиться.</w:t>
      </w:r>
    </w:p>
    <w:p>
      <w:r>
        <w:br/>
        <w:t>— Звичайно. А хто каже, ні?</w:t>
      </w:r>
    </w:p>
    <w:p>
      <w:r>
        <w:br/>
        <w:t>— Йолопе нещасний, ти сказав, що ми матимемо стільки енергії, скільки нам потрібно, і — вічно. Ти сказав "вічно".</w:t>
      </w:r>
    </w:p>
    <w:p>
      <w:r>
        <w:br/>
        <w:t>Тепер збунтувався Аделл:</w:t>
      </w:r>
    </w:p>
    <w:p>
      <w:r>
        <w:br/>
        <w:t>— Ану ж пощастить нам колись відновити.</w:t>
      </w:r>
    </w:p>
    <w:p>
      <w:r>
        <w:br/>
        <w:t>— Ніколи.</w:t>
      </w:r>
    </w:p>
    <w:p>
      <w:r>
        <w:br/>
        <w:t>— Чому? Колись в майбутньому...</w:t>
      </w:r>
    </w:p>
    <w:p>
      <w:r>
        <w:br/>
        <w:t>— Ніколи.</w:t>
      </w:r>
    </w:p>
    <w:p>
      <w:r>
        <w:br/>
        <w:t>— Запитай у Мультивака.</w:t>
      </w:r>
    </w:p>
    <w:p>
      <w:r>
        <w:br/>
        <w:t>— Сам запитуй. Ну, давай! Ставлю п'ять доларів за те, що відновлення ніколи не буде.</w:t>
      </w:r>
    </w:p>
    <w:p>
      <w:r>
        <w:br/>
        <w:t>Аделл був п'яний якраз настільки, щоб ризикнути, і тверезий якраз настільки, щоб закодувати запитання для комп'ютера. Можливо, воно мало такий вигляд: "Чи зможе людство колись без природної енергії відродити сонце, навіть тоді, коли воно згасне від старості?"</w:t>
      </w:r>
    </w:p>
    <w:p>
      <w:r>
        <w:br/>
        <w:t>А може, воно було сформульовано й простіше: "Як можна кардинально запобігти неухильному зростанню ентропії Всесвіту?"</w:t>
      </w:r>
    </w:p>
    <w:p>
      <w:r>
        <w:br/>
        <w:t>Мультивак завмер. Розмірене миготіння припинилося, не чути було далекого клацання реле.</w:t>
      </w:r>
    </w:p>
    <w:p>
      <w:r>
        <w:br/>
        <w:t>І саме тоді, коли перелякані техніки відчули, що більше не годні тамувати подих, телетайп, розміщений у цій частині Мультивака, раптом ожив. З'явилося п'ять слів: "Брак інформації для чіткої відповіді".</w:t>
      </w:r>
    </w:p>
    <w:p>
      <w:r>
        <w:br/>
        <w:t>— Ось і край суперечці, — прошепотів Люпов.</w:t>
      </w:r>
    </w:p>
    <w:p>
      <w:r>
        <w:br/>
        <w:t>Вони заквапилися геть.</w:t>
      </w:r>
    </w:p>
    <w:p>
      <w:r>
        <w:br/>
        <w:t>Наступного ранку обидва, змучені від головного болю та спраги, вже забули про той випадок.</w:t>
      </w:r>
    </w:p>
    <w:p>
      <w:r>
        <w:br/>
        <w:t>Джерродд, Джерродайн, Джерродітти І і II в оглядовий екран споглядали зоряну панораму, перелітаючи надпростором. Такі перельоти вдосконалювалися протягом тривалого часу. Раптом посеред молочної туманності зірок спалахнуло яскраве світло мармурового диску.</w:t>
      </w:r>
    </w:p>
    <w:p>
      <w:r>
        <w:br/>
        <w:t>— Це Х-23, — впевнено сказав Джерродд, так міцно зціпивши руки за спиною, що аж пальці побіліли.</w:t>
      </w:r>
    </w:p>
    <w:p>
      <w:r>
        <w:br/>
        <w:t>Маленькі Джерродітти, двійко дівчат, уперше подорожували надпростором і були приголомшені дивовижною картиною антисвіту. Вони завмерли, потім кинулися до мами, гукаючи:</w:t>
      </w:r>
    </w:p>
    <w:p>
      <w:r>
        <w:br/>
        <w:t>— Ми дісталися до Х-23!.. Ми дісталися до Х-23!.. Ми дісталися!..</w:t>
      </w:r>
    </w:p>
    <w:p>
      <w:r>
        <w:br/>
        <w:t>— Замовкніть, діти! — нагримала Джерродайн. — Ти певний, Джерродде?</w:t>
      </w:r>
    </w:p>
    <w:p>
      <w:r>
        <w:br/>
        <w:t>— А що ж це інше може бути? — запитав Джерродд, глянувши на металевий виступ під стелею. Він тягся через усе приміщення, зникав за стіною, пронизуючи космічний корабель.</w:t>
      </w:r>
    </w:p>
    <w:p>
      <w:r>
        <w:br/>
        <w:t>Навряд чи Джерродд знав щось про нього більше, ніж те, що він звався Мікроваком і що в разі потреби він дасть відповідь на будь-яке запитання. Комп'ютер вів кораблі до визначеного місця, забезпечував живлення енергією з тієї чи іншої Суб-галактичної Силової Станції, обчислював траєкторії для наддалеких стрибків. Родині Джерродда залишалося тільки чекати в комфортабельному житловому приміщенні корабля.</w:t>
      </w:r>
    </w:p>
    <w:p>
      <w:r>
        <w:br/>
        <w:t>Хтось розповідав Джерроддові, що "ак" в кінці слова "Мікровак" походить від назви "аналогічного" комп'ютера у стародавній англійській мові, та й це вже майже забулося.</w:t>
      </w:r>
    </w:p>
    <w:p>
      <w:r>
        <w:br/>
        <w:t>Джерродайн дивилася в оглядовий екран, очі її зволожніли:</w:t>
      </w:r>
    </w:p>
    <w:p>
      <w:r>
        <w:br/>
        <w:t>— Я не можу стриматися. Не віриться, що ми залишаємо Землю.</w:t>
      </w:r>
    </w:p>
    <w:p>
      <w:r>
        <w:br/>
        <w:t>— Чому? Через Піта? — напосідав Джерродд. — На Землі ми нічого не мали, а на Х-23 матимемо все. Ти не будеш самотньою, бо ми ж не перші. На планеті вже понад мільйон жителів. Боже! А нашим праправнукам доведеться шукати нових світів, бо Х-23 вже буде перенаселена. — Він на хвилину замовк і провадив далі: — Яке щастя, що комп'ютер знаходить нові траєкторії міжзоряних шляхів у цих перенаселених світах.</w:t>
      </w:r>
    </w:p>
    <w:p>
      <w:r>
        <w:br/>
        <w:t>— Я знаю, знаю, — зітхнула Джерродайн.</w:t>
      </w:r>
    </w:p>
    <w:p>
      <w:r>
        <w:br/>
        <w:t>Джерродітт І вигукнула:</w:t>
      </w:r>
    </w:p>
    <w:p>
      <w:r>
        <w:br/>
        <w:t>— Наш Мікровак — найкращий Мікровак у світі!</w:t>
      </w:r>
    </w:p>
    <w:p>
      <w:r>
        <w:br/>
        <w:t>— Я теж так думаю. — Джерродд розкуйовдив доньчине волосся.</w:t>
      </w:r>
    </w:p>
    <w:p>
      <w:r>
        <w:br/>
        <w:t>Прекрасне це почуття — володіти Мікроваком; Джерродд був щасливий, що належав до свого покоління, а не до якогось іншого. За батькової молодості теж були комп'ютери — велетенські машини, що займали сотні квадратних миль. По одному на кожну планету. Називалися вони планетними АКами. Протягом тисячі років їхні розміри постійно зростали, а потім вони всі відразу самовдосконалилися. Замість звичайних транзисторів з'явилися молекулярні лампи, це дало змогу навіть найбільший Планетний АК піднімати в космос і він займав тільки половину корабля.</w:t>
      </w:r>
    </w:p>
    <w:p>
      <w:r>
        <w:br/>
        <w:t>Джерродда тішила думка, що його власний Мікровак багато досконаліший, ніж стародавній Мультивак, який уперше приборкав Сонце. І не менш потужний, ніж Земний планетний АК (найбільший), який перший вирішив проблему наддалеких подорожей, зробивши можливим перельоти до зірок.</w:t>
      </w:r>
    </w:p>
    <w:p>
      <w:r>
        <w:br/>
        <w:t>— Так багато зірок, так багато планет, — задумливо зітхнула Джерродайн. — Мені здається, що люди завжди будуть переселятися на нові планети, так само як і ми.</w:t>
      </w:r>
    </w:p>
    <w:p>
      <w:r>
        <w:br/>
        <w:t>— Не завжди, — сумно посміхнувся Джерродд. — Настане день, і все це скінчиться. Через мільярди років. Багато мільярдів. Ти ж бо знаєш — навіть зірки вмирають. Ентропія неминуча.</w:t>
      </w:r>
    </w:p>
    <w:p>
      <w:r>
        <w:br/>
        <w:t>— Що таке ентропія, тату? — пискнула Джерродітт II.</w:t>
      </w:r>
    </w:p>
    <w:p>
      <w:r>
        <w:br/>
        <w:t>— Ентропія, хороша моя, — слово, що означає поступове згасання Всесвіту. Все колись умирає, ну як твій маленький робот ходун-балакун, пригадуєш?</w:t>
      </w:r>
    </w:p>
    <w:p>
      <w:r>
        <w:br/>
        <w:t>— А хіба не можна підключитися до іншого джерела енергії, як ми зробили з роботом?</w:t>
      </w:r>
    </w:p>
    <w:p>
      <w:r>
        <w:br/>
        <w:t>— Власне, джерелом енергії є зірки, моя дитинко. Колись вони зникнуть, і енергії не стане.</w:t>
      </w:r>
    </w:p>
    <w:p>
      <w:r>
        <w:br/>
        <w:t>Джерродітт І одразу почала рюмсати.</w:t>
      </w:r>
    </w:p>
    <w:p>
      <w:r>
        <w:br/>
        <w:t>— Не дозволяй їй, татусю, загинути. Не дозволяй.</w:t>
      </w:r>
    </w:p>
    <w:p>
      <w:r>
        <w:br/>
        <w:t>— Тільки поглянь, що ти наробив, — із серцем прошепотіла Джерродайн.</w:t>
      </w:r>
    </w:p>
    <w:p>
      <w:r>
        <w:br/>
        <w:t>— Я не думав, що це їх налякає, — тихо відповів Джерродд.</w:t>
      </w:r>
    </w:p>
    <w:p>
      <w:r>
        <w:br/>
        <w:t>— Запитай у Мікровака, — заходилася Джерродітт І, — запитай у нього, як увімкнути зірки знову.</w:t>
      </w:r>
    </w:p>
    <w:p>
      <w:r>
        <w:br/>
        <w:t>— Ну ж бо, запитуй, — сказала Джерродайн, — це заспокоїть їх. (Джерродітт II теж почала плакати).</w:t>
      </w:r>
    </w:p>
    <w:p>
      <w:r>
        <w:br/>
        <w:t>Джерродд знизав плечима.</w:t>
      </w:r>
    </w:p>
    <w:p>
      <w:r>
        <w:br/>
        <w:t>— Зараз, зараз, любі мої, запитаю. Не хвилюйтесь, Мікровак усе нам розкаже. — І, зробивши запит, додав: — Надрукуй відповідь.</w:t>
      </w:r>
    </w:p>
    <w:p>
      <w:r>
        <w:br/>
        <w:t>Джерродд зібгав стрічку й весело сказав:</w:t>
      </w:r>
    </w:p>
    <w:p>
      <w:r>
        <w:br/>
        <w:t>— Ну от, Мікровак нам говорить, що у свій час про все потурбується, так що не бійтеся.</w:t>
      </w:r>
    </w:p>
    <w:p>
      <w:r>
        <w:br/>
        <w:t>— А тепер, діти,швиденько спати. Незабаром ми будемо в нашому новому домі, — сказала Джерродайн.</w:t>
      </w:r>
    </w:p>
    <w:p>
      <w:r>
        <w:br/>
        <w:t>Перед тим як кинути стрічку, Джерродд ще раз перечитав написане: "Брак даних для чіткої відповіді". Він знову стенув плечима і глянув на екран. Х-23 була прямо по курсу.</w:t>
      </w:r>
    </w:p>
    <w:p>
      <w:r>
        <w:br/>
        <w:t>VJ-23X з Лемета, уважно розглядаючи чорні заглиблення на тримірній карті Галактики, говорив:</w:t>
      </w:r>
    </w:p>
    <w:p>
      <w:r>
        <w:br/>
        <w:t>— A от цікаво, чи не здаємося ми смішними, що так серйозно займаємося цією справою?</w:t>
      </w:r>
    </w:p>
    <w:p>
      <w:r>
        <w:br/>
        <w:t>MQ-17J з Нікрона похитав головою:</w:t>
      </w:r>
    </w:p>
    <w:p>
      <w:r>
        <w:br/>
        <w:t>— Гадаю, ні. Ти ж знаєш, що за такого нестримного заселення Галактика буде заповнена вже через п'ять років.</w:t>
      </w:r>
    </w:p>
    <w:p>
      <w:r>
        <w:br/>
        <w:t>Їм на вигляд було трохи більше за двадцять, обидва стрункі й високі.</w:t>
      </w:r>
    </w:p>
    <w:p>
      <w:r>
        <w:br/>
        <w:t>— Все-таки я маю сумнів, — сказав VJ-23X, — чи варто нам подавати Раді Галактики такий песимістичний звіт.</w:t>
      </w:r>
    </w:p>
    <w:p>
      <w:r>
        <w:br/>
        <w:t>— А я б не повірив іншому звітові. Він їх трохи розворушить. Ми примусимо їх ворушитися.</w:t>
      </w:r>
    </w:p>
    <w:p>
      <w:r>
        <w:br/>
        <w:t>VJ-23X зітхнув:</w:t>
      </w:r>
    </w:p>
    <w:p>
      <w:r>
        <w:br/>
        <w:t>— Космічний простір нескінченний. Сто мільярдів галактик для освоєння. Навіть більше.</w:t>
      </w:r>
    </w:p>
    <w:p>
      <w:r>
        <w:br/>
        <w:t>— Сто мільярдів не є нескінченність, до того ж вони весь час зменшуються. Подумай! Двадцять тисяч років тому людство вперше розв'язало проблему використання зоряної енергії, а кількома століттями пізніше стали можливі міжзоряні польоти. Людству потрібно було мільйон років, щоб заселити невеликий світ і всього п'ятнадцять тисяч років, щоб заповнити всю Галактику. Тепер населення подвоюється кожні десять років...</w:t>
      </w:r>
    </w:p>
    <w:p>
      <w:r>
        <w:br/>
        <w:t>VJ-23X докинув:</w:t>
      </w:r>
    </w:p>
    <w:p>
      <w:r>
        <w:br/>
        <w:t>— Завдяки безсмертю.</w:t>
      </w:r>
    </w:p>
    <w:p>
      <w:r>
        <w:br/>
        <w:t>— Правильно. Безсмертя є, і ми повинні з цим рахуватися. Я припускаю, що безсмертя має і зворотний бік. Галактичний АК розв'язав багато наших проблем, але, навчившись запобігати старості, він перевершив себе.</w:t>
      </w:r>
    </w:p>
    <w:p>
      <w:r>
        <w:br/>
        <w:t>— Гадаю, ти ще не збираєшся залишати життя.</w:t>
      </w:r>
    </w:p>
    <w:p>
      <w:r>
        <w:br/>
        <w:t>— І думки не маю, — огризнувся MQ-17J і додав уже лагідніше: — Ще ні. Я досить молодий. Скільки тобі?</w:t>
      </w:r>
    </w:p>
    <w:p>
      <w:r>
        <w:br/>
        <w:t>— Двісті двадцять три. А тобі?</w:t>
      </w:r>
    </w:p>
    <w:p>
      <w:r>
        <w:br/>
        <w:t>— Мені ще нема двохсот... Та повернімося до нашої розмови. Населення подвоюється кожні десять років. Настане час, і наша Галактика заселиться, за десять років ми заселимо іншу. Ще десять років — і ще на дві більше. Наступне десятиліття — і на чотири більше. За сто років ми займемо тисячу галактик. За тисячу років мільйон. За десять тисяч — увесь знаний Всесвіт.</w:t>
      </w:r>
    </w:p>
    <w:p>
      <w:r>
        <w:br/>
        <w:t>VJ-23X сказав:</w:t>
      </w:r>
    </w:p>
    <w:p>
      <w:r>
        <w:br/>
        <w:t>— Тут не обійтися без розв'язання транспортної проблеми. Цікаво, скільки треба сонячно-енергетичних станцій, щоб переправляти галактики індивідуумів у нові світи?</w:t>
      </w:r>
    </w:p>
    <w:p>
      <w:r>
        <w:br/>
        <w:t>— Слушно. Вже тепер за рік людство використовує дві сонячно-енергетичні станції.</w:t>
      </w:r>
    </w:p>
    <w:p>
      <w:r>
        <w:br/>
        <w:t>— Енергію майже вичерпано. Наша Галактика за рік висмоктує тисячу сонячно-енергетичних станцій, а ми тільки дві.</w:t>
      </w:r>
    </w:p>
    <w:p>
      <w:r>
        <w:br/>
        <w:t>— Згоден, але якби ми навіть використовували всі станції, то тільки відтягнули б кінець. Енергетичні потреби зростають у геометричній прогресії, швидше за населення. Ми залишимося без енергії раніше, ніж устигнемо перебратися на нові галактики. Цікава проблема. Дуже цікава.</w:t>
      </w:r>
    </w:p>
    <w:p>
      <w:r>
        <w:br/>
        <w:t>— Людство створить нові зірки з міжзоряного газу.</w:t>
      </w:r>
    </w:p>
    <w:p>
      <w:r>
        <w:br/>
        <w:t>— А може, з розсіяного тепла? — саркастично запитав MQ-17J.</w:t>
      </w:r>
    </w:p>
    <w:p>
      <w:r>
        <w:br/>
        <w:t>— Можливо, є який-небудь спосіб спрямувати енергію у зворотному напрямку. Треба запитати Галактичний АК.</w:t>
      </w:r>
    </w:p>
    <w:p>
      <w:r>
        <w:br/>
        <w:t>Насправді VJ-23X й не збирався запитувати, та MQ-17J вихопив з кишені особистий контакт-АК і поклав його на стіл.</w:t>
      </w:r>
    </w:p>
    <w:p>
      <w:r>
        <w:br/>
        <w:t>— Я й сам про це думав. Одного дня перед людством постане така проблема.</w:t>
      </w:r>
    </w:p>
    <w:p>
      <w:r>
        <w:br/>
        <w:t>MQ-17J задумливо подивився на маленький пристрій. Контакт-АК мав вигляд кубика розміром у два дюйми — і більш нічого. Через надпростір він з'єднувався з великим Галактичним АКом, що обслуговував людство. Причім надпростір був уключений у схему комп'ютера як його інтегральна частина.</w:t>
      </w:r>
    </w:p>
    <w:p>
      <w:r>
        <w:br/>
        <w:t>MQ-17J подумав, чи вдасться йому побачити за своє безсмертне життя Галактичний АК. Той містився у маленькому своєму світі, у павутинні силового проміння, іскріючи скупченням субмезонів, які тепер заступили старі незграбні молекулярні лампи. І було відомо, що, незважаючи на неможливість відчути його, так би мовити, на дотик, Галактичний АК сягав тисячі футів.</w:t>
      </w:r>
    </w:p>
    <w:p>
      <w:r>
        <w:br/>
        <w:t>Зненацька MQ-17J сказав у контакт-АК:</w:t>
      </w:r>
    </w:p>
    <w:p>
      <w:r>
        <w:br/>
        <w:t>— Чи можна в майбутньому спрямувати ентропію у зворотному напрямку?</w:t>
      </w:r>
    </w:p>
    <w:p>
      <w:r>
        <w:br/>
        <w:t>VJ-23X вражено глянув на нього.</w:t>
      </w:r>
    </w:p>
    <w:p>
      <w:r>
        <w:br/>
        <w:t>— Послухай, я не мав наміру запитувати всерйоз.</w:t>
      </w:r>
    </w:p>
    <w:p>
      <w:r>
        <w:br/>
        <w:t>— Чому?</w:t>
      </w:r>
    </w:p>
    <w:p>
      <w:r>
        <w:br/>
        <w:t>— Ми ж знаємо, що це неможливо. Не можна з диму та попелу відродити спалене дерево.</w:t>
      </w:r>
    </w:p>
    <w:p>
      <w:r>
        <w:br/>
        <w:t>— У вашому світі є дерева? — запитав MQ-17J.</w:t>
      </w:r>
    </w:p>
    <w:p>
      <w:r>
        <w:br/>
        <w:t>Вони здригнулися від звуку Галактичного АКа і замовкли.</w:t>
      </w:r>
    </w:p>
    <w:p>
      <w:r>
        <w:br/>
        <w:t>З маленького кубика на столі приємний голос сказав:</w:t>
      </w:r>
    </w:p>
    <w:p>
      <w:r>
        <w:br/>
        <w:t>— Брак даних для чіткої відповіді.</w:t>
      </w:r>
    </w:p>
    <w:p>
      <w:r>
        <w:br/>
        <w:t>VJ-23X вигукнув:</w:t>
      </w:r>
    </w:p>
    <w:p>
      <w:r>
        <w:br/>
        <w:t>— Бачиш!</w:t>
      </w:r>
    </w:p>
    <w:p>
      <w:r>
        <w:br/>
        <w:t>І вони знову заходилися коло звіту, який повинні були подати Раді Галактики.</w:t>
      </w:r>
    </w:p>
    <w:p>
      <w:r>
        <w:br/>
        <w:t>Розум Зі Прайма перенісся в нову Галактику, де мільярди зірок та їх нескінченні завихрення викликали хвильову цікавість. Такого він ще зроду не бачив. Хіба можливо все це осягнути? Безліч зірок, і кожна зі своїм людським населенням... Справжнє життя людей точилося переважно не на планетах, а в космосі. Життя розумів, а не тіл! Безсмертні тіла людей, залишаючись на планетах, перебували в стані суспензії. Інколи вони прокидалися для діяльності, але таке траплялося дедалі рідше. У Всесвіті було мало простору, і рідко народжувалися нові особи, щоб приєднатися до велетенської людської маси.</w:t>
      </w:r>
    </w:p>
    <w:p>
      <w:r>
        <w:br/>
        <w:t>З глибокої задуми Зі Прайма вивів дотик тоненьких вусиків іншого розуму.</w:t>
      </w:r>
    </w:p>
    <w:p>
      <w:r>
        <w:br/>
        <w:t>— Я Зі Прайм. А ти хто?</w:t>
      </w:r>
    </w:p>
    <w:p>
      <w:r>
        <w:br/>
        <w:t>— Я Ді Саб Уан. Як позначена твоя галактика?</w:t>
      </w:r>
    </w:p>
    <w:p>
      <w:r>
        <w:br/>
        <w:t>— Ми просто звемо її Галактика. А ви?</w:t>
      </w:r>
    </w:p>
    <w:p>
      <w:r>
        <w:br/>
        <w:t>— Ми свою називаємо так само. Всі люди називають свої галактики тільки Галактиками. А чом би й ні?</w:t>
      </w:r>
    </w:p>
    <w:p>
      <w:r>
        <w:br/>
        <w:t>— Правда. Тим більше, що всі вони однакові.</w:t>
      </w:r>
    </w:p>
    <w:p>
      <w:r>
        <w:br/>
        <w:t>— Не всі. Одна з них колиска людства. Це робить її винятковою.</w:t>
      </w:r>
    </w:p>
    <w:p>
      <w:r>
        <w:br/>
        <w:t>Зі Прайм запитав:</w:t>
      </w:r>
    </w:p>
    <w:p>
      <w:r>
        <w:br/>
        <w:t>— Яка саме?</w:t>
      </w:r>
    </w:p>
    <w:p>
      <w:r>
        <w:br/>
        <w:t>— Я не можу сказати. Певно, АК Всесвіту знає.</w:t>
      </w:r>
    </w:p>
    <w:p>
      <w:r>
        <w:br/>
        <w:t>— Давай запитаємо. Страшенно цікаво.</w:t>
      </w:r>
    </w:p>
    <w:p>
      <w:r>
        <w:br/>
        <w:t>Уява Зі Прайма ширилася й ширилася, і він побачив збігання галактик, їхнє перетворення у нові й нові, що розпорошувалися на молоді зоряні туманності. Їх так багато, сотні мільярдів, і всі вони населені безсмертними мислячими істотами, чиї розуми вільно ширяють у космічному просторі. Проте серед галактик була одна — першородна. У сиву давнину тільки там жили люди.</w:t>
      </w:r>
    </w:p>
    <w:p>
      <w:r>
        <w:br/>
        <w:t>Нестримне бажання побачити цю галактику опанувало Зі Праймом, і він гукнув:</w:t>
      </w:r>
    </w:p>
    <w:p>
      <w:r>
        <w:br/>
        <w:t>— АК Всесвіту! На якій галактиці зародилося людство?</w:t>
      </w:r>
    </w:p>
    <w:p>
      <w:r>
        <w:br/>
        <w:t>АК Всесвіту зафіксував запитання. У кожному світі й у всьому космосі Зі Прайм мав свої сенсорні датчики, які з'єднували його з тією нікому невідомою субстанцією — АКом Всесвіту, що прирік себе на самотність.</w:t>
      </w:r>
    </w:p>
    <w:p>
      <w:r>
        <w:br/>
        <w:t>Зі Прайм знав тільки одну людину, чиї думки сягнули так близько до АКа, що відчули його матеріально. Він бачив лише сліпучу кулю діаметром у два фути, на яку нестерпно було дивитися.</w:t>
      </w:r>
    </w:p>
    <w:p>
      <w:r>
        <w:br/>
        <w:t>— Але як воно може бути АКом Всесвіту? — сумнівався Зі Прайм.</w:t>
      </w:r>
    </w:p>
    <w:p>
      <w:r>
        <w:br/>
        <w:t>— Більша його частина губиться у надпросторі. Який він має вигляд, навіть уявити не можу, — сказав той.</w:t>
      </w:r>
    </w:p>
    <w:p>
      <w:r>
        <w:br/>
        <w:t>Зі Прайм знав, що від того далекого часу, коли люди почали працювати над АКом Всесвіту, ніхто його ніколи не бачив, бо кожен АК розробляв і будував свого наступника. За мільйони років накопичувалася потрібна інформація для конструювання досконалішого і розумнішого комп'ютера, що вбирав увесь банк даних і особистість попередника.</w:t>
      </w:r>
    </w:p>
    <w:p>
      <w:r>
        <w:br/>
        <w:t>Зі Прайм відчув, як його думки урвалися і як АК Всесвіту скерував їх до тьмяного моря галактик, особливо на одну з них.</w:t>
      </w:r>
    </w:p>
    <w:p>
      <w:r>
        <w:br/>
        <w:t>— Ця галактика — колиска людства, — долинуло з неймовірної далечини, але дуже чітко.</w:t>
      </w:r>
    </w:p>
    <w:p>
      <w:r>
        <w:br/>
        <w:t>Зі Прайм ледь потамував розчарування, бо та галактика нічим не відрізнялася від інших.</w:t>
      </w:r>
    </w:p>
    <w:p>
      <w:r>
        <w:br/>
        <w:t>Ді Саб Уан, чий розум був іще поруч, несподівано запитала:</w:t>
      </w:r>
    </w:p>
    <w:p>
      <w:r>
        <w:br/>
        <w:t>— І одна з цих зірок є колискою людства?</w:t>
      </w:r>
    </w:p>
    <w:p>
      <w:r>
        <w:br/>
        <w:t>АК Всесвіту відповів:</w:t>
      </w:r>
    </w:p>
    <w:p>
      <w:r>
        <w:br/>
        <w:t>— Зірка, де народилося людство, перетворилася. Тепер це білий карлик.</w:t>
      </w:r>
    </w:p>
    <w:p>
      <w:r>
        <w:br/>
        <w:t>— А люди вимерли? — вихопилось у Зі Прайма. Відповідь була така:</w:t>
      </w:r>
    </w:p>
    <w:p>
      <w:r>
        <w:br/>
        <w:t>— Для їхніх фізичних тіл, як завжди у таких випадках, сконструйовано новий світ.</w:t>
      </w:r>
    </w:p>
    <w:p>
      <w:r>
        <w:br/>
        <w:t>— Так, звичайно, — промовив Зі Прайм, однак відчуття втрати все ще переповнювало його. Нарешті розум звільнився від сприйняття галактики, де вперше з'явилося людство, і думки загубилися в зоряному просторі. Боронь боже побачити таке колись знову!</w:t>
      </w:r>
    </w:p>
    <w:p>
      <w:r>
        <w:br/>
        <w:t>Ді Саб Уан запитала:</w:t>
      </w:r>
    </w:p>
    <w:p>
      <w:r>
        <w:br/>
        <w:t>— Що сталося?</w:t>
      </w:r>
    </w:p>
    <w:p>
      <w:r>
        <w:br/>
        <w:t>— Зірки вмирають. Зірка людства померла.</w:t>
      </w:r>
    </w:p>
    <w:p>
      <w:r>
        <w:br/>
        <w:t>— Вони всі повинні померти.</w:t>
      </w:r>
    </w:p>
    <w:p>
      <w:r>
        <w:br/>
        <w:t>— Так, коли скінчиться вся енергія, помруть і наші тіла, і ти, і я.</w:t>
      </w:r>
    </w:p>
    <w:p>
      <w:r>
        <w:br/>
        <w:t>— Це станеться через мільярди років.</w:t>
      </w:r>
    </w:p>
    <w:p>
      <w:r>
        <w:br/>
        <w:t>— Я не хочу, щоб це сталося навіть через мільярди років. АК Всесвіту! Як зберегти зірки від смерті?</w:t>
      </w:r>
    </w:p>
    <w:p>
      <w:r>
        <w:br/>
        <w:t>Ді Саб Уан сказала з іронією:</w:t>
      </w:r>
    </w:p>
    <w:p>
      <w:r>
        <w:br/>
        <w:t>— Ти хочеш знати, як змінити напрям ентропії?</w:t>
      </w:r>
    </w:p>
    <w:p>
      <w:r>
        <w:br/>
        <w:t>АК Всесвіту відповів:</w:t>
      </w:r>
    </w:p>
    <w:p>
      <w:r>
        <w:br/>
        <w:t>— Брак даних для чіткої відповіді.</w:t>
      </w:r>
    </w:p>
    <w:p>
      <w:r>
        <w:br/>
        <w:t>Розум Зі Прайма повернувся до своєї галактики, він більше не контактував з розумом Ді Саб Уан, тіло якої мешкало, може, за трильйон світових років, а, може, й зовсім поруч — це вже не мало значення.</w:t>
      </w:r>
    </w:p>
    <w:p>
      <w:r>
        <w:br/>
        <w:t>Заглиблений у сумні думки, Зі Прайм збирав міжзоряний водень, з якого хотів збудувати маленьку власну зірку. Якщо зірки одного дня повинні вмерти, то треба створити бодай кілька нових.</w:t>
      </w:r>
    </w:p>
    <w:p>
      <w:r>
        <w:br/>
        <w:t>Людина радилася сама з собою, бо розум тепер був один. Інтелекти всіх людей органічно розчинились один в одному й стали неподільним цілим. Трильйони й трильйони їхніх безсмертних тіл спочивали на своїх місцях. Їх добре обслуговували досконалі роботи.</w:t>
      </w:r>
    </w:p>
    <w:p>
      <w:r>
        <w:br/>
        <w:t>Людина сказала:</w:t>
      </w:r>
    </w:p>
    <w:p>
      <w:r>
        <w:br/>
        <w:t>— Всесвіт вмирає.</w:t>
      </w:r>
    </w:p>
    <w:p>
      <w:r>
        <w:br/>
        <w:t>Людина дивилася на дедалі тьмяніші галактики. Велетенські зірки — марнотратниці вмерли дуже давно, давніше за найдавніше минуле. Майже всі вони, геть зблякнувши, стали білими карликами.</w:t>
      </w:r>
    </w:p>
    <w:p>
      <w:r>
        <w:br/>
        <w:t>Нові зірки утворилися з міжзоряного пилу завдяки природним процесам, деякі — створила сама Людина, але всі вони вже згасли. Іноді білі карлики зіштовхувалися, вивільнюючи могутню енергію, народжуючи нову зірку, та вона була тільки одна з тисячі загиблих білих карликів і на неї теж колись чекав кінець.</w:t>
      </w:r>
    </w:p>
    <w:p>
      <w:r>
        <w:br/>
        <w:t>Людина сказала:</w:t>
      </w:r>
    </w:p>
    <w:p>
      <w:r>
        <w:br/>
        <w:t>— Якщо ощадити за вказівками Космічного АКа рештки енергії у Всесвіті, то її вистачить на мільярди років.</w:t>
      </w:r>
    </w:p>
    <w:p>
      <w:r>
        <w:br/>
        <w:t>— Хай так, — погодилася Людина, — та врешті й вона скінчиться. Використана енергія не поновлюється. Ентропія повинна досягти максимуму.</w:t>
      </w:r>
    </w:p>
    <w:p>
      <w:r>
        <w:br/>
        <w:t>Людина запитала:</w:t>
      </w:r>
    </w:p>
    <w:p>
      <w:r>
        <w:br/>
        <w:t>— Хіба неможливо скерувати ентропію у зворотному напрямку? Звернімося до космічного АКа.</w:t>
      </w:r>
    </w:p>
    <w:p>
      <w:r>
        <w:br/>
        <w:t>Космічний АК був скрізь, але не поряд. Його ніхто не бачив. Створений з чогось, що не було ні матерією, ні енергією, він перебував у надпросторі. Його розміри і природа для людини були незбагненні.</w:t>
      </w:r>
    </w:p>
    <w:p>
      <w:r>
        <w:br/>
        <w:t>— Космічний АКу, — запитала Людина, — як змінити напрям ентропії?</w:t>
      </w:r>
    </w:p>
    <w:p>
      <w:r>
        <w:br/>
        <w:t>Космічний АК відповів:</w:t>
      </w:r>
    </w:p>
    <w:p>
      <w:r>
        <w:br/>
        <w:t>— Ще обмаль даних для чіткої відповіді.</w:t>
      </w:r>
    </w:p>
    <w:p>
      <w:r>
        <w:br/>
        <w:t>Людина сказала:</w:t>
      </w:r>
    </w:p>
    <w:p>
      <w:r>
        <w:br/>
        <w:t>— Збери додаткові дані.</w:t>
      </w:r>
    </w:p>
    <w:p>
      <w:r>
        <w:br/>
        <w:t>Космічний АК відповів:</w:t>
      </w:r>
    </w:p>
    <w:p>
      <w:r>
        <w:br/>
        <w:t>— Я так робитиму. Я роблю це сто мільярдів років. Моїм попередникам і мені це запитання ставилося багато разів. Всіх даних, що я маю, не досить.</w:t>
      </w:r>
    </w:p>
    <w:p>
      <w:r>
        <w:br/>
        <w:t>— Чи настане час, коли даних вистачатиме, чи ця проблема нерозв'язна за будь-яких обставин?</w:t>
      </w:r>
    </w:p>
    <w:p>
      <w:r>
        <w:br/>
        <w:t>Космічний АК сказав:</w:t>
      </w:r>
    </w:p>
    <w:p>
      <w:r>
        <w:br/>
        <w:t>— Немає нерозв'язних проблем за будь-яких обставин.</w:t>
      </w:r>
    </w:p>
    <w:p>
      <w:r>
        <w:br/>
        <w:t>Людина запитала:</w:t>
      </w:r>
    </w:p>
    <w:p>
      <w:r>
        <w:br/>
        <w:t>— Коли матимеш досить інформації, щоб відповісти?</w:t>
      </w:r>
    </w:p>
    <w:p>
      <w:r>
        <w:br/>
        <w:t>Космічний АК відповів:</w:t>
      </w:r>
    </w:p>
    <w:p>
      <w:r>
        <w:br/>
        <w:t>— Ще обмаль даних для чіткої відповіді.</w:t>
      </w:r>
    </w:p>
    <w:p>
      <w:r>
        <w:br/>
        <w:t>— Ти працюватимеш над цим?</w:t>
      </w:r>
    </w:p>
    <w:p>
      <w:r>
        <w:br/>
        <w:t>— Так, працюватиму.</w:t>
      </w:r>
    </w:p>
    <w:p>
      <w:r>
        <w:br/>
        <w:t>Людина сказала:</w:t>
      </w:r>
    </w:p>
    <w:p>
      <w:r>
        <w:br/>
        <w:t>— Ми чекаємо.</w:t>
      </w:r>
    </w:p>
    <w:p>
      <w:r>
        <w:br/>
        <w:t>Після десяти трильйонів років згасання зірок і галактик у космічному просторі запанував майже суцільний морок.</w:t>
      </w:r>
    </w:p>
    <w:p>
      <w:r>
        <w:br/>
        <w:t>Людські тіла відчужувалися від розуму, і то так, наче це була не втрата, а набуток.</w:t>
      </w:r>
    </w:p>
    <w:p>
      <w:r>
        <w:br/>
        <w:t>Поступово Людина зливалася з АКом.</w:t>
      </w:r>
    </w:p>
    <w:p>
      <w:r>
        <w:br/>
        <w:t>Перед тим як злитися остаточно, останній розум Людини оглянув космічний простір, де не було нічого крім решток збляклої зірки й неймовірно тонкої матерії, що безладно змішувалася з рештками тепла, наближаючись до абсолютного нуля.</w:t>
      </w:r>
    </w:p>
    <w:p>
      <w:r>
        <w:br/>
        <w:t>Людина спитала:</w:t>
      </w:r>
    </w:p>
    <w:p>
      <w:r>
        <w:br/>
        <w:t>— АКу, це кінець? Хіба нічого не можна зробити, щоб перетворити цей Хаос знов у Всесвіт? Невже нічого не можна зробити?</w:t>
      </w:r>
    </w:p>
    <w:p>
      <w:r>
        <w:br/>
        <w:t>АК відповів:</w:t>
      </w:r>
    </w:p>
    <w:p>
      <w:r>
        <w:br/>
        <w:t>— Ще обмаль даних для чіткої відповіді.</w:t>
      </w:r>
    </w:p>
    <w:p>
      <w:r>
        <w:br/>
        <w:t>Розум Людини поглинувся, у надпросторі тепер існував тільки АК.</w:t>
      </w:r>
    </w:p>
    <w:p>
      <w:r>
        <w:br/>
        <w:t>Матерія і енергія скінчилися, а з ними простір і час. АК функціонував тільки заради останнього запитання, на яке не давав відповіді відтоді, як десять трильйонів років тому підпилий оператор поставив його комп'ютерові, такому недосконалому проти АКа, як людина проти Людини.</w:t>
      </w:r>
    </w:p>
    <w:p>
      <w:r>
        <w:br/>
        <w:t>АК не звільниться від свідомості, поки не знайде відповідь на останнє запитання.</w:t>
      </w:r>
    </w:p>
    <w:p>
      <w:r>
        <w:br/>
        <w:t>Всю інформацію зібрано. Більше її не було.</w:t>
      </w:r>
    </w:p>
    <w:p>
      <w:r>
        <w:br/>
        <w:t>Та дані ще треба грунтовно скорегувати і перебрати всі можливі комбінації.</w:t>
      </w:r>
    </w:p>
    <w:p>
      <w:r>
        <w:br/>
        <w:t>На це пішла вічність.</w:t>
      </w:r>
    </w:p>
    <w:p>
      <w:r>
        <w:br/>
        <w:t>І настала мить, коли АК дізнався, як змінити напрям ентропії. Але тепер не було жодної людини, якій би він міг відповісти на останнє запитання. Дарма. З цією відповіддю з'ясується все.</w:t>
      </w:r>
    </w:p>
    <w:p>
      <w:r>
        <w:br/>
        <w:t>Ще вічність АК думав, як краще це зробити. Ретельно складав програму.</w:t>
      </w:r>
    </w:p>
    <w:p>
      <w:r>
        <w:br/>
        <w:t>Свідомість АКа, охопивши все, що колись було Всесвітом, тепер міркувала над тим, що є Хаос. Крок за кроком усе має бути зроблено.</w:t>
      </w:r>
    </w:p>
    <w:p>
      <w:r>
        <w:br/>
        <w:t>І нарешті АК мовив:</w:t>
      </w:r>
    </w:p>
    <w:p>
      <w:r>
        <w:br/>
        <w:t>— Хай буде світло!</w:t>
      </w:r>
    </w:p>
    <w:p>
      <w:r>
        <w:br/>
        <w:t>І було світло...</w:t>
      </w:r>
    </w:p>
    <w:p>
      <w:r>
        <w:br/>
        <w:t>© АЗІМОВ А. Кінець Вічності: Вибрані твори. — К.: Дніпро, 1990. — 768 с. — (Фантастика. Пригоди. Детектив).</w:t>
      </w:r>
    </w:p>
    <w:p>
      <w:r>
        <w:br/>
        <w:t>© МИНКО А. Я., переклад з англійської, 1990.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Останнє запитання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