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ніч</w:t>
      </w:r>
    </w:p>
    <w:p>
      <w:r>
        <w:br/>
        <w:t xml:space="preserve"> Драматична поема&lt;br /&gt;</w:t>
        <w:br/>
        <w:t>В’язниця. Самотній Джордано в кайданах біля вікна. Зорі проглядають між ґратами, тремтливо миготять і тому здається, що вони живі.&lt;br /&gt;</w:t>
        <w:br/>
        <w:t>ДЖОРДАНО.&lt;br /&gt;</w:t>
        <w:br/>
        <w:t>Остання ніч… Але чому остання?&lt;br /&gt;</w:t>
        <w:br/>
        <w:t>Для кого? Чи хіба вмирає світ?&lt;br /&gt;</w:t>
        <w:br/>
        <w:t>Хіба зів’яне саду буйноцвіт?&lt;br /&gt;</w:t>
        <w:br/>
        <w:t>Погасне сонце чи ясне кохання?&lt;br /&gt;</w:t>
        <w:br/>
        <w:t>Яке мовчання… Тиша, наче дзвін!&lt;br /&gt;</w:t>
        <w:br/>
        <w:t>Безмовність оповила все довкола…&lt;br /&gt;</w:t>
        <w:br/>
        <w:t>Щось має статися у зоряному полі,&lt;br /&gt;</w:t>
        <w:br/>
        <w:t>Бо тиша — то зачаття перемін.&lt;br /&gt;</w:t>
        <w:br/>
        <w:t>Уже позаду пошуки, тривоги…&lt;br /&gt;</w:t>
        <w:br/>
        <w:t>А далі що? Свобода чи пітьма?&lt;br /&gt;</w:t>
        <w:br/>
        <w:t>Німує Бог. Мовчить тюрма.&lt;br /&gt;</w:t>
        <w:br/>
        <w:t>В імлу безвидну вперлася дорога…&lt;br /&gt;</w:t>
        <w:br/>
        <w:t>Іще живе земне моє коріння,&lt;br /&gt;</w:t>
        <w:br/>
        <w:t>Вмирать не хоче — квилить і болить!&lt;br /&gt;</w:t>
        <w:br/>
        <w:t>Вспокійся, серце! То — лиш мить,&lt;br /&gt;</w:t>
        <w:br/>
        <w:t>Твоєї плоті болісне тремтіння!&lt;br /&gt;</w:t>
        <w:br/>
        <w:t>Про те не думай. Небу в очі глянь!&lt;br /&gt;</w:t>
        <w:br/>
        <w:t>В зіницях зірок утопи терзання…&lt;br /&gt;</w:t>
        <w:br/>
        <w:t>Туди, туди ти прагни без вагання —&lt;br /&gt;</w:t>
        <w:br/>
        <w:t>У найпрекрасніше з твоїх світань!&lt;br /&gt;</w:t>
        <w:br/>
        <w:t>Чути брязкіт замка. Сходами опускається до темниці Інквізитор, тримаючи в руці смолоскип. Піднявши світильник, уважно й гостро дивиться на Джордано.&lt;br /&gt;</w:t>
        <w:br/>
        <w:t>ІНКВІЗИТОР.&lt;br /&gt;</w:t>
        <w:br/>
        <w:t>Джордано-брате! Я тебе вітаю!&lt;br /&gt;</w:t>
        <w:br/>
        <w:t>ДЖОРДАНО.&lt;br /&gt;</w:t>
        <w:br/>
        <w:t>Не брат я вам. Нащо пусті слова?&lt;br /&gt;</w:t>
        <w:br/>
        <w:t>Проголосили вирок ви учора.&lt;br /&gt;</w:t>
        <w:br/>
        <w:t>Чого ще хочеш?&lt;br /&gt;</w:t>
        <w:br/>
        <w:t>ІНКВІЗИТОР.&lt;br /&gt;</w:t>
        <w:br/>
        <w:t>Врятувать тебе.&lt;br /&gt;</w:t>
        <w:br/>
        <w:t>ДЖОРДАНО (іронічно).&lt;br /&gt;</w:t>
        <w:br/>
        <w:t>Вогонь любові не дає заснути&lt;br /&gt;</w:t>
        <w:br/>
        <w:t>Святим братам, і ти оце прийшов,&lt;br /&gt;</w:t>
        <w:br/>
        <w:t>Щоб визволить мене із кам’яниці,&lt;br /&gt;</w:t>
        <w:br/>
        <w:t>Вернути честь, здоров’я і життя…&lt;br /&gt;</w:t>
        <w:br/>
        <w:t>ІНКВІЗИТОР.&lt;br /&gt;</w:t>
        <w:br/>
        <w:t>Не треба кпину! А проте даю&lt;br /&gt;</w:t>
        <w:br/>
        <w:t>Міцне і нерушиме слово брата,&lt;br /&gt;</w:t>
        <w:br/>
        <w:t>Ім’ям святого Господа Ісуса,&lt;br /&gt;</w:t>
        <w:br/>
        <w:t>Що можу визволить тебе…&lt;br /&gt;</w:t>
        <w:br/>
        <w:t>ДЖОРДАНО.&lt;br /&gt;</w:t>
        <w:br/>
        <w:t>Химерна справа! А як же присуд?&lt;br /&gt;</w:t>
        <w:br/>
        <w:t>ІНКВІЗИТОР.&lt;br /&gt;</w:t>
        <w:br/>
        <w:t>Все — в руці Господній!&lt;br /&gt;</w:t>
        <w:br/>
        <w:t>ДЖОРДАНО.&lt;br /&gt;</w:t>
        <w:br/>
        <w:t>Точніш — у вашій?&lt;br /&gt;</w:t>
        <w:br/>
        <w:t>ІНКВІЗИТОР.&lt;br /&gt;</w:t>
        <w:br/>
        <w:t>Так воно і є.&lt;br /&gt;</w:t>
        <w:br/>
        <w:t>ДЖОРДАНО.&lt;br /&gt;</w:t>
        <w:br/>
        <w:t>Гаразд! Мені ти повертаєш волю,&lt;br /&gt;</w:t>
        <w:br/>
        <w:t>Але за все потрібно заплатити…&lt;br /&gt;</w:t>
        <w:br/>
        <w:t>Ти, безумовно, плати зажадаєш?&lt;br /&gt;</w:t>
        <w:br/>
        <w:t>ІНКВІЗИТОР.&lt;br /&gt;</w:t>
        <w:br/>
        <w:t>Нікчемна плата…&lt;br /&gt;</w:t>
        <w:br/>
        <w:t>ДЖОРДАНО.&lt;br /&gt;</w:t>
        <w:br/>
        <w:t>Говори — яка?&lt;br /&gt;</w:t>
        <w:br/>
        <w:t>ІНКВІЗИТОР.&lt;br /&gt;</w:t>
        <w:br/>
        <w:t>Зречися єресі. Скажи перед народом,&lt;br /&gt;</w:t>
        <w:br/>
        <w:t>Що всесвіт безконечний — то химера,&lt;br /&gt;</w:t>
        <w:br/>
        <w:t>Що зорі — то світильники Господні,&lt;br /&gt;</w:t>
        <w:br/>
        <w:t>А не джерела іншого життя,&lt;br /&gt;</w:t>
        <w:br/>
        <w:t>І що людина — прах і Божий раб…&lt;br /&gt;</w:t>
        <w:br/>
        <w:t>ДЖОРДАНО.&lt;br /&gt;</w:t>
        <w:br/>
        <w:t>А далі що?&lt;br /&gt;</w:t>
        <w:br/>
        <w:t>ІНКВІЗИТОР.&lt;br /&gt;</w:t>
        <w:br/>
        <w:t>А далі — привселюдно&lt;br /&gt;</w:t>
        <w:br/>
        <w:t>Ми вирок свій одмінимо, і ти&lt;br /&gt;</w:t>
        <w:br/>
        <w:t>На волю підеш…&lt;br /&gt;</w:t>
        <w:br/>
        <w:t>ДЖОРДАНО.&lt;br /&gt;</w:t>
        <w:br/>
        <w:t>Але ж це — брехня!&lt;br /&gt;</w:t>
        <w:br/>
        <w:t>ІНКВІЗИТОР.&lt;br /&gt;</w:t>
        <w:br/>
        <w:t>Яка брехня?&lt;br /&gt;</w:t>
        <w:br/>
        <w:t>ДЖОРДАНО.&lt;br /&gt;</w:t>
        <w:br/>
        <w:t>А те, чого жадаєш&lt;br /&gt;</w:t>
        <w:br/>
        <w:t>Від мене ти!&lt;br /&gt;</w:t>
        <w:br/>
        <w:t>ІНКВІЗИТОР (дратівливо).&lt;br /&gt;</w:t>
        <w:br/>
        <w:t>Отямся, не про те&lt;br /&gt;</w:t>
        <w:br/>
        <w:t>Ми річ ведем, а про твоє життя&lt;br /&gt;</w:t>
        <w:br/>
        <w:t>ДЖОРДАНО.&lt;br /&gt;</w:t>
        <w:br/>
        <w:t>А я — про те! Бо на терезах правди&lt;br /&gt;</w:t>
        <w:br/>
        <w:t>Іскрина істини важніш ціни життя&lt;br /&gt;</w:t>
        <w:br/>
        <w:t>Самого по собі. А хто вмира за правду,&lt;br /&gt;</w:t>
        <w:br/>
        <w:t>Вливається до істини навік.&lt;br /&gt;</w:t>
        <w:br/>
        <w:t>ІНКВІЗИТОР.&lt;br /&gt;</w:t>
        <w:br/>
        <w:t>То лиш слова…&lt;br /&gt;</w:t>
        <w:br/>
        <w:t>ДЖОРДАНО.&lt;br /&gt;</w:t>
        <w:br/>
        <w:t>"Спочатку було Слово!"&lt;br /&gt;</w:t>
        <w:br/>
        <w:t>Воно безсмертне…&lt;br /&gt;</w:t>
        <w:br/>
        <w:t>ІНКВІЗИТОР.&lt;br /&gt;</w:t>
        <w:br/>
        <w:t>Не для суперечки&lt;br /&gt;</w:t>
        <w:br/>
        <w:t>І не для диспуту спустився я сюди.&lt;br /&gt;</w:t>
        <w:br/>
        <w:t>Учора гордо мовив ти, що ми&lt;br /&gt;</w:t>
        <w:br/>
        <w:t>Із страхом більшим вирок прочитали,&lt;br /&gt;</w:t>
        <w:br/>
        <w:t>Ніж ти його прослухав…&lt;br /&gt;</w:t>
        <w:br/>
        <w:t>ДЖОРДАНО.&lt;br /&gt;</w:t>
        <w:br/>
        <w:t>Так і є!&lt;br /&gt;</w:t>
        <w:br/>
        <w:t>Бо знаєш ти, що істина — за мною!&lt;br /&gt;</w:t>
        <w:br/>
        <w:t>ІНКВІЗИТОР.&lt;br /&gt;</w:t>
        <w:br/>
        <w:t>Джордано-брате! Тут нема нікого,&lt;br /&gt;</w:t>
        <w:br/>
        <w:t>І буду я відверто говорити…&lt;br /&gt;</w:t>
        <w:br/>
        <w:t>ДЖОРДАНО.&lt;br /&gt;</w:t>
        <w:br/>
        <w:t>Давно пора…&lt;br /&gt;</w:t>
        <w:br/>
        <w:t>ІНКВІЗИТОР.&lt;br /&gt;</w:t>
        <w:br/>
        <w:t>Коротка річ моя.&lt;br /&gt;</w:t>
        <w:br/>
        <w:t>Давно збагнула церква, що немає&lt;br /&gt;</w:t>
        <w:br/>
        <w:t>Царя на небі. Людство — сирота.&lt;br /&gt;</w:t>
        <w:br/>
        <w:t>Земля безвидна, як і до творіння.&lt;br /&gt;</w:t>
        <w:br/>
        <w:t>Німує простір — холодно й байдуже,&lt;br /&gt;</w:t>
        <w:br/>
        <w:t>В ніщо іде молитва і прокляття!&lt;br /&gt;</w:t>
        <w:br/>
        <w:t>І результат життя — сира могила.&lt;br /&gt;</w:t>
        <w:br/>
        <w:t>ДЖОРДАНО.&lt;br /&gt;</w:t>
        <w:br/>
        <w:t>Відверто вельми. Ну, а далі що?&lt;br /&gt;</w:t>
        <w:br/>
        <w:t>Нащо тоді священики і храми.&lt;br /&gt;</w:t>
        <w:br/>
        <w:t>Молитви ваші і страшні багаття,&lt;br /&gt;</w:t>
        <w:br/>
        <w:t>Де єресь ви жадаєте спалить?&lt;br /&gt;</w:t>
        <w:br/>
        <w:t>ІНКВІЗИТОР.&lt;br /&gt;</w:t>
        <w:br/>
        <w:t>Оскільки в небі порожньо, то ми&lt;br /&gt;</w:t>
        <w:br/>
        <w:t>Повинні людям ідола створити.&lt;br /&gt;</w:t>
        <w:br/>
        <w:t>Куди подітись їм? Куди іти?&lt;br /&gt;</w:t>
        <w:br/>
        <w:t>Хто поведе мізерні, бідні душі,&lt;br /&gt;</w:t>
        <w:br/>
        <w:t>Хто гру стихійних і руїнних сил&lt;br /&gt;</w:t>
        <w:br/>
        <w:t>У річище спокійне одведе,&lt;br /&gt;</w:t>
        <w:br/>
        <w:t>Утишить і утішить?&lt;br /&gt;</w:t>
        <w:br/>
        <w:t>ДЖОРДАНО.&lt;br /&gt;</w:t>
        <w:br/>
        <w:t>О, слова!&lt;br /&gt;</w:t>
        <w:br/>
        <w:t>Куди ти їх, до чого поведеш&lt;br /&gt;</w:t>
        <w:br/>
        <w:t>Ім’ям химери, молоха страшного,&lt;br /&gt;</w:t>
        <w:br/>
        <w:t>Що вимагає нескінченних жертв?&lt;br /&gt;</w:t>
        <w:br/>
        <w:t>Нащо вам це? Адже тобі відомо,&lt;br /&gt;</w:t>
        <w:br/>
        <w:t>Що із брехні не виростає правда?!&lt;br /&gt;</w:t>
        <w:br/>
        <w:t>ІНКВІЗИТОР.&lt;br /&gt;</w:t>
        <w:br/>
        <w:t>Наш Бог — це ми. Сучасне відчуття,&lt;br /&gt;</w:t>
        <w:br/>
        <w:t>Боріння мить, і спазма насолоди,&lt;br /&gt;</w:t>
        <w:br/>
        <w:t>І солодощі влади, і покора&lt;br /&gt;</w:t>
        <w:br/>
        <w:t>Мільйонів душ — принада деміурга!&lt;br /&gt;</w:t>
        <w:br/>
        <w:t>А образ Божий — то свята запона&lt;br /&gt;</w:t>
        <w:br/>
        <w:t>Для душ сліпих, убогих і німих,&lt;br /&gt;</w:t>
        <w:br/>
        <w:t>Бо правда їхня — то не наша правда!&lt;br /&gt;</w:t>
        <w:br/>
        <w:t>Оголеної правди не утрима&lt;br /&gt;</w:t>
        <w:br/>
        <w:t>Нікчемний дух, а згине, упаде&lt;br /&gt;</w:t>
        <w:br/>
        <w:t>І здичавіє…&lt;br /&gt;</w:t>
        <w:br/>
        <w:t>ДЖОРДАНО.&lt;br /&gt;</w:t>
        <w:br/>
        <w:t>Де ж кінець походу?&lt;br /&gt;</w:t>
        <w:br/>
        <w:t>Куди ви хочете юрбу оту вести?&lt;br /&gt;</w:t>
        <w:br/>
        <w:t>ІНКВІЗИТОР.&lt;br /&gt;</w:t>
        <w:br/>
        <w:t>То — наша глина. То — робоча сила.&lt;br /&gt;</w:t>
        <w:br/>
        <w:t>Стихія люта жадібна, сліпа.&lt;br /&gt;</w:t>
        <w:br/>
        <w:t>Хай прагнуть раю забуття і Бога!&lt;br /&gt;</w:t>
        <w:br/>
        <w:t>То — лиш батіг і ласощі і молот,&lt;br /&gt;</w:t>
        <w:br/>
        <w:t>Якими скульптор статую живу&lt;br /&gt;</w:t>
        <w:br/>
        <w:t>Для світу творить — Нового Адама!&lt;br /&gt;</w:t>
        <w:br/>
        <w:t>ДЖОРДАНО.&lt;br /&gt;</w:t>
        <w:br/>
        <w:t>Де ж той Адам?&lt;br /&gt;</w:t>
        <w:br/>
        <w:t>ІНКВІЗИТОР.&lt;br /&gt;</w:t>
        <w:br/>
        <w:t>То я то ти, мій брате!&lt;br /&gt;</w:t>
        <w:br/>
        <w:t>То ті хто скинули облудливе ярмо&lt;br /&gt;</w:t>
        <w:br/>
        <w:t>Небесних тіней, а самі взяли&lt;br /&gt;</w:t>
        <w:br/>
        <w:t>Той Божий скіпетр, щоб творити волю&lt;br /&gt;</w:t>
        <w:br/>
        <w:t>Свою, а не невидимого духа…&lt;br /&gt;</w:t>
        <w:br/>
        <w:t>ДЖОРДАНО.&lt;br /&gt;</w:t>
        <w:br/>
        <w:t>За що ж тоді скажи, жахливий вирок&lt;br /&gt;</w:t>
        <w:br/>
        <w:t>Мені проголосили ви?&lt;br /&gt;</w:t>
        <w:br/>
        <w:t>ІНКВІЗИТОР.&lt;br /&gt;</w:t>
        <w:br/>
        <w:t>За те&lt;br /&gt;</w:t>
        <w:br/>
        <w:t>Що волю нашу нехтував свавільно,&lt;br /&gt;</w:t>
        <w:br/>
        <w:t>Тисячолітню волю деміургів,&lt;br /&gt;</w:t>
        <w:br/>
        <w:t>Які будують царство теократів.&lt;br /&gt;</w:t>
        <w:br/>
        <w:t>Ти зажадав ті мури зруйнувати,&lt;br /&gt;</w:t>
        <w:br/>
        <w:t>Які ми старанно віками мурували,&lt;br /&gt;</w:t>
        <w:br/>
        <w:t>Ти захотів у безконечне поле&lt;br /&gt;</w:t>
        <w:br/>
        <w:t>Ягнят святої церкви розігнати.&lt;br /&gt;</w:t>
        <w:br/>
        <w:t>А де там паша? Де зелені трави?&lt;br /&gt;</w:t>
        <w:br/>
        <w:t>Де Божий затишок від злочину і страху?&lt;br /&gt;</w:t>
        <w:br/>
        <w:t>ДЖОРДАНО.&lt;br /&gt;</w:t>
        <w:br/>
        <w:t>Тепер збагнув Ти все сказав відверто.&lt;br /&gt;</w:t>
        <w:br/>
        <w:t>За це тобі я дякую…&lt;br /&gt;</w:t>
        <w:br/>
        <w:t>ІНКВІЗИТОР.&lt;br /&gt;</w:t>
        <w:br/>
        <w:t>Пробач!&lt;br /&gt;</w:t>
        <w:br/>
        <w:t>Минає ніч, і треба поспішати…&lt;br /&gt;</w:t>
        <w:br/>
        <w:t>Що скажеш ти?&lt;br /&gt;</w:t>
        <w:br/>
        <w:t>ДЖОРДАНО.&lt;br /&gt;</w:t>
        <w:br/>
        <w:t>Я вже сказав.&lt;br /&gt;</w:t>
        <w:br/>
        <w:t>ІНКВІЗИТОР.&lt;br /&gt;</w:t>
        <w:br/>
        <w:t>Зажди!&lt;br /&gt;</w:t>
        <w:br/>
        <w:t>Хвалю тебе за мужність і незламність,&lt;br /&gt;</w:t>
        <w:br/>
        <w:t>Але не розумію, не збагну!&lt;br /&gt;</w:t>
        <w:br/>
        <w:t>Що вибрав ти? Ганьбу і порожнечу!&lt;br /&gt;</w:t>
        <w:br/>
        <w:t>Бо знехтував і мудрість, і життя.&lt;br /&gt;</w:t>
        <w:br/>
        <w:t>ДЖОРДАНО.&lt;br /&gt;</w:t>
        <w:br/>
        <w:t>Ми — два світи!&lt;br /&gt;</w:t>
        <w:br/>
        <w:t>Ми — різні дві стихії!&lt;br /&gt;</w:t>
        <w:br/>
        <w:t>Вода й вогонь!&lt;br /&gt;</w:t>
        <w:br/>
        <w:t>Гадюка і орел!&lt;br /&gt;</w:t>
        <w:br/>
        <w:t>Ще на землі обоє, а проте —&lt;br /&gt;</w:t>
        <w:br/>
        <w:t>Вода тече униз, вогонь угору прагне,&lt;br /&gt;</w:t>
        <w:br/>
        <w:t>Не може він горіти вбік чи вниз…&lt;br /&gt;</w:t>
        <w:br/>
        <w:t>ІНКВІЗИТОР.&lt;br /&gt;</w:t>
        <w:br/>
        <w:t>Й вода угору може підійнятись,&lt;br /&gt;</w:t>
        <w:br/>
        <w:t>Нагрівшись від вогню…&lt;br /&gt;</w:t>
        <w:br/>
        <w:t>ДЖОРДАНО.&lt;br /&gt;</w:t>
        <w:br/>
        <w:t>А охоловши,&lt;br /&gt;</w:t>
        <w:br/>
        <w:t>Дощем спадає. Ні, дарма, дарма&lt;br /&gt;</w:t>
        <w:br/>
        <w:t>Шукати єдності між нами. Так орел&lt;br /&gt;</w:t>
        <w:br/>
        <w:t>З гадюкою ще може розмовляти&lt;br /&gt;</w:t>
        <w:br/>
        <w:t>Про те, про се… Але настане час,&lt;br /&gt;</w:t>
        <w:br/>
        <w:t>І суть своє бере —&lt;br /&gt;</w:t>
        <w:br/>
        <w:t>Орел у небо рветься.&lt;br /&gt;</w:t>
        <w:br/>
        <w:t>І по землі повзе гадюка!&lt;br /&gt;</w:t>
        <w:br/>
        <w:t>ІНКВІЗИТОР.&lt;br /&gt;</w:t>
        <w:br/>
        <w:t>Так! Немудрий ти!&lt;br /&gt;</w:t>
        <w:br/>
        <w:t>ДЖОРДАНО.&lt;br /&gt;</w:t>
        <w:br/>
        <w:t>Хай вічність нас розсудить!&lt;br /&gt;</w:t>
        <w:br/>
        <w:t>ІНКВІЗИТОР (йде до дверей).&lt;br /&gt;</w:t>
        <w:br/>
        <w:t>Що вічність? Тут — Сатурна володіння.&lt;br /&gt;</w:t>
        <w:br/>
        <w:t>Тут царство часу — темне і страшне!&lt;br /&gt;</w:t>
        <w:br/>
        <w:t>Цінуй роки, хапай блаженну мить!&lt;br /&gt;</w:t>
        <w:br/>
        <w:t>ДЖОРДАНО.&lt;br /&gt;</w:t>
        <w:br/>
        <w:t>Хапай за піну на верхів’ї хвилі,&lt;br /&gt;</w:t>
        <w:br/>
        <w:t>Чи втримає вона? О, вічний страх&lt;br /&gt;</w:t>
        <w:br/>
        <w:t>Перед безоднею — величною, німою,&lt;br /&gt;</w:t>
        <w:br/>
        <w:t>Яку всі люди смертю нарекли!&lt;br /&gt;</w:t>
        <w:br/>
        <w:t>Нема її! Чи чуєш ти? Не бачу!&lt;br /&gt;</w:t>
        <w:br/>
        <w:t>Сюди поглянь… (Показує у вікно)&lt;br /&gt;</w:t>
        <w:br/>
        <w:t>Вогнистий океан&lt;br /&gt;</w:t>
        <w:br/>
        <w:t>Хвилюється під подихом безмір’я&lt;br /&gt;</w:t>
        <w:br/>
        <w:t>І котить хвилі вічного життя!&lt;br /&gt;</w:t>
        <w:br/>
        <w:t>Сонця, сонця! А біля них — планети!&lt;br /&gt;</w:t>
        <w:br/>
        <w:t>Прегарні люди — ріднії брати.&lt;br /&gt;</w:t>
        <w:br/>
        <w:t>Я чую пісню і палкі вітання&lt;br /&gt;</w:t>
        <w:br/>
        <w:t>І невмирущий поклик з далини!&lt;br /&gt;</w:t>
        <w:br/>
        <w:t>Ото — моя вітчизна і дорога!&lt;br /&gt;</w:t>
        <w:br/>
        <w:t>Не буде їй ні впину, ні кінця…&lt;br /&gt;</w:t>
        <w:br/>
        <w:t>За мною підуть інші… Ваші мури&lt;br /&gt;</w:t>
        <w:br/>
        <w:t>Впадуть у прах, розвіються, мов дим!&lt;br /&gt;</w:t>
        <w:br/>
        <w:t>Ви хочете ягнят своїх тримати&lt;br /&gt;</w:t>
        <w:br/>
        <w:t>У вічних мурах?! То — даремна справа!&lt;br /&gt;</w:t>
        <w:br/>
        <w:t>Людини розум — птах, а не ягня!&lt;br /&gt;</w:t>
        <w:br/>
        <w:t>Настане час, він випростає крила,&lt;br /&gt;</w:t>
        <w:br/>
        <w:t>Вогнисті крила! В небо полетить!&lt;br /&gt;</w:t>
        <w:br/>
        <w:t>Прийди, прийди, благословенна сило —&lt;br /&gt;</w:t>
        <w:br/>
        <w:t>Ясної волі полум’яна мить!&lt;br /&gt;</w:t>
        <w:br/>
        <w:t>ІНКВІЗИТОР.&lt;br /&gt;</w:t>
        <w:br/>
        <w:t>Ти божевільний!&lt;br /&gt;</w:t>
        <w:br/>
        <w:t>ДЖОРДАНО.&lt;br /&gt;</w:t>
        <w:br/>
        <w:t>Може, й божевільний!&lt;br /&gt;</w:t>
        <w:br/>
        <w:t>Але для вас! А для моїх братів —&lt;br /&gt;</w:t>
        <w:br/>
        <w:t>Новонароджений у зоряне безмір’я,&lt;br /&gt;</w:t>
        <w:br/>
        <w:t>У світ свободи, вірності й кохання!..&lt;br /&gt;</w:t>
        <w:br/>
        <w:t>ІНКВІЗИТОР (йде по сходах).&lt;br /&gt;</w:t>
        <w:br/>
        <w:t>Прощай, Джордано! Я зробив, що міг…&lt;br /&gt;</w:t>
        <w:br/>
        <w:t>ДЖОРДАНО.&lt;br /&gt;</w:t>
        <w:br/>
        <w:t>Прощай! Між нами проляга навіки&lt;br /&gt;</w:t>
        <w:br/>
        <w:t>Багаття те, що вранці спалахне!..&lt;br /&gt;</w:t>
        <w:br/>
        <w:t>Гримлять двері, тиша. Зірки щезають в імлі. Насуваються грозові хмари. Спалахують фіолетові блискавиці, страшні перуни потрясають в’язницю. Джордано простягає заковані руки до вікна, кричить захоплено, в екстазі.&lt;br /&gt;</w:t>
        <w:br/>
        <w:t>ДЖОРДАНО.&lt;br /&gt;</w:t>
        <w:br/>
        <w:t>О, брате-громе, землю сколихни!&lt;br /&gt;</w:t>
        <w:br/>
        <w:t>Зі сну покори розбуди людей!&lt;br /&gt;</w:t>
        <w:br/>
        <w:t>Свобода — поруч! Чом закриті двері&lt;br /&gt;</w:t>
        <w:br/>
        <w:t>До зореносної безмежної світлиці?!&lt;br /&gt;</w:t>
        <w:br/>
        <w:t>О, блискавице-сестро! Пронижи&lt;br /&gt;</w:t>
        <w:br/>
        <w:t>Кору на серці — мертву, кам’яну.&lt;br /&gt;</w:t>
        <w:br/>
        <w:t>Діткнися буйного, безсмертного вогню!&lt;br /&gt;</w:t>
        <w:br/>
        <w:t>Нехай він рветься у забутий край —&lt;br /&gt;</w:t>
        <w:br/>
        <w:t>У край натхнення, творчості і казки!&lt;br /&gt;</w:t>
        <w:br/>
        <w:t>Затихає гроза. Знову зірки. Спокійно, тихо. Сум пливе у в’язниці.&lt;br /&gt;</w:t>
        <w:br/>
        <w:t>ДЖОРДАНО.&lt;br /&gt;</w:t>
        <w:br/>
        <w:t>Кричу я в безмір. Хто мене почує?&lt;br /&gt;</w:t>
        <w:br/>
        <w:t>Брати далеко. А ось тут — тюрма.&lt;br /&gt;</w:t>
        <w:br/>
        <w:t>Безмежна ніч. Як Прометея вік —&lt;br /&gt;</w:t>
        <w:br/>
        <w:t>Вселенські цикли каяття і муки…&lt;br /&gt;</w:t>
        <w:br/>
        <w:t>Із сутінок в’язниці насувається тінь Скорботи. В’язень помічає її, насторожується.&lt;br /&gt;</w:t>
        <w:br/>
        <w:t>ДЖОРДАНО.&lt;br /&gt;</w:t>
        <w:br/>
        <w:t>Хто ти, примаро?&lt;br /&gt;</w:t>
        <w:br/>
        <w:t>СКОРБОТА.&lt;br /&gt;</w:t>
        <w:br/>
        <w:t>Я твоя скорбота!&lt;br /&gt;</w:t>
        <w:br/>
        <w:t>ДЖОРДАНО.&lt;br /&gt;</w:t>
        <w:br/>
        <w:t>Де ти була?&lt;br /&gt;</w:t>
        <w:br/>
        <w:t>СКОРБОТА.&lt;br /&gt;</w:t>
        <w:br/>
        <w:t>З тобою — все життя…&lt;br /&gt;</w:t>
        <w:br/>
        <w:t>Та тільки ти вогнистим оптимізмом&lt;br /&gt;</w:t>
        <w:br/>
        <w:t>Мене тримав, як кажуть, в чорнім тілі.&lt;br /&gt;</w:t>
        <w:br/>
        <w:t>А ось тепер я чуюся вільніше…&lt;br /&gt;</w:t>
        <w:br/>
        <w:t>ДЖОРДАНО.&lt;br /&gt;</w:t>
        <w:br/>
        <w:t>Чого тобі?&lt;br /&gt;</w:t>
        <w:br/>
        <w:t>СКОРБОТА.&lt;br /&gt;</w:t>
        <w:br/>
        <w:t>Приємної розмови…&lt;br /&gt;</w:t>
        <w:br/>
        <w:t>Адже ти тільки що бесідував із катом?&lt;br /&gt;</w:t>
        <w:br/>
        <w:t>Чому б тобі не вислухать від мене&lt;br /&gt;</w:t>
        <w:br/>
        <w:t>Гіркі слова у цю останню ніч?&lt;br /&gt;</w:t>
        <w:br/>
        <w:t>ДЖОРДАНО (зітхає).&lt;br /&gt;</w:t>
        <w:br/>
        <w:t>Кажи, я слухаю…&lt;br /&gt;</w:t>
        <w:br/>
        <w:t>СКОРБОТА.&lt;br /&gt;</w:t>
        <w:br/>
        <w:t>У очі правді глянь…&lt;br /&gt;</w:t>
        <w:br/>
        <w:t>Не треба фраз. То для безсилля — щит.&lt;br /&gt;</w:t>
        <w:br/>
        <w:t>Вмирати легше у чаду ілюзій.&lt;br /&gt;</w:t>
        <w:br/>
        <w:t>А нащо тобі, Джордано, забуття&lt;br /&gt;</w:t>
        <w:br/>
        <w:t>Перед кінцем? Суворо і відверто&lt;br /&gt;</w:t>
        <w:br/>
        <w:t>Поглянь на світ, на небо, на людей…&lt;br /&gt;</w:t>
        <w:br/>
        <w:t>ДЖОРДАНО (похмуро).&lt;br /&gt;</w:t>
        <w:br/>
        <w:t>Дивлюся я. Кажи, Скорбото, далі…&lt;br /&gt;</w:t>
        <w:br/>
        <w:t>СКОРБОТА.&lt;br /&gt;</w:t>
        <w:br/>
        <w:t>Ти для людей горів і пломенів.&lt;br /&gt;</w:t>
        <w:br/>
        <w:t>Ти відкривав їм космос неосяжний.&lt;br /&gt;</w:t>
        <w:br/>
        <w:t>Та на світанку завтра ти побачиш&lt;br /&gt;</w:t>
        <w:br/>
        <w:t>Лиш фанатичну і страшну юрму!&lt;br /&gt;</w:t>
        <w:br/>
        <w:t>Людей немає! То — лиш тінь людей!&lt;br /&gt;</w:t>
        <w:br/>
        <w:t>Є ідеал, та він — лише химера!..&lt;br /&gt;</w:t>
        <w:br/>
        <w:t>Порожній всесвіт, у якому гра&lt;br /&gt;</w:t>
        <w:br/>
        <w:t>Іскринок світла в темряві безмірній.&lt;br /&gt;</w:t>
        <w:br/>
        <w:t>Життя — то примха простору, стихій…&lt;br /&gt;</w:t>
        <w:br/>
        <w:t>Не треба казки, бо вона болюча.&lt;br /&gt;</w:t>
        <w:br/>
        <w:t>Поклич сторожу… Інквізитор прийде…&lt;br /&gt;</w:t>
        <w:br/>
        <w:t>Він волю дасть. Він випустить тебе…&lt;br /&gt;</w:t>
        <w:br/>
        <w:t>Іди в пустелю. У ліси іди…&lt;br /&gt;</w:t>
        <w:br/>
        <w:t>Нащо тобі нікчемні, хижі люди?&lt;br /&gt;</w:t>
        <w:br/>
        <w:t>Милуйся сонцем, запахом трави,&lt;br /&gt;</w:t>
        <w:br/>
        <w:t>Забудь про світ, бо й він тебе забуде…&lt;br /&gt;</w:t>
        <w:br/>
        <w:t>ДЖОРДАНО.&lt;br /&gt;</w:t>
        <w:br/>
        <w:t>Ти — не скорбота! Ти нікчемний страх!&lt;br /&gt;</w:t>
        <w:br/>
        <w:t>Де взявся ти? В якім куточку серця?&lt;br /&gt;</w:t>
        <w:br/>
        <w:t>Невже гадаєш, що злякаюсь я&lt;br /&gt;</w:t>
        <w:br/>
        <w:t>І ради плоті смертної зречуся&lt;br /&gt;</w:t>
        <w:br/>
        <w:t>Величного і ясного безмір’я?&lt;br /&gt;</w:t>
        <w:br/>
        <w:t>СКОРБОТА.&lt;br /&gt;</w:t>
        <w:br/>
        <w:t>Безмір’я! Небо! Все пусті слова…&lt;br /&gt;</w:t>
        <w:br/>
        <w:t>Віки пливуть… Моря і океани&lt;br /&gt;</w:t>
        <w:br/>
        <w:t>Гарячих сліз і крові пролилося,&lt;br /&gt;</w:t>
        <w:br/>
        <w:t>І піраміди, цілі гори мук&lt;br /&gt;</w:t>
        <w:br/>
        <w:t>До неба пнуться і жадають помсти!&lt;br /&gt;</w:t>
        <w:br/>
        <w:t>Її нема!..&lt;br /&gt;</w:t>
        <w:br/>
        <w:t>ДЖОРДАНО.&lt;br /&gt;</w:t>
        <w:br/>
        <w:t>Бо вічність — не суддя!&lt;br /&gt;</w:t>
        <w:br/>
        <w:t>То — простір для польоту!&lt;br /&gt;</w:t>
        <w:br/>
        <w:t>СКОРБОТА.&lt;br /&gt;</w:t>
        <w:br/>
        <w:t>Як летіти?&lt;br /&gt;</w:t>
        <w:br/>
        <w:t>У порожнечу? У пустелю мрій?&lt;br /&gt;</w:t>
        <w:br/>
        <w:t>Ти мариш про планети і сонця,&lt;br /&gt;</w:t>
        <w:br/>
        <w:t>Ти ждеш братів із зоряного світу?!&lt;br /&gt;</w:t>
        <w:br/>
        <w:t>Та де вони? Тебе чека багаття,&lt;br /&gt;</w:t>
        <w:br/>
        <w:t>А зорі непорушні й мовчазні…&lt;br /&gt;</w:t>
        <w:br/>
        <w:t>ДЖОРДАНО.&lt;br /&gt;</w:t>
        <w:br/>
        <w:t>Вони сюди не йдуть — я йду до них!&lt;br /&gt;</w:t>
        <w:br/>
        <w:t>Моя стежина — крізь вогонь палючий!&lt;br /&gt;</w:t>
        <w:br/>
        <w:t>Скорбото, геть! Нема в моїй душі&lt;br /&gt;</w:t>
        <w:br/>
        <w:t>Вагання й сумніву! Прощай, прощай навіки!..&lt;br /&gt;</w:t>
        <w:br/>
        <w:t>Тінь Скорботи розтає. Від стіни наближається постать Матері.&lt;br /&gt;</w:t>
        <w:br/>
        <w:t>МАТИ.&lt;br /&gt;</w:t>
        <w:br/>
        <w:t>У скорботнім чеканні,&lt;br /&gt;</w:t>
        <w:br/>
        <w:t>У найважчу хвилину,&lt;br /&gt;</w:t>
        <w:br/>
        <w:t>Я ізнову з тобою,&lt;br /&gt;</w:t>
        <w:br/>
        <w:t>Мій замучений сину.&lt;br /&gt;</w:t>
        <w:br/>
        <w:t>Я милуюсь тобою,&lt;br /&gt;</w:t>
        <w:br/>
        <w:t>Я радію за тебе…&lt;br /&gt;</w:t>
        <w:br/>
        <w:t>Тільки ж нащо вмирати&lt;br /&gt;</w:t>
        <w:br/>
        <w:t>Для порожнього неба?&lt;br /&gt;</w:t>
        <w:br/>
        <w:t>ДЖОРДАНО.&lt;br /&gt;</w:t>
        <w:br/>
        <w:t>Порожнє небо? Що ти кажеш, нене?&lt;br /&gt;</w:t>
        <w:br/>
        <w:t>Вогнем безмірність вічно клекотить.&lt;br /&gt;</w:t>
        <w:br/>
        <w:t>Життя усюди — дивне, незбагненне,&lt;br /&gt;</w:t>
        <w:br/>
        <w:t>Моє життя супроти того — мить…&lt;br /&gt;</w:t>
        <w:br/>
        <w:t>МАТИ.&lt;br /&gt;</w:t>
        <w:br/>
        <w:t>Але тіло живеє,&lt;br /&gt;</w:t>
        <w:br/>
        <w:t>Що болить і жадає,&lt;br /&gt;</w:t>
        <w:br/>
        <w:t>Те, що я народила&lt;br /&gt;</w:t>
        <w:br/>
        <w:t>Не для муки й відчаю?!&lt;br /&gt;</w:t>
        <w:br/>
        <w:t>Вже його не побачу,&lt;br /&gt;</w:t>
        <w:br/>
        <w:t>Не торкнусь, не відчую…&lt;br /&gt;</w:t>
        <w:br/>
        <w:t>А лиш попіл байдужий,&lt;br /&gt;</w:t>
        <w:br/>
        <w:t>Плачучи, поцілую…&lt;br /&gt;</w:t>
        <w:br/>
        <w:t>ДЖОРДАНО.&lt;br /&gt;</w:t>
        <w:br/>
        <w:t>Не край душі, матусю! Не карай&lt;br /&gt;</w:t>
        <w:br/>
        <w:t>Себе й мене. Так вирішила доля!&lt;br /&gt;</w:t>
        <w:br/>
        <w:t>Світанок скоро. Темний небокрай&lt;br /&gt;</w:t>
        <w:br/>
        <w:t>Зірницею вже жевріє поволі…&lt;br /&gt;</w:t>
        <w:br/>
        <w:t>Прощайся з тілом — болісним, живим,&lt;br /&gt;</w:t>
        <w:br/>
        <w:t>Його не буде! Та моє горіння&lt;br /&gt;</w:t>
        <w:br/>
        <w:t>Вогнем запалить — чистим і святим —&lt;br /&gt;</w:t>
        <w:br/>
        <w:t>Грядущі, небувалі покоління!&lt;br /&gt;</w:t>
        <w:br/>
        <w:t>Постать Матері розтає. Світає. Чути кроки сторожі. Кати опускаються вниз сходами, одягають Джордано в балахон ганьби, на якому намальовано фігури чортів та драконів. На голову йому насувають блазнівський ковпак. Джордано спокійно витримує наругу. Його погляд — десь понад головами катів.&lt;br /&gt;</w:t>
        <w:br/>
        <w:t>Джордано виводять із в’язниці. Біснується юрма, ченці й фанатики опльовують його, кидають на нього всяку гидь, паліччя.&lt;br /&gt;</w:t>
        <w:br/>
        <w:t>На небі поволі згасають зірки.&lt;br /&gt;</w:t>
        <w:br/>
        <w:t>ДЖОРДАНО (з мукою).&lt;br /&gt;</w:t>
        <w:br/>
        <w:t>О, зачекайте, ясні, не зникайте!&lt;br /&gt;</w:t>
        <w:br/>
        <w:t>Ще небагато, і мине цей сон…&lt;br /&gt;</w:t>
        <w:br/>
        <w:t>Я вже готовий! Лиш відкрити браму…&lt;br /&gt;</w:t>
        <w:br/>
        <w:t>Я йду до вас! Благаю — підождіть!..&lt;br /&gt;</w:t>
        <w:br/>
        <w:t>Виходить на ешафот. Кат прив’язує його до стовпа. З юрби з’являється Інквізитор.&lt;br /&gt;</w:t>
        <w:br/>
        <w:t>ІНКВІЗИТОР.&lt;br /&gt;</w:t>
        <w:br/>
        <w:t>Джордано! Схаменися — і вогонь&lt;br /&gt;</w:t>
        <w:br/>
        <w:t>Не спалахне. І ти одержиш волю!&lt;br /&gt;</w:t>
        <w:br/>
        <w:t>Джордано мовчить&lt;br /&gt;</w:t>
        <w:br/>
        <w:t>ІНКВІЗИТОР.&lt;br /&gt;</w:t>
        <w:br/>
        <w:t>Одна лиш мить — і вже тебе не буде!&lt;br /&gt;</w:t>
        <w:br/>
        <w:t>ДЖОРДАНО (гордо).&lt;br /&gt;</w:t>
        <w:br/>
        <w:t>Одна лиш мить — і жадана свободи&lt;br /&gt;</w:t>
        <w:br/>
        <w:t>Мені відкриє браму вогняну!&lt;br /&gt;</w:t>
        <w:br/>
        <w:t>Інквізитор дає знак. Спалахує вогонь, реве юрма. Ченці подають Джордано хреста для поцілунку. Він одвертається і дивиться в небо, на останню яскраву зірку.&lt;br /&gt;</w:t>
        <w:br/>
        <w:t>ДЖОРДАНО.&lt;br /&gt;</w:t>
        <w:br/>
        <w:t>Цей чорний знак від мене заберіть!&lt;br /&gt;</w:t>
        <w:br/>
        <w:t>Він ясний безмір хижо перекреслив!&lt;br /&gt;</w:t>
        <w:br/>
        <w:t>Мій знак — вогонь Кохання і безсмертя!&lt;br /&gt;</w:t>
        <w:br/>
        <w:t>Прокиньтесь, люди, мужні і безстрашні!&lt;br /&gt;</w:t>
        <w:br/>
        <w:t>Далекі браття! Я іду до вас…&lt;br /&gt;</w:t>
        <w:br/>
        <w:t>О, болісне і радісне багаття…&lt;br /&gt;</w:t>
        <w:br/>
        <w:t>Пали! Пали!&lt;br /&gt;</w:t>
        <w:br/>
        <w:t>Вогонь гримить, вирує, співає урочисто і накривав всю постать Джордано. Юрба німує&lt;br /&gt;</w:t>
        <w:br/>
        <w:t>1970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