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Основини</w:t>
      </w:r>
    </w:p>
    <w:p>
      <w:r>
        <w:br/>
        <w:t xml:space="preserve"> &lt;p&gt;Така погідна днина, що поліг на царинках у очах схне. Край довбушевого звору, на маленькій трикутній поляночці, не заяці скубуть траву, а стара Семениха кладе хату. Поверх десять ковбків різної величини лежать розкинені попри саму гущавину. Тому, що вони в неладі розкинені, значно, що лише на короткий час. Із них будуть незабаром крокви, платви, кізли і сволоки. На них піде в’язка старих драниць, що стоять окремо, приперті до корча.</w:t>
      </w:r>
    </w:p>
    <w:p>
      <w:r>
        <w:br/>
        <w:t>Середина полянки вирізана, мов тік, а сира глина із вирівняного місця розсипалася всуміш із камінням долів аж до сам камеральний окіп. Чотири підкотини вже закопані і вже двигають на собі підвалини, що їх майстер Никифір обтесав, а на краях поробив їм замки, тільки ще не позакладав одні в другі і не збив кілками.</w:t>
      </w:r>
    </w:p>
    <w:p>
      <w:r>
        <w:br/>
        <w:t>Серед зазначеного під хату місця стоїть на прикольнях накритий скатертю стіл із чотирьох старих опівків, які майстер призначив на стелину. Довкола стола йдуть тертиці, що краще виглядають, ніж лавиці в найпершого богача. Їх роздобула Семениха на двері до нової хати. З того боку, де прийдуть колись у новій хаті образи, стоїть під столом цебрик з водою; на столі три болонці чорного хліба один на другім, а побіч гуска солі, пляшка з таким, як вода, напитком і груба лоєва свіча.</w:t>
      </w:r>
    </w:p>
    <w:p>
      <w:r>
        <w:br/>
        <w:t>Скрізь на полянці біліються тріски із обструганого матеріалу. На підвалинах сидить вигідно, мов на конях верхівцях, гурток бадіків, старих і молодих. Усі вони живо з собою розмовляють про будову хати. Одні пригадують собі, як вони свої хатки ставили, як матеріал роздобували і як затривкі їх хатки. Другі, що не знають, скільки воно стоїть труду класти нову хату, бо мешкають на дідизни ні, звертають свою увагу на Семенишину розпочату будівлю і на матеріал. Дехто відмірює кроками просторінь, що її займили підвалини, і укладає наперед будучий вигляд хижі. Дехто підходить ід стежці і виглядає когось-то, бо прикладає руку на чоло, вибалушує очі і перебігає зором усю довгу, просту, як лінія, стежку, що її на приказ фервальтера прорубали люди на двадцяте поліно.</w:t>
      </w:r>
    </w:p>
    <w:p>
      <w:r>
        <w:br/>
        <w:t>— А шо, не видко, не йде? – питаються декотрі з-проміж бадіків.</w:t>
      </w:r>
    </w:p>
    <w:p>
      <w:r>
        <w:br/>
        <w:t>— Видит ми си, шо то він справивси суди з Олійкової царинки, бо шос під пахов, отік савтиря, — відповідає, визираючи, бадіка.</w:t>
      </w:r>
    </w:p>
    <w:p>
      <w:r>
        <w:br/>
        <w:t>— Реєнтий завше тягне ноги за собою, єк беревна, — пожартував дехто.</w:t>
      </w:r>
    </w:p>
    <w:p>
      <w:r>
        <w:br/>
        <w:t>— Бо хавтури залізли йому в ноги; най би я так блавучив, то бих дранки на собі не мав, — злобно прикинув хтось з гурту.</w:t>
      </w:r>
    </w:p>
    <w:p>
      <w:r>
        <w:br/>
        <w:t>Інколи прилучається до бесіди і майстер Никифір, що розперезаний обтісує грубі кілки на підвалини.</w:t>
      </w:r>
    </w:p>
    <w:p>
      <w:r>
        <w:br/>
        <w:t>Недалечко під корчем ліщини горить ватра і смажить почорніле листя на ліщині. На грані розміщені горшки-варінники. Той, що з голубцями, то сипить; той, що з начинкою, то піщить піворить і від часу до часу із самого дна викидає пару. А свекляний борщ кипить та й вихоплюється з-під покришки і ллється на грань, начеб посвячувався на решту і хотів загасити пекучий жар вугля.</w:t>
      </w:r>
    </w:p>
    <w:p>
      <w:r>
        <w:br/>
        <w:t>Семениха сидить на скорчених під себе ногах і прикладає до ватри трісок і пантрує, аби горшки не позбігали, бо то її праця у них вариться. Масть – то у неї найдорожча річ; аж з міста принесла, бо в селі не б’ють олію. Але коло неї пораються ще інші челядини, її кумки та приязні кревнячки. Вони сучуть із воску свічки та й розводять при тім таку займаючу бесіду, що Семениха не годна втерпіти, аби не заговорилася. Тоді забуває вона заколотити олій, і він пригорає до дна глиняної ринки та й заносить пригаром. Декотрий бадіка витягає із дзьобні люльку, витрясає з неї "мачку", пережмякує її в устах, накладає знову її у люльку і підходить до ватри за вугликом. Кумки, що сучуть з клоччя гноти і обліплюють їх притопленим мяким воском, не зволяють бадіці переходити попід гноти.</w:t>
      </w:r>
    </w:p>
    <w:p>
      <w:r>
        <w:br/>
        <w:t>— Хочеш, душко, піти землю гризти? – говорять вони поважно.</w:t>
      </w:r>
    </w:p>
    <w:p>
      <w:r>
        <w:br/>
        <w:t>Бадіка пригадує собі, що воно попід свічки не годиться переходити, бо янголи за те сердяться, і обминає розставлене мотуззя та й заходить ід ватрі із другого боку. Але якраз із того боку лихий приступ, бо туди продув заносить дим просто йому в очі. Він "відводить" дим руками в іншу сторону, напівжартома говорячи: "Туди баба діти водила, туди!" Семениха вибирає найкращий, жаркий вуглик і подає на долоні бадіці. Так "гречно" поводиться тільки газдина супротив гостей. Вона ж під осінь, чей біг дасть, буде газдинею у своїй хатці. Сьогодні в неї вже основини нової хижі на пустому, дикому клину, на покінеччю села, край Довбушевого звору.</w:t>
      </w:r>
    </w:p>
    <w:p>
      <w:r>
        <w:br/>
        <w:t>Надходить дяк із псалтирею. Всі вітаються з ним сердечно і облесно і не дорікають йому в очі за те, що припізнився. Семениха дякує йому красно, що прийшов, не гордувався, та й веде його за "стіл" на перше місце.</w:t>
      </w:r>
    </w:p>
    <w:p>
      <w:r>
        <w:br/>
        <w:t>— Тут буде моя голова лежати, єк біг дасть, шо вмру в своїй хатці, тут най тепер моя голова сідає, — припрошує вона його гостинно.</w:t>
      </w:r>
    </w:p>
    <w:p>
      <w:r>
        <w:br/>
        <w:t>Дяк кладе псалтирю на стіл, скидає з себе байбарак і капелюх та й роззуває чоботи. Бадіки приглядаються його капелюхові з коротенькими крисами і чоботям з довгими халявами та й угадують один навперед другого, що воно могло би коштувати. То все дістав дяк "в дарунку" від панотця за те, що обходить добре коні-брикарі.</w:t>
      </w:r>
    </w:p>
    <w:p>
      <w:r>
        <w:br/>
        <w:t>Семениха присуває цебрик з-під стола ближче ід дякові, кладе на стіл новісінький глинянок з водою із приліпленою свічкою. Кумки приносять більше свічок, приліплюють їх до берегів цебрика, до хліба, до солі на столі, а котрі величенькі, то тицькають їх у руки бадікам і собі по одній лишають.</w:t>
      </w:r>
    </w:p>
    <w:p>
      <w:r>
        <w:br/>
        <w:t>Бадіки поважніють і тихомиряться.Майстер Никифір уриває роботу, уперізується і теж бере свчку в руки.</w:t>
      </w:r>
    </w:p>
    <w:p>
      <w:r>
        <w:br/>
        <w:t>Дяк хреститься, запалює свічку і хрестить нею воду в цебрику і глинянку, а відтак сідає на лавицю і кладе босі ноги в цебрик. Семениха засвітила свічку від дякової і передає вогонь всім гостям. Світла горять блідим полум’ям, а вітрець поколихує їх на всі боки. Бадіки заслонюють їх долонями перед вітром.</w:t>
      </w:r>
    </w:p>
    <w:p>
      <w:r>
        <w:br/>
        <w:t>— Семенишко, аби-с держала свічку скоса, та й аби уся скапаласи, — поучає старий, сивий бадьо Федір.</w:t>
      </w:r>
    </w:p>
    <w:p>
      <w:r>
        <w:br/>
        <w:t>— Та й аби-сте гніт не сікали, бо він, щез би, буде радуватися кавалочкам, — поправляв Никифір.</w:t>
      </w:r>
    </w:p>
    <w:p>
      <w:r>
        <w:br/>
        <w:t>Дяк отирає псалтирю і читає більше з пам’яті: "Блажен муж, іже не йде на світ нечєстий і на путо грішне не стане і на сідало губителів не сяде…"</w:t>
      </w:r>
    </w:p>
    <w:p>
      <w:r>
        <w:br/>
        <w:t>Семениха приклякає, хреститься і б’є поклони із свічечкою в руці. За нею уклякають усі її гості.</w:t>
      </w:r>
    </w:p>
    <w:p>
      <w:r>
        <w:br/>
        <w:t>— Ой, господічку любий та добрий, та солодкий! – приповідає вона і з свчки ока не зводить.</w:t>
      </w:r>
    </w:p>
    <w:p>
      <w:r>
        <w:br/>
        <w:t>— Господічку наш добрий, та пишний, та файний! – роздалися покірні просячі голоси.</w:t>
      </w:r>
    </w:p>
    <w:p>
      <w:r>
        <w:br/>
        <w:t>У Довбушевім зворі виспівують птахи. Чи вони також моляться, чи навпаки, може, регочуть ся або проклинають кого, то годі пізнати. Зозуля кує комусь щастя-долю, а комусь недолю-смерть. У кого гріш у ремені, тому долю, а у кого ні, то біду. А Семенисі не кує вона ні сяк ні так, бо вона її кування не чує. Вона глядить на свічку й уважає, щоб не загасилася, та й усе повторяє: "Скапайси, нечиста сило, скапайся, єк ця свічка скапуєси. Ей, божічку, скапайся, нечиста сило…"</w:t>
      </w:r>
    </w:p>
    <w:p>
      <w:r>
        <w:br/>
        <w:t>Свічка скапується, а Семениха від молитвів упріває. Бадіки клячать теж і відмовляють уривками отче наш. Як пролетить яка птаха, то вони дивляться за нею і кивають один на одного головами. Видко, що прив’язують до її лету чимале значіння. Але рівночасно забувають, на котрому місці вони урвали отче наш, і тому зачинають знов спочатку. Дяк не впріває, бо ноги держить у воді; він лише щораз, то більше хрипне.</w:t>
      </w:r>
    </w:p>
    <w:p>
      <w:r>
        <w:br/>
        <w:t>Бадіки утомилися, уже зачинають уставати і стоячи моляться. Куми поховали згарки свічок у пазухи і лицями припали до землі: їм вигідніше так на руках лежати. Одна Семениха молиться навколішках, не вгаває. Її свічка докапує. Дяк дочитує останню кафтизму захриплим голосом.</w:t>
      </w:r>
    </w:p>
    <w:p>
      <w:r>
        <w:br/>
        <w:t>— Мньоца с-с-с-ина с-с-с-світого духа, амінь! – у один раз застогнали бадіки.</w:t>
      </w:r>
    </w:p>
    <w:p>
      <w:r>
        <w:br/>
        <w:t>То Семенишина свічка скапалася до послідку. Тиша…</w:t>
      </w:r>
    </w:p>
    <w:p>
      <w:r>
        <w:br/>
        <w:t>— Скапався нетрудний! – крикнула, гей спросоння, Семениха.</w:t>
      </w:r>
    </w:p>
    <w:p>
      <w:r>
        <w:br/>
        <w:t>— Скапався нетрудний! – повторили радісно гості.</w:t>
      </w:r>
    </w:p>
    <w:p>
      <w:r>
        <w:br/>
        <w:t>Знову тиша…</w:t>
      </w:r>
    </w:p>
    <w:p>
      <w:r>
        <w:br/>
        <w:t>Никифір бере сокиру в руки і йде ід вуглові. Він розперізується назад, шепоче свою тайну примівку, закусує зуби, підносить сокиру і гатить нею з усієї сили у вирубаний замок підвалини. Бадіки й кумки уважно дивляться на його незвичайну роботу.</w:t>
      </w:r>
    </w:p>
    <w:p>
      <w:r>
        <w:br/>
        <w:t>— Чули-сте, єк задудніло? – питає, віддихаючи, Никифір.</w:t>
      </w:r>
    </w:p>
    <w:p>
      <w:r>
        <w:br/>
        <w:t>— Чули-сми, бігме, чули-сми, — відповідають бадійки й жінки.</w:t>
      </w:r>
    </w:p>
    <w:p>
      <w:r>
        <w:br/>
        <w:t>— То я його так зарубав, що мні не тємити!</w:t>
      </w:r>
    </w:p>
    <w:p>
      <w:r>
        <w:br/>
        <w:t>— Зарубали-сте нетрудного? – допитується ще Семениха.</w:t>
      </w:r>
    </w:p>
    <w:p>
      <w:r>
        <w:br/>
        <w:t>— Зарубав нетрудного! — одвічає гордо майстер.</w:t>
      </w:r>
    </w:p>
    <w:p>
      <w:r>
        <w:br/>
        <w:t>— Зарубав ’го на вікі вічні, амінь! – потверджують бадіки.</w:t>
      </w:r>
    </w:p>
    <w:p>
      <w:r>
        <w:br/>
        <w:t>Семениха виймає з-під стола цебрик з водою і приносить ід підвалинам. Дяк бризькає тою водою замки підвалин на всіх чотирьох уграх.</w:t>
      </w:r>
    </w:p>
    <w:p>
      <w:r>
        <w:br/>
        <w:t>Никифір вмить позакладав поперечні підвалини в подовжні і збив їх кілками та й перехрестився, а за ним Семениха й усі її гості.</w:t>
      </w:r>
    </w:p>
    <w:p>
      <w:r>
        <w:br/>
        <w:t>Всі посідали за стіл. Семениха з помічницями-кумками поприносила миски з начинкою, з помащеними голубцями й свекляним борщем.</w:t>
      </w:r>
    </w:p>
    <w:p>
      <w:r>
        <w:br/>
        <w:t>— Вінчюю вас, Семенишко, щєстєм, здоровлєм на многа літ! — приговорює утомлений дяк.</w:t>
      </w:r>
    </w:p>
    <w:p>
      <w:r>
        <w:br/>
        <w:t>— Дай вам боже, Семенишко, легкого прожитку в новій хаті! — бажають бадіки.</w:t>
      </w:r>
    </w:p>
    <w:p>
      <w:r>
        <w:br/>
        <w:t>— Аби-с, любко-кумко, мала хліба та й до хліба та й аби ті господь боронив від нечистої сили, дух світий при нас! — приязно приговорюють кумки одна наперед одної.</w:t>
      </w:r>
    </w:p>
    <w:p>
      <w:r>
        <w:br/>
        <w:t>— Дєковать вам, любєтка, файно за добре слово, та й за вашу ласку, що помогли-сте скараскатиси, дух світий з нами, щезника. То так ми тепер легко, єк бих сі на світ народила!</w:t>
      </w:r>
    </w:p>
    <w:p>
      <w:r>
        <w:br/>
        <w:t>— Чей біг дасть, шо тепер він вже не навернеси, ця земля чиста, та й хата буде чиста, та й, аді, й ти, кумко, чиста! — потішають бадіки.</w:t>
      </w:r>
    </w:p>
    <w:p>
      <w:r>
        <w:br/>
        <w:t>Семениха частує горівкою насамперед дяка, а відтак зарядом усіх гостей.</w:t>
      </w:r>
    </w:p>
    <w:p>
      <w:r>
        <w:br/>
        <w:t>— Ану-ко, досігайте, душко, ану, так, єк дома, ану, будьте ласкаві! — припрошує вона кожного зокрема, а найдужче вже принукує кумки помічниці, що за кожним куснем утирають і запишнюють губи.</w:t>
      </w:r>
    </w:p>
    <w:p>
      <w:r>
        <w:br/>
        <w:t>— А вам, пані реєтий, аби господь на діточках відплатив, шо-сте мні так, єк на світ народили.</w:t>
      </w:r>
    </w:p>
    <w:p>
      <w:r>
        <w:br/>
        <w:t>Дяк наливає собі горівки і "вінчує" другий раз Семенисі…</w:t>
      </w:r>
    </w:p>
    <w:p>
      <w:r>
        <w:br/>
        <w:t>— Ви тепер не пантруйте нас, — говрить він, — але дєкуйте богові, шо-сте збули-си нещастя. Ми самі упораємося з божим даром. Нівроку стіл не порожний, харчу ласка божя.</w:t>
      </w:r>
    </w:p>
    <w:p>
      <w:r>
        <w:br/>
        <w:t>—Хіба би хто бога гнівив, єк пішов голоден, —каже Никифір.</w:t>
      </w:r>
    </w:p>
    <w:p>
      <w:r>
        <w:br/>
        <w:t>— Не заходь-си, кумко-любко, але сідай і ти з нами! Доста ті вже намучило та й накарбувало! Аді, обі-сми разом дівочими, ати, єк сухариця, протів мене. Єкби-с із того світа прийшла.</w:t>
      </w:r>
    </w:p>
    <w:p>
      <w:r>
        <w:br/>
        <w:t>Семениха сідає на краю тертиці і підпирає рукою бороду.</w:t>
      </w:r>
    </w:p>
    <w:p>
      <w:r>
        <w:br/>
        <w:t>— Ци ж не було від чого, любота, знидіти та й счьорніти? То п’єть рік, єк один, карнувало мні та й карнувало!</w:t>
      </w:r>
    </w:p>
    <w:p>
      <w:r>
        <w:br/>
        <w:t>— П’єть рік, то не п’єть день! Камінь подовбався за тільки чєс! — жалують гості.</w:t>
      </w:r>
    </w:p>
    <w:p>
      <w:r>
        <w:br/>
        <w:t>— То так мні мучило, шо-сми не знала, шо роблю, та й куда ходжу!</w:t>
      </w:r>
    </w:p>
    <w:p>
      <w:r>
        <w:br/>
        <w:t>— А казав-сми покійникові Семенові: не клади на тім місці хату, бо то місце нечисте, — поважно пригадує собі старий бадьо Федір.</w:t>
      </w:r>
    </w:p>
    <w:p>
      <w:r>
        <w:br/>
        <w:t>— Ей, згадував покійничок, в одно згадував, та й каївси, шо ті не послухав, Федірко-душко. Таки зараз першої ночі зачєло шос на поді мотлошитися та гуркотіти, якби фіров тарахкотів. Відтак єк пішло нам з Петрової днини, та й на сегоднішній день. Насамперед упала на нас та напасть! Учіпивси нас фільвартір за грунт. "То, — каже, — камара та й камара, мусити корнєтиси звідси" Та єк зачєли-сми ходити по судах, та по термітях, та й штайрантах, та й по нотарях, та й по адукатах, та й виходили-сме таке, шо нікуди виходу. Вільвартівр виграв: найшли у табелі так, шо наш грунт має на камару піти, а лишьиєси нам оцей клинок. "Клин, — каже провізорія, — твій, а царинка уся стоїть на камарі".Я кажу, шо люди присвідчут, шо то мій дєдя робив, а сендзя каже, шо дєдя украв від камари, та й роби, шо хоч. Шо нам люди не наговорилиси, шо нас не розраювалися: лишіть, бо камара скрізь має право! Але шо то, нетрудний, дух божий з нами, фурт свої, продай дранку, не попусти!</w:t>
      </w:r>
    </w:p>
    <w:p>
      <w:r>
        <w:br/>
        <w:t>— Випровадила я, шо було не було, та й годую адутарів. Прийшлоси відтак, упав покійничок у лежу, а всему раду дай. Цего щезник габучьит на постелі, а мене фурт до міста виріджєє: до адуката та й до адуката. Приходжу я раз із міста, а цес застиг. Лишиласи я сам з нетрудним, прости мені, господіку! А він у одно на поді: грим та й грим. Та прийшлося до такого, шо сказали мені пани з хати забиратися. Ой, сказали, легко би си їм гикнуло так, єк мені було легко. Стала я в гадках, а він, дух світий при нас ірщених, юдить мене на своє. Ходжу я по місті несамовита, а на плечах так, єк добрий огузок.</w:t>
      </w:r>
    </w:p>
    <w:p>
      <w:r>
        <w:br/>
        <w:t>— Ей, кайтеся луди, акайте, — жахаються кумки.</w:t>
      </w:r>
    </w:p>
    <w:p>
      <w:r>
        <w:br/>
        <w:t>— Ану, дивітси! Така тєжка погань! — дивуються бадіки.</w:t>
      </w:r>
    </w:p>
    <w:p>
      <w:r>
        <w:br/>
        <w:t>— Єк не буде тяжкий, коли кров хрестєнцку ссе! — виясняє дяк.</w:t>
      </w:r>
    </w:p>
    <w:p>
      <w:r>
        <w:br/>
        <w:t>— Так він мене давить та давить, аж здибає мене наш піп. Розповідаю йому свій клопіт, а він вислухав та й каже: "Це тобі, бабо, в тім ніхто так не порадить, єк наш депутат Каньовський!"</w:t>
      </w:r>
    </w:p>
    <w:p>
      <w:r>
        <w:br/>
        <w:t>А нетрудний собі в ухо мені шепче: "Депутат Каньовський!"</w:t>
      </w:r>
    </w:p>
    <w:p>
      <w:r>
        <w:br/>
        <w:t>Допиталаси я до того депутата, а він мені каже:</w:t>
      </w:r>
    </w:p>
    <w:p>
      <w:r>
        <w:br/>
        <w:t>— Дурна бабо, на шо-с підписалася, тепер пропало, хіба би-с ішла до Відні до цісаря просити.</w:t>
      </w:r>
    </w:p>
    <w:p>
      <w:r>
        <w:br/>
        <w:t>— Де хочете, туди піду, — кажу я йому, — але не кажу сама, так нетрудний мені дихтує. На край світа піду!</w:t>
      </w:r>
    </w:p>
    <w:p>
      <w:r>
        <w:br/>
        <w:t>— На дорогу маєш? – питається депутат.</w:t>
      </w:r>
    </w:p>
    <w:p>
      <w:r>
        <w:br/>
        <w:t>— Найшло би си, — кажу. — спечю ммалаю, та й огірків возму.</w:t>
      </w:r>
    </w:p>
    <w:p>
      <w:r>
        <w:br/>
        <w:t>— Іди гет, дурна бабо, то треба двадцять левів за тоту біду, — каже, — за шнирьку дати.</w:t>
      </w:r>
    </w:p>
    <w:p>
      <w:r>
        <w:br/>
        <w:t>— Ед, бадю! Двадціть левів, гадайте собі, — чудуються бадіки.</w:t>
      </w:r>
    </w:p>
    <w:p>
      <w:r>
        <w:br/>
        <w:t>— Аді, двадціть левів, єк одиг грейцір. Та єкос буду старати! — кажу я йому, та сама на Мошка гадку маю.</w:t>
      </w:r>
    </w:p>
    <w:p>
      <w:r>
        <w:br/>
        <w:t>— То, — каже, — добре: приходи до Відні та приноси ахта, а я тобі все зроблю, бо я тут їду на посідзеннє — ци на єку нужду. "Тут маєш карту, абис мні відписала".</w:t>
      </w:r>
    </w:p>
    <w:p>
      <w:r>
        <w:br/>
        <w:t>— Падочку ж наш! Аж де ті справив! То, бадю, раз голова, шо то він коло цісаря сидит, — зацікавлюються бадіки.</w:t>
      </w:r>
    </w:p>
    <w:p>
      <w:r>
        <w:br/>
        <w:t>— Таки так чув-сми, шо, каже, він права рука у цісаря! — толкує дяк.</w:t>
      </w:r>
    </w:p>
    <w:p>
      <w:r>
        <w:br/>
        <w:t>— Взєла я у Мошка двадціт левів на клин, та й далі до тої Відні, а то все нетрудний мене веде. То єк завів мні на ту шнирьку, то світ йшов переді мнов переверці. Пани сидют навкруги мене та й регочутси, а мені світ колесом іде.</w:t>
      </w:r>
    </w:p>
    <w:p>
      <w:r>
        <w:br/>
        <w:t>— Тото не пани то вони, щезли би! — розумує Никифір.</w:t>
      </w:r>
    </w:p>
    <w:p>
      <w:r>
        <w:br/>
        <w:t>— То так ми крутивси світ цілу днину, та й цілу ніч, та й ше раз днину. Чую, ато бере мні за плече єкийс пан, та й виводит на двір. Дивлюси, а то таке місто, ци палати, шо-сми зроду такого не виділа. А нетрудний мені шепоче: то, — каже, — Відня. Тримаю я фурт ту карту від депутата в руках та й сама не знаю, де я. Але єкийс великий пан з шаблев хап за карту, та й мене на віз, та й замкнув. А то ні віз, ні бричка, дознаки таке, єк панцка хата. Затарахкотіло тото зі мнов помежи мури та й стало. Ведут мене у мур нагору, та й справлєют, аби сідала. Сижу я, сижу, аж дивлюся, а двері рип: виходит депутат Каньовський, таки сам він; і борідка його і бесіда його.</w:t>
      </w:r>
    </w:p>
    <w:p>
      <w:r>
        <w:br/>
        <w:t>— Ти, — каже, — бабо, чого хочеш!</w:t>
      </w:r>
    </w:p>
    <w:p>
      <w:r>
        <w:br/>
        <w:t>Я витігаю з платини ахта, та й кажу, шо то ніби він мні так раїв. Чітає він, чітає, та й каже:</w:t>
      </w:r>
    </w:p>
    <w:p>
      <w:r>
        <w:br/>
        <w:t>— Добре, тепер я не маю часу, але ти допитайси до Василя, розумієш?</w:t>
      </w:r>
    </w:p>
    <w:p>
      <w:r>
        <w:br/>
        <w:t>— Та єк цесе?, —кажу, — вертатися назад у село до Погрібєнникового Василя!</w:t>
      </w:r>
    </w:p>
    <w:p>
      <w:r>
        <w:br/>
        <w:t>— Дурна, — каже, — гуцулко, то не тот Василь, то такий дім, шо називаєси Василь, шо там харч задурно, — на, маєш карту.</w:t>
      </w:r>
    </w:p>
    <w:p>
      <w:r>
        <w:br/>
        <w:t>— Тото у тім краю дают ніби імнє хата так, єк у нас христінина кличут? — доглупається старий Федір недовірчиво.</w:t>
      </w:r>
    </w:p>
    <w:p>
      <w:r>
        <w:br/>
        <w:t>—Іду я з картов надолину, а там до мене знов пан з шаблев, єк не глипне, єк не завірити. Я прошу, ци не знає, де Василь сидит, а він шос швергонит, але так, єк не христєницким єзиком. Кажу я йому, шо, аді, я дурна, ш ніц не знаю, шо до царя прийшла, а він мене знов на віз, та й далі! Та єк замкнув мні, то не заню, куди мні возив, та й шо робив, бо нічо не тємлю. Лиш знаю, шо-сми уздрілася у нашім місті на бангофі.</w:t>
      </w:r>
    </w:p>
    <w:p>
      <w:r>
        <w:br/>
        <w:t>— Тото все тобі так привиджувалося, любко-кумко, бо нетрудний тебе блудом водив! — недовірюють кумки.</w:t>
      </w:r>
    </w:p>
    <w:p>
      <w:r>
        <w:br/>
        <w:t>— І мені видитси, шо то він так тобов закрутив! — притакує Федір.</w:t>
      </w:r>
    </w:p>
    <w:p>
      <w:r>
        <w:br/>
        <w:t>—Хто знає, ци таки не привиділося вам, Семенишко, шо то ви ніби до цісаря ходили, та й до депутата, то, віді, все його робота, щез би! — сумніваються інші бадіки.</w:t>
      </w:r>
    </w:p>
    <w:p>
      <w:r>
        <w:br/>
        <w:t>— Аді, сама не знаю, ци то такий сон я мала, цим ні блудом водило, але це знаю, шо-сми Каньовського виділа, та й говорила-сми з ним.</w:t>
      </w:r>
    </w:p>
    <w:p>
      <w:r>
        <w:br/>
        <w:t>Бадіки усміхаються, а кумки покивують головами.</w:t>
      </w:r>
    </w:p>
    <w:p>
      <w:r>
        <w:br/>
        <w:t>— Не рунтаймо ми нечисту силу, лиш говорім за боже. Добре, шо вам полекшіло, Семенишко, — дораджує нетерпеливий дяк.</w:t>
      </w:r>
    </w:p>
    <w:p>
      <w:r>
        <w:br/>
        <w:t>— Таки не згадуймо, най щезає! — згоджуються бадіки.</w:t>
      </w:r>
    </w:p>
    <w:p>
      <w:r>
        <w:br/>
        <w:t>— Най щезає, най щезає, дух світлий при нас! — загомоніли кумки.</w:t>
      </w:r>
    </w:p>
    <w:p>
      <w:r>
        <w:br/>
        <w:t>— Тепер сплати, кумко, довжок та й сиди собі у хатці, єк у бога за дверми, це місце чєсте!</w:t>
      </w:r>
    </w:p>
    <w:p>
      <w:r>
        <w:br/>
        <w:t>—Я тому таки рада, кумочку Федірку; дай боже життє панам, шо лишили мені клин, та й ше з колешні матеріал відпустили.</w:t>
      </w:r>
    </w:p>
    <w:p>
      <w:r>
        <w:br/>
        <w:t>— Таки так, шо дай боже пенем життє! — бажають Семенишині гості.</w:t>
      </w:r>
    </w:p>
    <w:p>
      <w:r>
        <w:br/>
        <w:t>Пляшка дзоркала об синю порцію стільки разів, скільки Семениха частувала гостей. По камеральних, темних лісах розплилися голосні мужицькі п’яні голоси:</w:t>
      </w:r>
    </w:p>
    <w:p>
      <w:r>
        <w:br/>
        <w:t>—Дай боже, панам життє!</w:t>
      </w:r>
    </w:p>
    <w:p>
      <w:r>
        <w:br/>
        <w:t>Приміточки (словничок) до новелі:</w:t>
      </w:r>
    </w:p>
    <w:p>
      <w:r>
        <w:br/>
        <w:t>Поліг – сіно на покосах</w:t>
      </w:r>
    </w:p>
    <w:p>
      <w:r>
        <w:br/>
        <w:t>Царинка – обгороджена сіножать коло хати</w:t>
      </w:r>
    </w:p>
    <w:p>
      <w:r>
        <w:br/>
        <w:t>Звор, звір – глибокий яр</w:t>
      </w:r>
    </w:p>
    <w:p>
      <w:r>
        <w:br/>
        <w:t>Ковбик – колода дерева</w:t>
      </w:r>
    </w:p>
    <w:p>
      <w:r>
        <w:br/>
        <w:t>Кроква –</w:t>
      </w:r>
    </w:p>
    <w:p>
      <w:r>
        <w:br/>
        <w:t>Платва –</w:t>
      </w:r>
    </w:p>
    <w:p>
      <w:r>
        <w:br/>
        <w:t>Кізли –</w:t>
      </w:r>
    </w:p>
    <w:p>
      <w:r>
        <w:br/>
        <w:t>Сволоки –</w:t>
      </w:r>
    </w:p>
    <w:p>
      <w:r>
        <w:br/>
        <w:t>Драниці –</w:t>
      </w:r>
    </w:p>
    <w:p>
      <w:r>
        <w:br/>
        <w:t>Камеральний окіп – рів навколо державного лісу</w:t>
      </w:r>
    </w:p>
    <w:p>
      <w:r>
        <w:br/>
        <w:t>Опівок – колода, розпиляна вздовж надвоє</w:t>
      </w:r>
    </w:p>
    <w:p>
      <w:r>
        <w:br/>
        <w:t>Тертиця – дошка</w:t>
      </w:r>
    </w:p>
    <w:p>
      <w:r>
        <w:br/>
        <w:t>Підкотини –</w:t>
      </w:r>
    </w:p>
    <w:p>
      <w:r>
        <w:br/>
        <w:t>Підвалини –</w:t>
      </w:r>
    </w:p>
    <w:p>
      <w:r>
        <w:br/>
        <w:t>Замки – з’єднання (в цьому творі)</w:t>
      </w:r>
    </w:p>
    <w:p>
      <w:r>
        <w:br/>
        <w:t>Стелина – стеля</w:t>
      </w:r>
    </w:p>
    <w:p>
      <w:r>
        <w:br/>
        <w:t>Цебрик – відро для води</w:t>
      </w:r>
    </w:p>
    <w:p>
      <w:r>
        <w:br/>
        <w:t>Бохонці – буханка хліба</w:t>
      </w:r>
    </w:p>
    <w:p>
      <w:r>
        <w:br/>
        <w:t>Горнец – мала посудина , кухоль</w:t>
      </w:r>
    </w:p>
    <w:p>
      <w:r>
        <w:br/>
        <w:t>Дідизнина – батьківське подвір’я</w:t>
      </w:r>
    </w:p>
    <w:p>
      <w:r>
        <w:br/>
        <w:t>Вибалушувати очі – примружувати очі (вдивляючись)</w:t>
      </w:r>
    </w:p>
    <w:p>
      <w:r>
        <w:br/>
        <w:t>Фервальтер – управитель державного лісу</w:t>
      </w:r>
    </w:p>
    <w:p>
      <w:r>
        <w:br/>
        <w:t>Савтир – псалтир</w:t>
      </w:r>
    </w:p>
    <w:p>
      <w:r>
        <w:br/>
        <w:t>Реєнтий – дяк</w:t>
      </w:r>
    </w:p>
    <w:p>
      <w:r>
        <w:br/>
        <w:t>Хавтур – книш (в значенні – людської подачки)</w:t>
      </w:r>
    </w:p>
    <w:p>
      <w:r>
        <w:br/>
        <w:t>Блавучити – байдикувати</w:t>
      </w:r>
    </w:p>
    <w:p>
      <w:r>
        <w:br/>
        <w:t>Ватра – вогонь</w:t>
      </w:r>
    </w:p>
    <w:p>
      <w:r>
        <w:br/>
        <w:t>Грань – жар</w:t>
      </w:r>
    </w:p>
    <w:p>
      <w:r>
        <w:br/>
        <w:t>Піворити — верещати</w:t>
      </w:r>
    </w:p>
    <w:p>
      <w:r>
        <w:br/>
        <w:t>Бірувати – мати силу</w:t>
      </w:r>
    </w:p>
    <w:p>
      <w:r>
        <w:br/>
        <w:t>Бервена –</w:t>
      </w:r>
    </w:p>
    <w:p>
      <w:r>
        <w:br/>
        <w:t>Варінники –горшки-посуда для варіння</w:t>
      </w:r>
    </w:p>
    <w:p>
      <w:r>
        <w:br/>
        <w:t>Свекла – буряк</w:t>
      </w:r>
    </w:p>
    <w:p>
      <w:r>
        <w:br/>
        <w:t>Бадік – чоловік</w:t>
      </w:r>
    </w:p>
    <w:p>
      <w:r>
        <w:br/>
        <w:t>Чілідина. челядина – родина, сім'я</w:t>
      </w:r>
    </w:p>
    <w:p>
      <w:r>
        <w:br/>
        <w:t>Кумки, куми – родичі (що були хресними їх дітей)</w:t>
      </w:r>
    </w:p>
    <w:p>
      <w:r>
        <w:br/>
        <w:t>Кревнячки – родичі по крові (рідні, двоюрідні й інші)</w:t>
      </w:r>
    </w:p>
    <w:p>
      <w:r>
        <w:br/>
        <w:t>Пантрувати – доглядати, пильнувати</w:t>
      </w:r>
    </w:p>
    <w:p>
      <w:r>
        <w:br/>
        <w:t>Дзьобня – вовняна торбинка</w:t>
      </w:r>
    </w:p>
    <w:p>
      <w:r>
        <w:br/>
        <w:t>Гноти – мотуззя для обкладання щілин між колодами хати</w:t>
      </w:r>
    </w:p>
    <w:p>
      <w:r>
        <w:br/>
        <w:t>Клоччя – конопляне чи лляне</w:t>
      </w:r>
    </w:p>
    <w:p>
      <w:r>
        <w:br/>
        <w:t>Байбарак – коротенький сіряк</w:t>
      </w:r>
    </w:p>
    <w:p>
      <w:r>
        <w:br/>
        <w:t>Він щез би – чорт (оскільки в гуцулів називати його заборонялося)</w:t>
      </w:r>
    </w:p>
    <w:p>
      <w:r>
        <w:br/>
        <w:t>Клячити – стояти на колінах</w:t>
      </w:r>
    </w:p>
    <w:p>
      <w:r>
        <w:br/>
        <w:t>Нетрудний — чорт (ще одна назва, яку заміняла "чорта")</w:t>
      </w:r>
    </w:p>
    <w:p>
      <w:r>
        <w:br/>
        <w:t>Кафтизва –</w:t>
      </w:r>
    </w:p>
    <w:p>
      <w:r>
        <w:br/>
        <w:t>Камара – державне майно.</w:t>
      </w:r>
    </w:p>
    <w:p>
      <w:r>
        <w:br/>
        <w:t>Карнувало –</w:t>
      </w:r>
    </w:p>
    <w:p>
      <w:r>
        <w:br/>
        <w:t>На поді – на стриху (під дахом)</w:t>
      </w:r>
    </w:p>
    <w:p>
      <w:r>
        <w:br/>
        <w:t>Нотар – нотаріус</w:t>
      </w:r>
    </w:p>
    <w:p>
      <w:r>
        <w:br/>
        <w:t>Адукат – адвокат</w:t>
      </w:r>
    </w:p>
    <w:p>
      <w:r>
        <w:br/>
        <w:t>Провізорія –</w:t>
      </w:r>
    </w:p>
    <w:p>
      <w:r>
        <w:br/>
        <w:t>Корнєтиси – спішно вибиратися</w:t>
      </w:r>
    </w:p>
    <w:p>
      <w:r>
        <w:br/>
        <w:t>По термітях – по термінах у суді.</w:t>
      </w:r>
    </w:p>
    <w:p>
      <w:r>
        <w:br/>
        <w:t>Штайрант – місцеве управління.</w:t>
      </w:r>
    </w:p>
    <w:p>
      <w:r>
        <w:br/>
        <w:t>Фурт – все, раз у раз</w:t>
      </w:r>
    </w:p>
    <w:p>
      <w:r>
        <w:br/>
        <w:t>Продай дранку – продати все до останньої ганчірки</w:t>
      </w:r>
    </w:p>
    <w:p>
      <w:r>
        <w:br/>
        <w:t>Щезник –</w:t>
      </w:r>
    </w:p>
    <w:p>
      <w:r>
        <w:br/>
        <w:t>Лежа – хвороба</w:t>
      </w:r>
    </w:p>
    <w:p>
      <w:r>
        <w:br/>
        <w:t>Габучьит –непокоїти</w:t>
      </w:r>
    </w:p>
    <w:p>
      <w:r>
        <w:br/>
        <w:t>Огузок, огузка – нижня частина чого-небудь; тут – в значенні тягару.</w:t>
      </w:r>
    </w:p>
    <w:p>
      <w:r>
        <w:br/>
        <w:t>Малай – кукурудзяний хліб</w:t>
      </w:r>
    </w:p>
    <w:p>
      <w:r>
        <w:br/>
        <w:t>Шнирька – залізниця</w:t>
      </w:r>
    </w:p>
    <w:p>
      <w:r>
        <w:br/>
        <w:t>Ірщений –хрещений</w:t>
      </w:r>
    </w:p>
    <w:p>
      <w:r>
        <w:br/>
        <w:t>Леви – дрібні австрійські гроші</w:t>
      </w:r>
    </w:p>
    <w:p>
      <w:r>
        <w:br/>
        <w:t>Грейцір – гроші австрійські (відповідає 2о левам)</w:t>
      </w:r>
    </w:p>
    <w:p>
      <w:r>
        <w:br/>
        <w:t>Ахт – акт, посвідка</w:t>
      </w:r>
    </w:p>
    <w:p>
      <w:r>
        <w:br/>
        <w:t>Посідзеннє –</w:t>
      </w:r>
    </w:p>
    <w:p>
      <w:r>
        <w:br/>
        <w:t>Карта – карта з адресою</w:t>
      </w:r>
    </w:p>
    <w:p>
      <w:r>
        <w:br/>
        <w:t>Йти переверці – крутитися</w:t>
      </w:r>
    </w:p>
    <w:p>
      <w:r>
        <w:br/>
        <w:t>Вони, щезли би – тобто чорти</w:t>
      </w:r>
    </w:p>
    <w:p>
      <w:r>
        <w:br/>
        <w:t>Дознаки – достоту</w:t>
      </w:r>
    </w:p>
    <w:p>
      <w:r>
        <w:br/>
        <w:t>Раїти – радити</w:t>
      </w:r>
    </w:p>
    <w:p>
      <w:r>
        <w:br/>
        <w:t>До Василя (Asyl) – притулок для ночівлі</w:t>
      </w:r>
    </w:p>
    <w:p>
      <w:r>
        <w:br/>
        <w:t>Швергонити – говорити по іноземному</w:t>
      </w:r>
    </w:p>
    <w:p>
      <w:r>
        <w:br/>
        <w:t>Бангоф – залізнична станція</w:t>
      </w:r>
    </w:p>
    <w:p>
      <w:r>
        <w:br/>
        <w:t>Рунтати – зрушувати, чіпати</w:t>
      </w:r>
    </w:p>
    <w:p>
      <w:r>
        <w:br/>
        <w:t>Колешня – возівня або хлів</w:t>
      </w:r>
    </w:p>
    <w:p>
      <w:r>
        <w:br/>
        <w:t>Дзоркати – торкати</w:t>
      </w:r>
    </w:p>
    <w:p>
      <w:r>
        <w:br/>
        <w:t>Порція — чарка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