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Осьмий поменник Тарасові Шевченкові на вічную пам'ять</w:t>
      </w:r>
    </w:p>
    <w:p>
      <w:r>
        <w:br/>
        <w:t xml:space="preserve"> І Ти, Батьку, возопів нам&lt;br /&gt;</w:t>
        <w:br/>
        <w:t>Таку пісню нову&lt;br /&gt;</w:t>
        <w:br/>
        <w:t>Чистим серцем, чистим духом,&lt;br /&gt;</w:t>
        <w:br/>
        <w:t>Чистим рідним словом.&lt;br /&gt;</w:t>
        <w:br/>
        <w:t>І собрав нас свойов гуслев&lt;br /&gt;</w:t>
        <w:br/>
        <w:t>У собор великий,&lt;br /&gt;</w:t>
        <w:br/>
        <w:t>І здригнулись на престолах&lt;br /&gt;</w:t>
        <w:br/>
        <w:t>Черлені владики,&lt;br /&gt;</w:t>
        <w:br/>
        <w:t>Бо почали попускати&lt;br /&gt;</w:t>
        <w:br/>
        <w:t>На залізних главах&lt;br /&gt;</w:t>
        <w:br/>
        <w:t>Ті, сльозами насаджені,&lt;br /&gt;</w:t>
        <w:br/>
        <w:t>Корони криваві.&lt;br /&gt;</w:t>
        <w:br/>
        <w:t>І почали валитися&lt;br /&gt;</w:t>
        <w:br/>
        <w:t>Ті катуші люті,&lt;br /&gt;</w:t>
        <w:br/>
        <w:t>А на гробах поборників&lt;br /&gt;</w:t>
        <w:br/>
        <w:t>Зелена, як рута,&lt;br /&gt;</w:t>
        <w:br/>
        <w:t>Стала воля виростати,&lt;br /&gt;</w:t>
        <w:br/>
        <w:t>Здойматися д горі.&lt;br /&gt;</w:t>
        <w:br/>
        <w:t>Не здоймилась, затолочив&lt;br /&gt;</w:t>
        <w:br/>
        <w:t>Тяжкий її воріг...&lt;br /&gt;</w:t>
        <w:br/>
        <w:t>Затолочив? — Всі тирани&lt;br /&gt;</w:t>
        <w:br/>
        <w:t>З усійого світа&lt;br /&gt;</w:t>
        <w:br/>
        <w:t>Не годні ї затолочить.&lt;br /&gt;</w:t>
        <w:br/>
        <w:t>У землю убити;&lt;br /&gt;</w:t>
        <w:br/>
        <w:t>Бо вна, як озиме жито,&lt;br /&gt;</w:t>
        <w:br/>
        <w:t>Корчем розростаєсь, —&lt;br /&gt;</w:t>
        <w:br/>
        <w:t>А над житом пісня пієсь&lt;br /&gt;</w:t>
        <w:br/>
        <w:t>І день зустрічає.</w:t>
      </w:r>
    </w:p>
    <w:p>
      <w:r>
        <w:br/>
        <w:t>І що прийшло з того всього&lt;br /&gt;</w:t>
        <w:br/>
        <w:t>Багровому звіру? —&lt;br /&gt;</w:t>
        <w:br/>
        <w:t>Він Тя убив та й задумав,&lt;br /&gt;</w:t>
        <w:br/>
        <w:t>Що і Твою ліру&lt;br /&gt;</w:t>
        <w:br/>
        <w:t>Розбив о стовп свої тюрми.&lt;br /&gt;</w:t>
        <w:br/>
        <w:t>Не розбив-єсь, кате,&lt;br /&gt;</w:t>
        <w:br/>
        <w:t>Лиш ударив нев, — і тілько!&lt;br /&gt;</w:t>
        <w:br/>
        <w:t>А вона, проклятий,&lt;br /&gt;</w:t>
        <w:br/>
        <w:t>Задзвеніла там сильніше —&lt;br /&gt;</w:t>
        <w:br/>
        <w:t>Весь дух стрепенувся.&lt;br /&gt;</w:t>
        <w:br/>
        <w:t>А ти поблід, бо проверглись&lt;br /&gt;</w:t>
        <w:br/>
        <w:t>На всій святій Русі&lt;br /&gt;</w:t>
        <w:br/>
        <w:t>Зачаровані сини їй,&lt;br /&gt;</w:t>
        <w:br/>
        <w:t>Що закляті спали&lt;br /&gt;</w:t>
        <w:br/>
        <w:t>Під нечистов твойов лудов.&lt;br /&gt;</w:t>
        <w:br/>
        <w:t>Проверглись, устали&lt;br /&gt;</w:t>
        <w:br/>
        <w:t>І до мечів своїх ясних&lt;br /&gt;</w:t>
        <w:br/>
        <w:t>Простягнули руки —&lt;br /&gt;</w:t>
        <w:br/>
        <w:t>І віддадуть кара в кару&lt;br /&gt;</w:t>
        <w:br/>
        <w:t>І муки за муки;&lt;br /&gt;</w:t>
        <w:br/>
        <w:t>І подеруть на онучі&lt;br /&gt;</w:t>
        <w:br/>
        <w:t>Ті ваші соболі,&lt;br /&gt;</w:t>
        <w:br/>
        <w:t>І посадять на престолі&lt;br /&gt;</w:t>
        <w:br/>
        <w:t>Не вовка, а волю.</w:t>
      </w:r>
    </w:p>
    <w:p>
      <w:r>
        <w:br/>
        <w:t>А Ти се все заподіяв,&lt;br /&gt;</w:t>
        <w:br/>
        <w:t>Великий наш святе!&lt;br /&gt;</w:t>
        <w:br/>
        <w:t>О, не зійшлись ми сьогодня&lt;br /&gt;</w:t>
        <w:br/>
        <w:t>Мерців споминати,&lt;br /&gt;</w:t>
        <w:br/>
        <w:t>А прийшли ми спом'янути&lt;br /&gt;</w:t>
        <w:br/>
        <w:t>Воставшу од гробу&lt;br /&gt;</w:t>
        <w:br/>
        <w:t>Нашу славу, наше слово&lt;br /&gt;</w:t>
        <w:br/>
        <w:t>І нашу свободу.&lt;br /&gt;</w:t>
        <w:br/>
        <w:t>І живого спом'янути&lt;br /&gt;</w:t>
        <w:br/>
        <w:t>Тебе в наши душах!&lt;br /&gt;</w:t>
        <w:br/>
        <w:t>Жива є Русь, і живі є&lt;br /&gt;</w:t>
        <w:br/>
        <w:t>Всі душі на Русі;&lt;br /&gt;</w:t>
        <w:br/>
        <w:t>І воспоють таку пісню,&lt;br /&gt;</w:t>
        <w:br/>
        <w:t>Як згойдане море,&lt;br /&gt;</w:t>
        <w:br/>
        <w:t>І поведуть Твої речі,&lt;br /&gt;</w:t>
        <w:br/>
        <w:t>Як вічнії зорі,&lt;br /&gt;</w:t>
        <w:br/>
        <w:t>Нас у лиман той безпечний&lt;br /&gt;</w:t>
        <w:br/>
        <w:t>Просвіти і миру.&lt;br /&gt;</w:t>
        <w:br/>
        <w:t>А могили лиш кайдани&lt;br /&gt;</w:t>
        <w:br/>
        <w:t>Та ніч будуть крили.</w:t>
      </w:r>
    </w:p>
    <w:p>
      <w:r>
        <w:br/>
        <w:t>Достойно єсть, пани-браття,&lt;br /&gt;</w:t>
        <w:br/>
        <w:t>Святих споминати,&lt;br /&gt;</w:t>
        <w:br/>
        <w:t>Достойно єсть їм молитись...&lt;br /&gt;</w:t>
        <w:br/>
        <w:t>Да ще краще, браття,&lt;br /&gt;</w:t>
        <w:br/>
        <w:t>Ті діла їх послідують&lt;br /&gt;</w:t>
        <w:br/>
        <w:t>І речі святії&lt;br /&gt;</w:t>
        <w:br/>
        <w:t>І на їх гробах великих&lt;br /&gt;</w:t>
        <w:br/>
        <w:t>Садити надію.&lt;br /&gt;</w:t>
        <w:br/>
        <w:t>І виросте та надія,&lt;br /&gt;</w:t>
        <w:br/>
        <w:t>Умита росою, —&lt;br /&gt;</w:t>
        <w:br/>
        <w:t>Не росою, а сльозою,&lt;br /&gt;</w:t>
        <w:br/>
        <w:t>Тов чистов, святою;&lt;br /&gt;</w:t>
        <w:br/>
        <w:t>І здойметься, як ті дебрі,&lt;br /&gt;</w:t>
        <w:br/>
        <w:t>Годовані ріки, —&lt;br /&gt;</w:t>
        <w:br/>
        <w:t>Не рікою, але кров'ю&lt;br /&gt;</w:t>
        <w:br/>
        <w:t>Вовіки і віки;&lt;br /&gt;</w:t>
        <w:br/>
        <w:t>І здойметься, і виросте,&lt;br /&gt;</w:t>
        <w:br/>
        <w:t>І зазеленіє,&lt;br /&gt;</w:t>
        <w:br/>
        <w:t>І зацвіте, і уродить&lt;br /&gt;</w:t>
        <w:br/>
        <w:t>Велика надія —&lt;br /&gt;</w:t>
        <w:br/>
        <w:t>Діла добрі, діла нові,&lt;br /&gt;</w:t>
        <w:br/>
        <w:t>Діла неминуті, —&lt;br /&gt;</w:t>
        <w:br/>
        <w:t>І розіб'є на шматочки&lt;br /&gt;</w:t>
        <w:br/>
        <w:t>Тиранськії пута.&lt;br /&gt;</w:t>
        <w:br/>
        <w:t>І почує нова душа&lt;br /&gt;</w:t>
        <w:br/>
        <w:t>Нову в собі силу,&lt;br /&gt;</w:t>
        <w:br/>
        <w:t>І посадить не надію&lt;br /&gt;</w:t>
        <w:br/>
        <w:t>На святих могилу,&lt;br /&gt;</w:t>
        <w:br/>
        <w:t>Але голови тиранів&lt;br /&gt;</w:t>
        <w:br/>
        <w:t>Посадить вна, браття!&lt;br /&gt;</w:t>
        <w:br/>
        <w:t>І віддасть вна волю волі,&lt;br /&gt;</w:t>
        <w:br/>
        <w:t>А катові ката.&lt;br /&gt;</w:t>
        <w:br/>
        <w:t>Й позбирає свої діти&lt;br /&gt;</w:t>
        <w:br/>
        <w:t>В хатах на помості,&lt;br /&gt;</w:t>
        <w:br/>
        <w:t>І приїде правда, воля&lt;br /&gt;</w:t>
        <w:br/>
        <w:t>Навік до їй в гості.</w:t>
      </w:r>
    </w:p>
    <w:p>
      <w:r>
        <w:br/>
        <w:t>Спом'янімо ж, пани-браття,&lt;br /&gt;</w:t>
        <w:br/>
        <w:t>Святого ми нині!&lt;br /&gt;</w:t>
        <w:br/>
        <w:t>Не вмерлого, а живого, —&lt;br /&gt;</w:t>
        <w:br/>
        <w:t>Бо слово не гине.&lt;br /&gt;</w:t>
        <w:br/>
        <w:t>Форма в форму міняється&lt;br /&gt;</w:t>
        <w:br/>
        <w:t>Від віка до віка, —&lt;br /&gt;</w:t>
        <w:br/>
        <w:t>Да без краю і без міри&lt;br /&gt;</w:t>
        <w:br/>
        <w:t>Жив дух чоловіка.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Осьмий поменник Тарасові Шевченкові на вічную пам'ять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