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 пси Карпат</w:t>
      </w:r>
    </w:p>
    <w:p>
      <w:r>
        <w:br/>
        <w:t xml:space="preserve"> Іду — немов траву чиюсь толочу —&lt;br /&gt;</w:t>
        <w:br/>
        <w:t>Отак мені. Не погляд і не зойк&lt;br /&gt;</w:t>
        <w:br/>
        <w:t>з гущавини. Та озирнутись хочу,&lt;br /&gt;</w:t>
        <w:br/>
        <w:t>поглянути на слід бодай разок.</w:t>
      </w:r>
    </w:p>
    <w:p>
      <w:r>
        <w:br/>
        <w:t>Не видно сліду. Не крадуться тіні.&lt;br /&gt;</w:t>
        <w:br/>
        <w:t>Ніхто не скочить... І — по рукоять!&lt;br /&gt;</w:t>
        <w:br/>
        <w:t>Але я знаю: є ще пси осінні —&lt;br /&gt;</w:t>
        <w:br/>
        <w:t>Вони мене почули і не сплять.</w:t>
      </w:r>
    </w:p>
    <w:p>
      <w:r>
        <w:br/>
        <w:t>Не виють. Не печуть небесні схили.&lt;br /&gt;</w:t>
        <w:br/>
        <w:t>Отари не женуть — то відійшло.&lt;br /&gt;</w:t>
        <w:br/>
        <w:t>Верхи їх відпустили й побіліли —&lt;br /&gt;</w:t>
        <w:br/>
        <w:t>вже був мороз. Вже вкуталось село.</w:t>
      </w:r>
    </w:p>
    <w:p>
      <w:r>
        <w:br/>
        <w:t>Вже все забуто!&lt;br /&gt;</w:t>
        <w:br/>
        <w:t>Згризено в гонитві!&lt;br /&gt;</w:t>
        <w:br/>
        <w:t>А що насправді — чорне і круте,&lt;br /&gt;</w:t>
        <w:br/>
        <w:t>аж крутить листям буковим на вітрі,&lt;br /&gt;</w:t>
        <w:br/>
        <w:t>аж менша псота кумельгом іде!</w:t>
      </w:r>
    </w:p>
    <w:p>
      <w:r>
        <w:br/>
        <w:t>Їх спини жовті. Їх зіниці білі.&lt;br /&gt;</w:t>
        <w:br/>
        <w:t>Їх лапи відігріті у золі.&lt;br /&gt;</w:t>
        <w:br/>
        <w:t>Їх газди мокрі в тихому похміллі.&lt;br /&gt;</w:t>
        <w:br/>
        <w:t>Їх зорі вічні. Їх газдині злі...</w:t>
      </w:r>
    </w:p>
    <w:p>
      <w:r>
        <w:br/>
        <w:t>А ти ідеш — печаль чиюсь толочиш,&lt;br /&gt;</w:t>
        <w:br/>
        <w:t>В ногах чиїхось часом, як щеня,&lt;br /&gt;</w:t>
        <w:br/>
        <w:t>заскімлиш...&lt;br /&gt;</w:t>
        <w:br/>
        <w:t>Часом озирнутись хочеш,&lt;br /&gt;</w:t>
        <w:br/>
        <w:t>немовби хтось тебе наздоганя.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 пси Карпат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