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І</w:t>
      </w:r>
    </w:p>
    <w:p>
      <w:r>
        <w:br/>
        <w:t>На пусте поле сонце кладеться&lt;br /&gt;</w:t>
        <w:br/>
        <w:t>Лучем безсилим, тихим, блідим,&lt;br /&gt;</w:t>
        <w:br/>
        <w:t>Над чорні скиби сонно снується&lt;br /&gt;</w:t>
        <w:br/>
        <w:t>Тяжкий, синявий, запашний дим.</w:t>
      </w:r>
    </w:p>
    <w:p>
      <w:r>
        <w:br/>
        <w:t>Іде по скибах з подувом вітру,&lt;br /&gt;</w:t>
        <w:br/>
        <w:t>Пливе від ватри (палять пирій).&lt;br /&gt;</w:t>
        <w:br/>
        <w:t>Злякана птаха плаче в повітрі,&lt;br /&gt;</w:t>
        <w:br/>
        <w:t>Шо завернула з шляху в вирій…</w:t>
      </w:r>
    </w:p>
    <w:p>
      <w:r>
        <w:br/>
        <w:t>II</w:t>
      </w:r>
    </w:p>
    <w:p>
      <w:r>
        <w:br/>
        <w:t>Тихий сум по полі ходить,&lt;br /&gt;</w:t>
        <w:br/>
        <w:t>Сині смуги диму водить,&lt;br /&gt;</w:t>
        <w:br/>
        <w:t>Сів під корчиком тернини,&lt;br /&gt;</w:t>
        <w:br/>
        <w:t>Задивився в сумерк днини…</w:t>
      </w:r>
    </w:p>
    <w:p>
      <w:r>
        <w:br/>
        <w:t>Задивився на діброву,&lt;br /&gt;</w:t>
        <w:br/>
        <w:t>Шо вела з дощем розмову,&lt;br /&gt;</w:t>
        <w:br/>
        <w:t>І зітхає сумовито:&lt;br /&gt;</w:t>
        <w:br/>
        <w:t>Де ти, літо, де ти, літо?..</w:t>
      </w:r>
    </w:p>
    <w:p>
      <w:r>
        <w:br/>
        <w:t>III</w:t>
      </w:r>
    </w:p>
    <w:p>
      <w:r>
        <w:br/>
        <w:t>Глибока повінь листя на городі&lt;br /&gt;</w:t>
        <w:br/>
        <w:t>Пливе барвами бронзи, ржі і крові,&lt;br /&gt;</w:t>
        <w:br/>
        <w:t>Блідаве сяйво сонця на заході&lt;br /&gt;</w:t>
        <w:br/>
        <w:t>Дрижить, як спомин згаслої любові.</w:t>
      </w:r>
    </w:p>
    <w:p>
      <w:r>
        <w:br/>
        <w:t>А добра осінь з сірих хмар склепінням&lt;br /&gt;</w:t>
        <w:br/>
        <w:t>Жовтим завоєм вкрила всі діброви.&lt;br /&gt;</w:t>
        <w:br/>
        <w:t>І перед змінним щастям і терпінням&lt;br /&gt;</w:t>
        <w:br/>
        <w:t>Встелила стежку з бронзи, ржі і крові…</w:t>
      </w:r>
    </w:p>
    <w:p>
      <w:r>
        <w:br/>
        <w:t>IV</w:t>
      </w:r>
    </w:p>
    <w:p>
      <w:r>
        <w:br/>
        <w:t>Ходить осінь, тужить дні і ночі,&lt;br /&gt;</w:t>
        <w:br/>
        <w:t>Плаче з вітром в сльоту і негоду,&lt;br /&gt;</w:t>
        <w:br/>
        <w:t>Блудить в полі, закриває очі,&lt;br /&gt;</w:t>
        <w:br/>
        <w:t>Жовті коси рве і кида в воду.</w:t>
      </w:r>
    </w:p>
    <w:p>
      <w:r>
        <w:br/>
        <w:t>Ходить осінь, в вікна зазирає,&lt;br /&gt;</w:t>
        <w:br/>
        <w:t>Б'є об душу спомином і плаче…&lt;br /&gt;</w:t>
        <w:br/>
        <w:t>Смерк, негода, дощ на струнах грає,&lt;br /&gt;</w:t>
        <w:br/>
        <w:t>А на всохлім дубі ворон кряче.</w:t>
      </w:r>
    </w:p>
    <w:p>
      <w:r>
        <w:br/>
        <w:t>V</w:t>
      </w:r>
    </w:p>
    <w:p>
      <w:r>
        <w:br/>
        <w:t>Прийшла до мене осінь в гори,&lt;br /&gt;</w:t>
        <w:br/>
        <w:t>Прийшла у срібному завою,&lt;br /&gt;</w:t>
        <w:br/>
        <w:t>Вбирала смерекові бори&lt;br /&gt;</w:t>
        <w:br/>
        <w:t>Кервавих заходів луною.</w:t>
      </w:r>
    </w:p>
    <w:p>
      <w:r>
        <w:br/>
        <w:t>На буйні трави в полонині&lt;br /&gt;</w:t>
        <w:br/>
        <w:t>Стелилась жовтою іржою —&lt;br /&gt;</w:t>
        <w:br/>
        <w:t>І грубі хмари темно-сині&lt;br /&gt;</w:t>
        <w:br/>
        <w:t>Вела поволі за собою.</w:t>
      </w:r>
    </w:p>
    <w:p>
      <w:r>
        <w:br/>
        <w:t>Над берегом ріки ставала,&lt;br /&gt;</w:t>
        <w:br/>
        <w:t>Мов серед круч шукала броду,&lt;br /&gt;</w:t>
        <w:br/>
        <w:t>І зжовкле листя калинове&lt;br /&gt;</w:t>
        <w:br/>
        <w:t>Метала раз у раз у воду.</w:t>
      </w:r>
    </w:p>
    <w:p>
      <w:r>
        <w:br/>
        <w:t>VI</w:t>
      </w:r>
    </w:p>
    <w:p>
      <w:r>
        <w:br/>
        <w:t>Село нудьгує… Дерева рядами&lt;br /&gt;</w:t>
        <w:br/>
        <w:t>В глухім каміннім сні&lt;br /&gt;</w:t>
        <w:br/>
        <w:t>Понурені дрімають,&lt;br /&gt;</w:t>
        <w:br/>
        <w:t>Димові хмари в'ються за хатами…</w:t>
      </w:r>
    </w:p>
    <w:p>
      <w:r>
        <w:br/>
        <w:t>(А ті бліді осінні дні&lt;br /&gt;</w:t>
        <w:br/>
        <w:t>Сумом лягають&lt;br /&gt;</w:t>
        <w:br/>
        <w:t>В душу людини).&lt;br /&gt;</w:t>
        <w:br/>
        <w:t>Непомітно з села краєм дороги&lt;br /&gt;</w:t>
        <w:br/>
        <w:t>Безхатній пес біжить&lt;br /&gt;</w:t>
        <w:br/>
        <w:t>В широке поле…&lt;br /&gt;</w:t>
        <w:br/>
        <w:t>А вітер зжовклий лист мете під ноги&lt;br /&gt;</w:t>
        <w:br/>
        <w:t>І тихо шелестить:&lt;br /&gt;</w:t>
        <w:br/>
        <w:t>Гей, де ти, доле,&lt;br /&gt;</w:t>
        <w:br/>
        <w:t>Де щастя години?!</w:t>
      </w:r>
    </w:p>
    <w:p>
      <w:r>
        <w:br/>
        <w:t>VII</w:t>
      </w:r>
    </w:p>
    <w:p>
      <w:r>
        <w:br/>
        <w:t>Осіння днина згасла… Смутно…&lt;br /&gt;</w:t>
        <w:br/>
        <w:t>Сумерк надходить,&lt;br /&gt;</w:t>
        <w:br/>
        <w:t>А сонця і не було…&lt;br /&gt;</w:t>
        <w:br/>
        <w:t>Хтось над водою ледве чутно&lt;br /&gt;</w:t>
        <w:br/>
        <w:t>Плаче-заводить:&lt;br /&gt;</w:t>
        <w:br/>
        <w:t>Літо минуло…</w:t>
      </w:r>
    </w:p>
    <w:p>
      <w:r>
        <w:br/>
        <w:t>На голі стерні місяць сходить,&lt;br /&gt;</w:t>
        <w:br/>
        <w:t>А дощ з імлою&lt;br /&gt;</w:t>
        <w:br/>
        <w:t>Пожовклі трави мочить…&lt;br /&gt;</w:t>
        <w:br/>
        <w:t>В пустому полі вітер ходить&lt;br /&gt;</w:t>
        <w:br/>
        <w:t>Та й за собою&lt;br /&gt;</w:t>
        <w:br/>
        <w:t>Тугу волочить.</w:t>
      </w:r>
    </w:p>
    <w:p>
      <w:r>
        <w:br/>
        <w:t>VIII</w:t>
      </w:r>
    </w:p>
    <w:p>
      <w:r>
        <w:br/>
        <w:t>І рож не стало…&lt;br /&gt;</w:t>
        <w:br/>
        <w:t>День у день сонце палило&lt;br /&gt;</w:t>
        <w:br/>
        <w:t>Землю… Зів'яло&lt;br /&gt;</w:t>
        <w:br/>
        <w:t>Все у городі,&lt;br /&gt;</w:t>
        <w:br/>
        <w:t>Потому громи прийшли і тучі,&lt;br /&gt;</w:t>
        <w:br/>
        <w:t>Пооббивали рожі квітучі.</w:t>
      </w:r>
    </w:p>
    <w:p>
      <w:r>
        <w:br/>
        <w:t>І рож не стало…&lt;br /&gt;</w:t>
        <w:br/>
        <w:t>І з чим я зрана&lt;br /&gt;</w:t>
        <w:br/>
        <w:t>Під твої вікна прийду, кохана?&lt;br /&gt;</w:t>
        <w:br/>
        <w:t>Горіли спеки і бурі вили,&lt;br /&gt;</w:t>
        <w:br/>
        <w:t>Квіти в городі скрізь поломили.&lt;br /&gt;</w:t>
        <w:br/>
        <w:t>І рож не стало…</w:t>
      </w:r>
    </w:p>
    <w:p>
      <w:r>
        <w:br/>
        <w:t>IX</w:t>
      </w:r>
    </w:p>
    <w:p>
      <w:r>
        <w:br/>
        <w:t>Гей, були рожі, чар-весна,&lt;br /&gt;</w:t>
        <w:br/>
        <w:t>І вина лились шумно,&lt;br /&gt;</w:t>
        <w:br/>
        <w:t>Де взялась осінь з-поза хмар —&lt;br /&gt;</w:t>
        <w:br/>
        <w:t>І жовкне май… Як сумно —</w:t>
      </w:r>
    </w:p>
    <w:p>
      <w:r>
        <w:br/>
        <w:t>Бурхлива молодість пройшла,&lt;br /&gt;</w:t>
        <w:br/>
        <w:t>Що кров'ю в жилах грала,&lt;br /&gt;</w:t>
        <w:br/>
        <w:t>Приснився сон, рожевий сон,&lt;br /&gt;</w:t>
        <w:br/>
        <w:t>Всі чари доля взяла…</w:t>
      </w:r>
    </w:p>
    <w:p>
      <w:r>
        <w:br/>
        <w:t>Було кохання. В раменах&lt;br /&gt;</w:t>
        <w:br/>
        <w:t>Твоїх душа вмлівала,&lt;br /&gt;</w:t>
        <w:br/>
        <w:t>Минувся май, проснився сон,&lt;br /&gt;</w:t>
        <w:br/>
        <w:t>І туга лиш зосталась…</w:t>
      </w:r>
    </w:p>
    <w:p>
      <w:r>
        <w:br/>
        <w:t>Х</w:t>
      </w:r>
    </w:p>
    <w:p>
      <w:r>
        <w:br/>
        <w:t>Прийшов до мене спомин з давніх днів.&lt;br /&gt;</w:t>
        <w:br/>
        <w:t>Грали музики, плили чари ночі,&lt;br /&gt;</w:t>
        <w:br/>
        <w:t>І нісся пристрасний циганський спів,&lt;br /&gt;</w:t>
        <w:br/>
        <w:t>І уста теплі були, й сині очі…</w:t>
      </w:r>
    </w:p>
    <w:p>
      <w:r>
        <w:br/>
        <w:t>Прийшов до мене спомин, як кошмар,&lt;br /&gt;</w:t>
        <w:br/>
        <w:t>І лазурями впився в мої груди,&lt;br /&gt;</w:t>
        <w:br/>
        <w:t>І шепотів: йде осінь, в'яне яр,&lt;br /&gt;</w:t>
        <w:br/>
        <w:t>А завтра,— гей, нас завтра вже й не буде!.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