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Осінь</w:t>
      </w:r>
    </w:p>
    <w:p>
      <w:r>
        <w:br/>
        <w:t>(Уривок)</w:t>
      </w:r>
    </w:p>
    <w:p>
      <w:r>
        <w:br/>
        <w:t>Днів пізніх осені не вміють шанувати,&lt;br /&gt;</w:t>
        <w:br/>
        <w:t>Та дуже їх люблю я, читачі мої,&lt;br /&gt;</w:t>
        <w:br/>
        <w:t>За тиху їх красу і за непишні шати.&lt;br /&gt;</w:t>
        <w:br/>
        <w:t>Дитина так мала, занедбана в сім'ї,&lt;br /&gt;</w:t>
        <w:br/>
        <w:t>Мене приваблює. Одверто вам сказати,&lt;br /&gt;</w:t>
        <w:br/>
        <w:t>Над всяку пору я люблю її;&lt;br /&gt;</w:t>
        <w:br/>
        <w:t>Багато доброго, коханець непримхливий,&lt;br /&gt;</w:t>
        <w:br/>
        <w:t>Зумів знайти я в ній, лагідній і пестливій.</w:t>
      </w:r>
    </w:p>
    <w:p>
      <w:r>
        <w:br/>
        <w:t>Як пояснити це? Сподобалась мені;&lt;br /&gt;</w:t>
        <w:br/>
        <w:t>Так інший з юнаків, бува, сухотну діву&lt;br /&gt;</w:t>
        <w:br/>
        <w:t>Сподоба інколи. Живе останні дні&lt;br /&gt;</w:t>
        <w:br/>
        <w:t>Сердешна дівчина без нарікань, без гніву,&lt;br /&gt;</w:t>
        <w:br/>
        <w:t>І сяють усміхом уста її марні,&lt;br /&gt;</w:t>
        <w:br/>
        <w:t>Не відчува вона ще смерть страшну, квапливу,&lt;br /&gt;</w:t>
        <w:br/>
        <w:t>Співає; щоки ще червоні і ясні,&lt;br /&gt;</w:t>
        <w:br/>
        <w:t>Сьогодні ще вона жива, а завтра — ні.</w:t>
      </w:r>
    </w:p>
    <w:p>
      <w:r>
        <w:br/>
        <w:t>Засмутлива пора! Очей зачарування!&lt;br /&gt;</w:t>
        <w:br/>
        <w:t>Приємні дні її прощальної краси,&lt;br /&gt;</w:t>
        <w:br/>
        <w:t>Люблю природи я розкішне завмирання,&lt;br /&gt;</w:t>
        <w:br/>
        <w:t>В багрець і золото одягнені ліси,&lt;br /&gt;</w:t>
        <w:br/>
        <w:t>У вітті вітру шум та свіже повівання,&lt;br /&gt;</w:t>
        <w:br/>
        <w:t>В імлі багристій ледве чутні голоси,&lt;br /&gt;</w:t>
        <w:br/>
        <w:t>Проміння нерясне, і перші ще морози,&lt;br /&gt;</w:t>
        <w:br/>
        <w:t>І сивої зими віддалені погрози.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