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Осел та кінь</w:t>
      </w:r>
    </w:p>
    <w:p>
      <w:r>
        <w:br/>
        <w:t xml:space="preserve"> В одного чоловіка були осел та кінь. Ішли вони дорогою ; осел і каже коневі: "Мені важко, не дотягну всього, візьми з мене хоч трохи". Кінь не послухав. Осел упав від натуги й помер. Господар переклав усе з осла на коня, та ще й шкуру ослячу, кінь аж завив: "Ой, горенько мені, бідолашному, лишенько мені, нещасному! Не хотів я йому трошки допомогти, тепер от усе тягну, та ще й шкуру".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Осел та кінь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