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Орли</w:t>
      </w:r>
    </w:p>
    <w:p>
      <w:r>
        <w:br/>
        <w:t xml:space="preserve"> Марно ради пита,&lt;br /&gt;</w:t>
        <w:br/>
        <w:t>Вся засмучена,&lt;br /&gt;</w:t>
        <w:br/>
        <w:t>Україна свята,&lt;br /&gt;</w:t>
        <w:br/>
        <w:t>Перемучена.</w:t>
      </w:r>
    </w:p>
    <w:p>
      <w:r>
        <w:br/>
        <w:t>Занедбали сини&lt;br /&gt;</w:t>
        <w:br/>
        <w:t>Рідну мовоньку,&lt;br /&gt;</w:t>
        <w:br/>
        <w:t>Не туди-бо вони&lt;br /&gt;</w:t>
        <w:br/>
        <w:t>Гнуть головоньку,</w:t>
      </w:r>
    </w:p>
    <w:p>
      <w:r>
        <w:br/>
        <w:t>На пожитки густі&lt;br /&gt;</w:t>
        <w:br/>
        <w:t>Позіхаючи&lt;br /&gt;</w:t>
        <w:br/>
        <w:t>Та кишені товсті&lt;br /&gt;</w:t>
        <w:br/>
        <w:t>Напихаючи.</w:t>
      </w:r>
    </w:p>
    <w:p>
      <w:r>
        <w:br/>
        <w:t>Дяка богу — всього&lt;br /&gt;</w:t>
        <w:br/>
        <w:t>Враз набралися:&lt;br /&gt;</w:t>
        <w:br/>
        <w:t>Від народу свого&lt;br /&gt;</w:t>
        <w:br/>
        <w:t>Одцуралися...</w:t>
      </w:r>
    </w:p>
    <w:p>
      <w:r>
        <w:br/>
        <w:t>А поки що чуже&lt;br /&gt;</w:t>
        <w:br/>
        <w:t>Розшолопають,-&lt;br /&gt;</w:t>
        <w:br/>
        <w:t>Чого вміли, то вже&lt;br /&gt;</w:t>
        <w:br/>
        <w:t>Не второпають...</w:t>
      </w:r>
    </w:p>
    <w:p>
      <w:r>
        <w:br/>
        <w:t>Ще й вирлають на мир&lt;br /&gt;</w:t>
        <w:br/>
        <w:t>Гірш Московщини:&lt;br /&gt;</w:t>
        <w:br/>
        <w:t>"Що за хлопський кумир&lt;br /&gt;</w:t>
        <w:br/>
        <w:t>Народовщини!"</w:t>
      </w:r>
    </w:p>
    <w:p>
      <w:r>
        <w:br/>
        <w:t>Чн таких ти орлів&lt;br /&gt;</w:t>
        <w:br/>
        <w:t>Сподівалася,&lt;br /&gt;</w:t>
        <w:br/>
        <w:t>Як за них лила крів,&lt;br /&gt;</w:t>
        <w:br/>
        <w:t>Турбувалася?</w:t>
      </w:r>
    </w:p>
    <w:p>
      <w:r>
        <w:br/>
        <w:t>Не так збавлять снаги&lt;br /&gt;</w:t>
        <w:br/>
        <w:t>Силоміцники,&lt;br /&gt;</w:t>
        <w:br/>
        <w:t>Як оті вороги,&lt;br /&gt;</w:t>
        <w:br/>
        <w:t>Підпомічники!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