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Орфей, Еврідіка, Гермес</w:t>
      </w:r>
    </w:p>
    <w:p>
      <w:r>
        <w:br/>
        <w:t xml:space="preserve"> ОРФЕЙ, ЕВРІДІКА, ГЕРМЕС</w:t>
      </w:r>
    </w:p>
    <w:p>
      <w:r>
        <w:br/>
        <w:t>Перекладач: Микола Бажан</w:t>
      </w:r>
    </w:p>
    <w:p>
      <w:r>
        <w:br/>
        <w:t>Була це душ копальня дивовижна,-&lt;br /&gt;</w:t>
        <w:br/>
        <w:t>у ній, як жили тихих срібних руд,&lt;br /&gt;</w:t>
        <w:br/>
        <w:t>тяглись вони крізь тьму. Поміж корінням&lt;br /&gt;</w:t>
        <w:br/>
        <w:t>струміла кров, що до людей пливла;&lt;br /&gt;</w:t>
        <w:br/>
        <w:t>тяжким порфіром в тьмі вона здавалась.&lt;br /&gt;</w:t>
        <w:br/>
        <w:t>Ото й увесь багрянець.&lt;br /&gt;</w:t>
        <w:br/>
        <w:t>Там були&lt;br /&gt;</w:t>
        <w:br/>
        <w:t>урвисті скелі, і ліси безлюдні,&lt;br /&gt;</w:t>
        <w:br/>
        <w:t>і зведені над пусткою мости,&lt;br /&gt;</w:t>
        <w:br/>
        <w:t>і той сліпий, великий, сірий став,&lt;br /&gt;</w:t>
        <w:br/>
        <w:t>що над своїм глибоким дном повиснув,&lt;br /&gt;</w:t>
        <w:br/>
        <w:t>як небо дощове над краєвидом.&lt;br /&gt;</w:t>
        <w:br/>
        <w:t>І поміж піль, полога і сумирна,&lt;br /&gt;</w:t>
        <w:br/>
        <w:t>виднілася бліда стяга? дороги,&lt;br /&gt;</w:t>
        <w:br/>
        <w:t>простелена, мов довге полотно.</w:t>
      </w:r>
    </w:p>
    <w:p>
      <w:r>
        <w:br/>
        <w:t>Дорогою цією йшли вони:</w:t>
      </w:r>
    </w:p>
    <w:p>
      <w:r>
        <w:br/>
        <w:t>Попереду ішов стрункий мужчина&lt;br /&gt;</w:t>
        <w:br/>
        <w:t>в киреї голубій; він нетерпляче&lt;br /&gt;</w:t>
        <w:br/>
        <w:t>і мовчазливо в далечінь вдивлявся,&lt;br /&gt;</w:t>
        <w:br/>
        <w:t>і крок його жадібно жер дорогу&lt;br /&gt;</w:t>
        <w:br/>
        <w:t>великими шматками; в нього руки&lt;br /&gt;</w:t>
        <w:br/>
        <w:t>звисали з-під киреї тяжко й хмурно,&lt;br /&gt;</w:t>
        <w:br/>
        <w:t>немов забули вже про легкість ліри,&lt;br /&gt;</w:t>
        <w:br/>
        <w:t>яка отак була вросла в лівицю,&lt;br /&gt;</w:t>
        <w:br/>
        <w:t>як віть троянди у гілки оливи.&lt;br /&gt;</w:t>
        <w:br/>
        <w:t>Чуття у ньому начебто двоїлись,&lt;br /&gt;</w:t>
        <w:br/>
        <w:t>бо мчався зір, неначе пес, вперед,&lt;br /&gt;</w:t>
        <w:br/>
        <w:t>вертався, і спинявся, і чекав&lt;br /&gt;</w:t>
        <w:br/>
        <w:t>на повороті ближчому дороги,-&lt;br /&gt;</w:t>
        <w:br/>
        <w:t>а нюх і слух позаду залишались.&lt;br /&gt;</w:t>
        <w:br/>
        <w:t>Йому здавалось іноді, що він&lt;br /&gt;</w:t>
        <w:br/>
        <w:t>вчуває кроки кожного з двох інших,&lt;br /&gt;</w:t>
        <w:br/>
        <w:t>які за ним узвозом вгору йшли.&lt;br /&gt;</w:t>
        <w:br/>
        <w:t>Проте це тільки крок його лунав&lt;br /&gt;</w:t>
        <w:br/>
        <w:t>і вітер ззаду торгав за кирею.&lt;br /&gt;</w:t>
        <w:br/>
        <w:t>Та він собі казав: "Вони ідуть",&lt;br /&gt;</w:t>
        <w:br/>
        <w:t>казав це гучно й до луни вслухався.&lt;br /&gt;</w:t>
        <w:br/>
        <w:t>Вони ідуть, але страшенно тихо&lt;br /&gt;</w:t>
        <w:br/>
        <w:t>обоє ходять. От якби посмів&lt;br /&gt;</w:t>
        <w:br/>
        <w:t>він обернутись (але обертатись&lt;br /&gt;</w:t>
        <w:br/>
        <w:t>було йому заказано при ділі,&lt;br /&gt;</w:t>
        <w:br/>
        <w:t>яке він майже довершив),— тоді&lt;br /&gt;</w:t>
        <w:br/>
        <w:t>побачив би, що йдуть обидва тихі:</w:t>
      </w:r>
    </w:p>
    <w:p>
      <w:r>
        <w:br/>
        <w:t>це бог мандрівок і доручень дальніх&lt;br /&gt;</w:t>
        <w:br/>
        <w:t>дорожній шлик над світлими очима,&lt;br /&gt;</w:t>
        <w:br/>
        <w:t>вперед простерта палиця струнка,&lt;br /&gt;</w:t>
        <w:br/>
        <w:t>маленькі крила, що об ступні б'ють,&lt;br /&gt;</w:t>
        <w:br/>
        <w:t>і звірена його руці — вона.&lt;br /&gt;</w:t>
        <w:br/>
        <w:t>Така кохана,— то її ця ліра&lt;br /&gt;</w:t>
        <w:br/>
        <w:t>оплакала за плакальниць усіх,&lt;br /&gt;</w:t>
        <w:br/>
        <w:t>аж світ на плач суцільний обернувся,&lt;br /&gt;</w:t>
        <w:br/>
        <w:t>де знову все було: і ліс, і діл,&lt;br /&gt;</w:t>
        <w:br/>
        <w:t>і шлях, і поле, і ріка, і звір;&lt;br /&gt;</w:t>
        <w:br/>
        <w:t>але й в плачливому отому світі&lt;br /&gt;</w:t>
        <w:br/>
        <w:t>так само, як над іншою землею,&lt;br /&gt;</w:t>
        <w:br/>
        <w:t>і сонце йшло, й зоріло тихе небо,&lt;br /&gt;</w:t>
        <w:br/>
        <w:t>плачливе небо в скривлених зірках,-&lt;br /&gt;</w:t>
        <w:br/>
        <w:t>така Кохана.</w:t>
      </w:r>
    </w:p>
    <w:p>
      <w:r>
        <w:br/>
        <w:t>Тепер вона ступає поруч бога,&lt;br /&gt;</w:t>
        <w:br/>
        <w:t>хоч довгий саван заважає йти,&lt;br /&gt;</w:t>
        <w:br/>
        <w:t>невпевнена, і ніжна, і терпляча.&lt;br /&gt;</w:t>
        <w:br/>
        <w:t>Вона неначе стала при надії,&lt;br /&gt;</w:t>
        <w:br/>
        <w:t>не думала й про мужа, що простує&lt;br /&gt;</w:t>
        <w:br/>
        <w:t>попереду, не думала й про шлях,&lt;br /&gt;</w:t>
        <w:br/>
        <w:t>що приведе її назад в життя.</w:t>
      </w:r>
    </w:p>
    <w:p>
      <w:r>
        <w:br/>
        <w:t>Вона в собі вся скупчилась, посмертям&lt;br /&gt;</w:t>
        <w:br/>
        <w:t>наповнена по вінця.&lt;br /&gt;</w:t>
        <w:br/>
        <w:t>Як плід вбирає солодощі й тьму,&lt;br /&gt;</w:t>
        <w:br/>
        <w:t>вона ввібрала в себе смерть велику,&lt;br /&gt;</w:t>
        <w:br/>
        <w:t>таку нову, що й не збагнути їй.</w:t>
      </w:r>
    </w:p>
    <w:p>
      <w:r>
        <w:br/>
        <w:t>В дівочості новітній, неторка?нній&lt;br /&gt;</w:t>
        <w:br/>
        <w:t>вона вже існувала; стать її&lt;br /&gt;</w:t>
        <w:br/>
        <w:t>була, немов надвечір юна квітка,&lt;br /&gt;</w:t>
        <w:br/>
        <w:t>і так одвикли від звичаїв шлюбних&lt;br /&gt;</w:t>
        <w:br/>
        <w:t>у неї руки, що й самого бога&lt;br /&gt;</w:t>
        <w:br/>
        <w:t>безкрайно лагідний напутній дотик&lt;br /&gt;</w:t>
        <w:br/>
        <w:t>її вражав, немов надмірна близькість.</w:t>
      </w:r>
    </w:p>
    <w:p>
      <w:r>
        <w:br/>
        <w:t>Вона уже — не та білява жінка,&lt;br /&gt;</w:t>
        <w:br/>
        <w:t>оспівана колись в піснях поета,&lt;br /&gt;</w:t>
        <w:br/>
        <w:t>вона уже — не пахощі й не острів&lt;br /&gt;</w:t>
        <w:br/>
        <w:t>широкої постелі, бо уже&lt;br /&gt;</w:t>
        <w:br/>
        <w:t>вона не власність жодного мужчини.</w:t>
      </w:r>
    </w:p>
    <w:p>
      <w:r>
        <w:br/>
        <w:t>Її розв'язано, мов довгі коси,&lt;br /&gt;</w:t>
        <w:br/>
        <w:t>і віддано, мов пробуялу зливу,&lt;br /&gt;</w:t>
        <w:br/>
        <w:t>й поділено, немов запас стокротний.</w:t>
      </w:r>
    </w:p>
    <w:p>
      <w:r>
        <w:br/>
        <w:t>Вона — вже корінь,&lt;br /&gt;</w:t>
        <w:br/>
        <w:t>і коли нараз&lt;br /&gt;</w:t>
        <w:br/>
        <w:t>її спинив і з розпачем промовив&lt;br /&gt;</w:t>
        <w:br/>
        <w:t>до неї бог: "А він таки оглянувсь",-&lt;br /&gt;</w:t>
        <w:br/>
        <w:t>безтямно й тихо запитала: "Хто?"</w:t>
      </w:r>
    </w:p>
    <w:p>
      <w:r>
        <w:br/>
        <w:t>А там здаля, при виході у світло,&lt;br /&gt;</w:t>
        <w:br/>
        <w:t>стояв хтось темний, що його обличчя&lt;br /&gt;</w:t>
        <w:br/>
        <w:t>не розпізнати. Він стояв і бачив,&lt;br /&gt;</w:t>
        <w:br/>
        <w:t>як на стезі дороги польової&lt;br /&gt;</w:t>
        <w:br/>
        <w:t>печальнозорий бог і посланець&lt;br /&gt;</w:t>
        <w:br/>
        <w:t>безмовно обернувся, щоб іти&lt;br /&gt;</w:t>
        <w:br/>
        <w:t>за постаттю, яка назад верталась,&lt;br /&gt;</w:t>
        <w:br/>
        <w:t>хоч довгий саван заважав іти,&lt;br /&gt;</w:t>
        <w:br/>
        <w:t>невпевнена, і ніжна, і терпляча.</w:t>
      </w:r>
    </w:p>
    <w:p>
      <w:r>
        <w:br/>
        <w:t>1904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Орфей, Еврідіка, Гермес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