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Оренда "схрещених ключів"</w:t>
      </w:r>
    </w:p>
    <w:p>
      <w:r>
        <w:br/>
        <w:t xml:space="preserve"> &lt;p&gt;Це історія про одного єпископа; таких історій чимало.</w:t>
      </w:r>
    </w:p>
    <w:p>
      <w:r>
        <w:br/>
        <w:t>Якось у неділю у соборі св. Павла службу божу мав правити єпископ. Оскільки випадок цей був винятковий, усі благочестиві газети Англії відрядили до собору своїх спеціальних представників для звіту.</w:t>
      </w:r>
    </w:p>
    <w:p>
      <w:r>
        <w:br/>
        <w:t>Одним із трьох тих репортерів був добродій такого поважного вигляду, що в ньому ніхто б і не признав газетяра. Його звичайно вважали за члена ради графства або принаймні за архідиякона. Насправді, однак, він був людиною далеко не безгрішною і полюбляв джин. Мешкав він у Боу і в згадану неділю о п'ятій годині вирушив з дому до місця своєї роботи.</w:t>
      </w:r>
    </w:p>
    <w:p>
      <w:r>
        <w:br/>
        <w:t>У сльотаву й непривітну надвечірню пору йти пішки від Боу до Сіті — річ не надто приємна, отож і невеликий був гріх, що дорогою наш репортер разів зо два заглядав до шиночків і підбадьорював себе чарочкою улюбленого напою. Опинившись поблизу собору, він побачив, що має в запасі ще двадцять хвилин — часу саме достатньо, щоб вихилити ще одну, останню чарку. У вузькому подвір'ї поряд із цвинтарем він помітив тихий шинок і, зайшовши туди, скрадливо прошепотів, нахиляючись над прилавком:</w:t>
      </w:r>
    </w:p>
    <w:p>
      <w:r>
        <w:br/>
        <w:t>— Прошу вас, голубко, чарочку гарячого джину.</w:t>
      </w:r>
    </w:p>
    <w:p>
      <w:r>
        <w:br/>
        <w:t>В голосі його бриніла смиренна гордість задоволеного своєю кар'єрою священнослужителя, а вся поведінка свідчила про бажання не привертати зайвих поглядів. Буфетниця, на яку його манери й зовнішність справили належне враження, кивнула на нього хазяїнові шинку. Хазяїн непомітно придивився до обличчя відвідувача, скільки його було видно між застебнутим до самого коміра пальтом і насунутим на очі капелюхом, і його пройняв подив, що такий статечний і скромний добродій знає про існування джину.</w:t>
      </w:r>
    </w:p>
    <w:p>
      <w:r>
        <w:br/>
        <w:t>Однак подив подивом, а клієнта треба обслуговувати. Отож замовлене питво подали, і воно йому припало до смаку. Газетяр, як добрий знавець, відразу визначив, що джин чудовий. Цей джин йому так сподобався, що він вирішив не пропускати нагоди й замовив ще чарку. За другим заходом був, можливо, і третій. А далі репортер увійшов у собор, сів на лаву й наготував блокнот.</w:t>
      </w:r>
    </w:p>
    <w:p>
      <w:r>
        <w:br/>
        <w:t>Під час відправи його опанувала та байдужість до всього земного, яку можуть навіяти лиш релігія або вино. Він чув, як добрий єпископ прочитав вірш із Біблії — тему, якій було присвячено сьогоднішню проповідь,— і відразу ж занотував собі його. Потім він почув: "По-шосте і останнє..." — і це теж занотував. А тоді придивився до своїх записів і вразився, де ж це поділись "по-перше" і т. д., аж до "по-п'яте" включно. Він так сидів і все дивувався, а тоді підвів голову й бачить, що публіка вже встає й готується виходити. Тільки тепер йому нарешті проясніло: то це він проспав найголовнішу частину проповіді?!</w:t>
      </w:r>
    </w:p>
    <w:p>
      <w:r>
        <w:br/>
        <w:t>Що ж тепер було робити? Він був представник однієї з провідних клерикальних газет. Цього-таки вечора йому треба було здати докладний звіт про відправу. Спіймавши за полу якогось церковнослужителя, він з тривогою запитав, чи єпископ ще в соборі. Служитель відповів, що той саме збирається виходити.</w:t>
      </w:r>
    </w:p>
    <w:p>
      <w:r>
        <w:br/>
        <w:t>— Я мушу негайно його побачити! — схвильовано вигукнув газетяр.</w:t>
      </w:r>
    </w:p>
    <w:p>
      <w:r>
        <w:br/>
        <w:t>— Неможливо,— похитав головою служитель.</w:t>
      </w:r>
    </w:p>
    <w:p>
      <w:r>
        <w:br/>
        <w:t>Газетяр зовсім знетямився й закричав:</w:t>
      </w:r>
    </w:p>
    <w:p>
      <w:r>
        <w:br/>
        <w:t>— Перекажіть єпископові, що покаянний грішник прагне поговорити з ним про сьогоднішню проповідь! Завтра буде пізно!</w:t>
      </w:r>
    </w:p>
    <w:p>
      <w:r>
        <w:br/>
        <w:t>Служителя це зворушило, єпископа теж. Він погодився прийняти бідолаху.</w:t>
      </w:r>
    </w:p>
    <w:p>
      <w:r>
        <w:br/>
        <w:t>Репортер зі слізьми на очах розповів єпископові всю правду, за винятком джину.</w:t>
      </w:r>
    </w:p>
    <w:p>
      <w:r>
        <w:br/>
        <w:t>Він сказав, що він бідна людина й має погане здоров'я, що він півночі не спав і всю дорогу від Боу йшов пішки. Особливо налягав він на те, що коли не подасть звіту про відправу, це матиме катастрофічні наслідки для нього і його родини. Єпископа пройняв жаль. А ще ж йому хотілося, щоб звіт про його проповідь потрапив на сторінки газети.</w:t>
      </w:r>
    </w:p>
    <w:p>
      <w:r>
        <w:br/>
        <w:t>— Сподіваюся, це буде вам наука і ви більше не заснете г. церкві,— поблажливо усміхаючись, сказав він.— На щастя, я захопив із собою свої нотатки і можу позичити їх вам, якщо ви обіцяєте поводитися з ними дуже дбайливо й повернути мені завтра рано вранці.</w:t>
      </w:r>
    </w:p>
    <w:p>
      <w:r>
        <w:br/>
        <w:t>З цими словами єпископ розчинив і простяг репортерові чепурненьку чорну шкіряну валізку, в якій лежав дбайливо згорнений у трубку рукопис.</w:t>
      </w:r>
    </w:p>
    <w:p>
      <w:r>
        <w:br/>
        <w:t>— Краще візьміть його разом з валізкою,— додав єпископ.— Тільки не забудьте завтра якнайраніш принести мені одне й друге.</w:t>
      </w:r>
    </w:p>
    <w:p>
      <w:r>
        <w:br/>
        <w:t>Коли репортер при світлі лампи в притворі заглянув у валізку, його опанувала просто неймовірна радість. Записи дбайливого єпископа були такі детальні й чіткі, що, власне, не поступалися перед звітом. Репортер мав у руках готовий матеріал! Він так зрадів, що вирішив ще причаститися джином і з цією метою рушив до згаданого вище закладу.</w:t>
      </w:r>
    </w:p>
    <w:p>
      <w:r>
        <w:br/>
        <w:t>— У вас тут справді пречудовий джин,— звернувся він до буфетниці, вихиливши чарку.— А чи не наллєте, голубко, ви мені ще одну?</w:t>
      </w:r>
    </w:p>
    <w:p>
      <w:r>
        <w:br/>
        <w:t>Об одинадцятій годині хазяїн чемно, але твердо запропонував клієнтові вийти з шинку, і газетяр підвівся й за допомогою хлопчини-прислужника перетнув подвір'я. Коли репортер вийшов, хазяїн помітив біля того місця, де він сидів, акуратну чорну валізку. Оглянувши її з усіх боків, шинкар побачив під ручкою мідну пластинку з вигравіруваним на ній ім'ям і титулом власника. А всередині валізки лежав дбайливо скручений рукопис, і у верхньому його кутку стояли єпископові ім'я й адреса.</w:t>
      </w:r>
    </w:p>
    <w:p>
      <w:r>
        <w:br/>
        <w:t>Хазяїн вражено присвиснув і, втупивши у валізку вирячені очі, довго стояв над нею. Тоді надів пальто, взяв валізку і, пирскаючи сміхом, вийшов. По той бік подвір'я було помешкання каноніка, що жив при соборі; отож до нього й подзвонив шинкар.</w:t>
      </w:r>
    </w:p>
    <w:p>
      <w:r>
        <w:br/>
        <w:t>— Перекажіть містерові ***,— звернувся він до служниці,— що мені треба його бачити. Я б не турбував його такої пізньої пори, але справа вкрай важлива.</w:t>
      </w:r>
    </w:p>
    <w:p>
      <w:r>
        <w:br/>
        <w:t>Гостя провели на другий поверх. Там він тихо причинив за собою двері й шанобливо кахикнув.</w:t>
      </w:r>
    </w:p>
    <w:p>
      <w:r>
        <w:br/>
        <w:t>— Отже, що сталося, містере Пітерс? (назвімо шинкаря хоча б так) — запитав канонік.</w:t>
      </w:r>
    </w:p>
    <w:p>
      <w:r>
        <w:br/>
        <w:t>— Сер,— відповів містер Пітерс, ретельно добираючи слова.— Я щодо цієї самої оренди. Я все-таки маю на вас, добродії, надію, що ви якось там улаштуєте, щоб вона була не на чотирнадцять років, а на двадцять один.</w:t>
      </w:r>
    </w:p>
    <w:p>
      <w:r>
        <w:br/>
        <w:t>— Боже милостивий! — обурений канонік аж схопився з місця.— То це вас принесло об одинадцятій годині вечора, та ще й у неділю, щоб морочити мені голову своєю орендою?</w:t>
      </w:r>
    </w:p>
    <w:p>
      <w:r>
        <w:br/>
        <w:t>— Ну, не тільки це, сер,— анітрохи не збентежившись, відповів містер Пітерс.— Я маю ще одну невеличку справу до вас, ось оцю.— І власник шинку поклав перед каноніком валізку, а тоді розповів усю пригоду з нею.</w:t>
      </w:r>
    </w:p>
    <w:p>
      <w:r>
        <w:br/>
        <w:t>Канонік витріщився на гостя, а гість на каноніка.</w:t>
      </w:r>
    </w:p>
    <w:p>
      <w:r>
        <w:br/>
        <w:t>— Це якесь непорозуміння,— промовив нарешті канонік.</w:t>
      </w:r>
    </w:p>
    <w:p>
      <w:r>
        <w:br/>
        <w:t>— Ніякого непорозуміння,— заперечив містер Пітерс.— Я зразу, як його побачив, укмітив, що діло тут нечисте. До нас такі не заглядають, і я бачив, як він ховав лице. Коли це не наш єпископ — уважайте, що я нічогісінько не тямлю в єпископах, це я вам кажу. Та й ось же його валізка і його проповідь.</w:t>
      </w:r>
    </w:p>
    <w:p>
      <w:r>
        <w:br/>
        <w:t>Містер Пітерс схрестив руки на грудях і чекав, що скаже канонік. Той сидів і міркував. Що ж, в історії церкви таке траплялося, і в нинішній пригоді нема нічого неймовірного.</w:t>
      </w:r>
    </w:p>
    <w:p>
      <w:r>
        <w:br/>
        <w:t>— Хто-небудь, крім вас, знає про цю пригоду?</w:t>
      </w:r>
    </w:p>
    <w:p>
      <w:r>
        <w:br/>
        <w:t>— Жодна жива душа,— відказав містер Пітерс.— Поки що.</w:t>
      </w:r>
    </w:p>
    <w:p>
      <w:r>
        <w:br/>
        <w:t>— Я гадаю, містере Пітерс... Гадаю, що нам пощастить продовжити вашу оренду до двадцяти одного року.</w:t>
      </w:r>
    </w:p>
    <w:p>
      <w:r>
        <w:br/>
        <w:t>— Щиро вам дякую, сер,— сказав містер Пітерс і вийшов.</w:t>
      </w:r>
    </w:p>
    <w:p>
      <w:r>
        <w:br/>
        <w:t>Наступного ранку канонік прибув до єпископа й виклав перед ним валізку.</w:t>
      </w:r>
    </w:p>
    <w:p>
      <w:r>
        <w:br/>
        <w:t>— А-а, отже, це він передав її через вас,— весело промовив єпископ.</w:t>
      </w:r>
    </w:p>
    <w:p>
      <w:r>
        <w:br/>
        <w:t>— Так, сер,— відповів канонік.—Хвалити бога, що він приніс її саме мені. Я вважаю за свій обов'язок поінформувати ваше преосвященство, що мені відомі обставини, за яких ви залишили цю валізку.</w:t>
      </w:r>
    </w:p>
    <w:p>
      <w:r>
        <w:br/>
        <w:t>Єпископ трохи ошелешено засміявся, побачивши докірливий погляд каноніка.</w:t>
      </w:r>
    </w:p>
    <w:p>
      <w:r>
        <w:br/>
        <w:t>— Може, й справді мені не слід було так робити,— примирливо сказав він канонікові.— Але все добре, що добре кінчається,— і єпископ знов засміявся.</w:t>
      </w:r>
    </w:p>
    <w:p>
      <w:r>
        <w:br/>
        <w:t>Канонік не витримав.</w:t>
      </w:r>
    </w:p>
    <w:p>
      <w:r>
        <w:br/>
        <w:t>— Ох, сер! — запально вигукнув він.— В ім'я творця... заради нашої церкви, прошу вас... благаю вас ніколи більш не допускатись такого!</w:t>
      </w:r>
    </w:p>
    <w:p>
      <w:r>
        <w:br/>
        <w:t>В єпископі почав прокидатися гнів.</w:t>
      </w:r>
    </w:p>
    <w:p>
      <w:r>
        <w:br/>
        <w:t>— Та в чому річ? Чого ви через якусь там дрібницю так розходилися? — вигукнув він, але страдницький вигляд каноніка не дав йому говорити далі.— Як до вас потрапила ця валізка? — спитав єпископ.</w:t>
      </w:r>
    </w:p>
    <w:p>
      <w:r>
        <w:br/>
        <w:t>— Мені її приніс власник "Схрещених ключів",— відповів канонік.— Учора ввечері ви забули її в його закладі.</w:t>
      </w:r>
    </w:p>
    <w:p>
      <w:r>
        <w:br/>
        <w:t>Єпископ розтулив рота й важко осів у крісло. Трохи опам'ятавшись, він розповів канонікові, як усе було насправді, і бідолашний канонік досі силкується в це повірити.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Оренда "схрещених ключів"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