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Орел, ворона та пастух</w:t>
      </w:r>
    </w:p>
    <w:p>
      <w:r>
        <w:br/>
        <w:t xml:space="preserve"> &lt;p&gt;Пас якось пастух овець на зеленій горі. Раптом з високості ринув на отару орел, ухопив кігтями ягня, шугнув з ним у небо й полетів на неприступну скелю, де мав гніздо.</w:t>
      </w:r>
    </w:p>
    <w:p>
      <w:r>
        <w:br/>
        <w:t>Побачила те ворона й подумала:</w:t>
      </w:r>
    </w:p>
    <w:p>
      <w:r>
        <w:br/>
        <w:t>"Бач, як легко здобув орел поживу! Чому б і мені так не зробити? Чим він кращий за мене? Хіба в нього розуму більше? Схоплю-но і я вівцю!"</w:t>
      </w:r>
    </w:p>
    <w:p>
      <w:r>
        <w:br/>
        <w:t>Полетіла ворона до отари, покружляла над нею й кинулася на барана. Та коли вчепилася йому в спину, заплуталася в вовні і, замість злетіти разом із здобиччю, сама спіймалася, та так міцно, наче хто її прив'язав. Засіпалася ворона, забила крилами, щоби звільнитися. Але бараняча вовна обплелася круг її ніг і не пускала. Що дужче рвалася ворона, що більше старалася — то дужче заплутувалася.</w:t>
      </w:r>
    </w:p>
    <w:p>
      <w:r>
        <w:br/>
        <w:t>Пастух, який сидів поблизу, почув биття крил і сказав собі:</w:t>
      </w:r>
    </w:p>
    <w:p>
      <w:r>
        <w:br/>
        <w:t>— Десь тут птах є... Чому він так тріпонеться? Піду-но гляну.</w:t>
      </w:r>
    </w:p>
    <w:p>
      <w:r>
        <w:br/>
        <w:t>Іде він, оглядає отару, аж бачить — ворона б'ється на баранячій спині.</w:t>
      </w:r>
    </w:p>
    <w:p>
      <w:r>
        <w:br/>
        <w:t>— Оце так! — здивувався пастух.— Що це ти, пані вороно, робиш із моїм бараном? В орла граєш, чи що? Ну, начувайся!</w:t>
      </w:r>
    </w:p>
    <w:p>
      <w:r>
        <w:br/>
        <w:t>Схопив кумасю, виплутав з вовни та й повисмикував пір'я з крил. Потім прив'язав до гілки, а ввечері забрав додому. Його діти дуже зраділи, побачивши ворону.</w:t>
      </w:r>
    </w:p>
    <w:p>
      <w:r>
        <w:br/>
        <w:t>— Що це за птах, тату? Ми такого ще не бачили.</w:t>
      </w:r>
    </w:p>
    <w:p>
      <w:r>
        <w:br/>
        <w:t>— Це ворона. Але вона хоче стати орлом.</w:t>
      </w:r>
    </w:p>
    <w:p>
      <w:r>
        <w:br/>
        <w:t>— Чому вона хоче стати орлом? — питає більший син.</w:t>
      </w:r>
    </w:p>
    <w:p>
      <w:r>
        <w:br/>
        <w:t>— Бо побачила, як орел полює, то й забаглося їй полювати так само. А про те забула, що орел великий та дужий, а вона — звичайний собі птах. Тому сьогодні й попалася.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Орел, ворона та пастух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