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Орден</w:t>
      </w:r>
    </w:p>
    <w:p>
      <w:r>
        <w:br/>
        <w:t xml:space="preserve"> &lt;p&gt;Усі люди народжуються з яким-небудь нахилом, покликанням або хоч бажанням, що збуджується в них, тільки-но вони почнуть говорити чи думати.</w:t>
      </w:r>
    </w:p>
    <w:p>
      <w:r>
        <w:br/>
        <w:t>Пан Сакреман змалку тільки й мав на думці, що дістати орден. Хлопцем він носив олов’яний хрест Почесного легіону, як інші діти носять військовий кашкет, і на вулиці гордо йшов під руку з матір’ю, випинаючи вузенькі груди, прикрашені червоною стьожкою й металевою зіркою.</w:t>
      </w:r>
    </w:p>
    <w:p>
      <w:r>
        <w:br/>
        <w:t>Скінчивши скромну науку, він невдало пробував скласти іспити на бакалавра і, не знаючи, що робити далі, одружився з гарною дівчиною, бо ж був досить заможний.</w:t>
      </w:r>
    </w:p>
    <w:p>
      <w:r>
        <w:br/>
        <w:t>Вони жили в Парижі, як живуть багаті буржуа, обертаючись у своєму колі, але з певним добором, пишаючись знайомством з одним депутатом, що міг стати міністром, і приятелюючи з двома начальниками відділів.</w:t>
      </w:r>
    </w:p>
    <w:p>
      <w:r>
        <w:br/>
        <w:t>Але думка, що запала Сакреманові в голову ще змалечку, не покидала його, і він повсякчас страждав, що так і не домігся права оздобити груди барвистою стьожечкою.</w:t>
      </w:r>
    </w:p>
    <w:p>
      <w:r>
        <w:br/>
        <w:t>Його вражало до живого серця, коли на бульварі він зустрічав людей з орденами. Він скоса поглядав на них із заздрісним роздратуванням. Іноді, в довгі години пообіднього дозвілля, він брався їх підраховувати. Він казав собі: "Ану, скільки стріну я від святої Магдаліни до вулиці Друо".</w:t>
      </w:r>
    </w:p>
    <w:p>
      <w:r>
        <w:br/>
        <w:t>І він ішов собі поволі, приглядаючись до костюмів, уже здалека розпізнаючи звиклим оком маленьку червону ця*г-ку. І щоразу наприкінці прогулянки кількість орденів вражала його.</w:t>
      </w:r>
    </w:p>
    <w:p>
      <w:r>
        <w:br/>
        <w:t>"Вісім офіцерів і сімнадцять кавалерів! Аж ось скільки!</w:t>
      </w:r>
    </w:p>
    <w:p>
      <w:r>
        <w:br/>
        <w:t>Яке безглуздя роздавати хрести першому-ліпшому! Цікаво, чи стріну я стільки, коли вертатимусь".</w:t>
      </w:r>
    </w:p>
    <w:p>
      <w:r>
        <w:br/>
        <w:t>І він ішов назад тихою ходою, впадаючи в розпач, коли вулична тиснява заважала його підрахункам і він міг кого-небудь пропустити. Він знав квартали, де кавалери орденів найчастіше зустрічалися. їх аж роїлося в Пале-Роллі, на авеню Опери їх було менше, ніж на вулиці Миру; правому боку бульвару вони віддавали перевагу перед лівим.</w:t>
      </w:r>
    </w:p>
    <w:p>
      <w:r>
        <w:br/>
        <w:t>Вони мали, очевидно, свої улюблені кав’ярні, театри. Щоразу, як Сакреман помічав гурт старих сивоволосих добродіїв, що, спинившись посеред тротуару, заважали рухові, він казав собі: "Ото офіцери ордена Почесного легіону!" І йому кортіло вклонитися їм.</w:t>
      </w:r>
    </w:p>
    <w:p>
      <w:r>
        <w:br/>
        <w:t>Офіцери (він це часто помічав) мають іншу поставу, ніж звичайні кавалери. Відразу видно, що їхня громадська вага більша, вплив ширший.</w:t>
      </w:r>
    </w:p>
    <w:p>
      <w:r>
        <w:br/>
        <w:t>Але часом Сакреман аж сатанів із гніву на всіх нагороджених і ненавидів їх ненавистю соціаліста.</w:t>
      </w:r>
    </w:p>
    <w:p>
      <w:r>
        <w:br/>
        <w:t>Тоді ордени дратували його, як дратують голодного бідаря ласощі, виставлені в вітрині гастрономічної крамниці, і, вернувшись додому, він голосно заявляв:</w:t>
      </w:r>
    </w:p>
    <w:p>
      <w:r>
        <w:br/>
        <w:t>— Коли ж нарешті ми позбудемося цього мерзенного уряду?</w:t>
      </w:r>
    </w:p>
    <w:p>
      <w:r>
        <w:br/>
        <w:t>— Що з тобою таке сьогодні? — здивовано питала жінка.</w:t>
      </w:r>
    </w:p>
    <w:p>
      <w:r>
        <w:br/>
        <w:t>— А те, — відповідав він, — що я обурений кривдою, я бачу її скрізь. Ах, яку рацію мали комунари.</w:t>
      </w:r>
    </w:p>
    <w:p>
      <w:r>
        <w:br/>
        <w:t>Проте по обіді він зло" ішов з дому помилуватися на вітрини з орденами. Він споглядав усі ці відзнаки різноманітної форми і барви. Він хотів би володіти геть усіма ними й на урочистих прилюдних зборах, десь у величезній залі, повній люду, повній захопленої юрби, іти на чолі кортежу, виблискуючи грудьми, вздовж і впоперек вкритими низками орденів, виступати поважно, з шапокляком під пахвою, сяючи, мов якесь світило серед здивованого шепотіння, серед шанобливого гомону.</w:t>
      </w:r>
    </w:p>
    <w:p>
      <w:r>
        <w:br/>
        <w:t>А втім, як на лихо, заслуг до нагороди він не мав.</w:t>
      </w:r>
    </w:p>
    <w:p>
      <w:r>
        <w:br/>
        <w:t>"Орден Почесного легіону, — міркував він, — не так легко дістати людині, що не виконує жодних громадських обов’язків. Чи не вшанують мене відзнакою за народну освіту?"</w:t>
      </w:r>
    </w:p>
    <w:p>
      <w:r>
        <w:br/>
        <w:t>Але він не знав, як до цього взятися. Коли звернувся за порадою до жінки, та дуже здивувалася:</w:t>
      </w:r>
    </w:p>
    <w:p>
      <w:r>
        <w:br/>
        <w:t>— За народну освіту? Що ж ти зробив такого?</w:t>
      </w:r>
    </w:p>
    <w:p>
      <w:r>
        <w:br/>
        <w:t>Він спалахнув:</w:t>
      </w:r>
    </w:p>
    <w:p>
      <w:r>
        <w:br/>
        <w:t>— Як ти не збагнеш! Я саме обмірковую, що б таке зробити. Ти часом буваєш якась безголова.</w:t>
      </w:r>
    </w:p>
    <w:p>
      <w:r>
        <w:br/>
        <w:t>Вона всміхнулася:</w:t>
      </w:r>
    </w:p>
    <w:p>
      <w:r>
        <w:br/>
        <w:t>— Звісно, твоя правда. Але ж я також не знаю!</w:t>
      </w:r>
    </w:p>
    <w:p>
      <w:r>
        <w:br/>
        <w:t>Та йому запала в голову одна думка:</w:t>
      </w:r>
    </w:p>
    <w:p>
      <w:r>
        <w:br/>
        <w:t>— А чи не побалакати тобі з депутатом Росселеном? Він може дати добру пораду. Мені самому, розумієш, якось незручно заговорити з ним про це. Надто вже делікатна, надто складна справа. А тобі запитати цілком доречно…</w:t>
      </w:r>
    </w:p>
    <w:p>
      <w:r>
        <w:br/>
        <w:t>Пані Сакреман задовольнила його прохання. Росселен обіцяв поговорити з міністром. Сакреман докучав йому нагадуванням. Кінець кінцем депутат відповів йому, що треба подати прохання, перелічивши там свої вчені ступені.</w:t>
      </w:r>
    </w:p>
    <w:p>
      <w:r>
        <w:br/>
        <w:t>Свої ступені?.. От тобі й маєш! Але ж він не був навіть бакалавром.</w:t>
      </w:r>
    </w:p>
    <w:p>
      <w:r>
        <w:br/>
        <w:t>Одначе треба ж було з чогось почати, і Сакреман заходився писати брошуру під назвою: "Про право народу на освіту". Але вбогість думки перешкодила йому завершити працю.</w:t>
      </w:r>
    </w:p>
    <w:p>
      <w:r>
        <w:br/>
        <w:t>Тоді він став шукати тем легших і брався по черзі то до однієї, то до другої. Перша була: "Наочне навчання дітей". Він вимагав, щоб у бідацьких кварталах було засновано щось на зразок безплатних театрів для дітей. Батьки приводили б їх туди ще з самого малку, і там, за допомогою чародійного ліхтаря, їм викладалися б основи з усіх чисто галузей людського знання. Так можна було б пройти справжній курс навчання. Зір освічував би мозок, і образи відбивалися б у пам’яті, роблячи науку, так би мовити, наочною.</w:t>
      </w:r>
    </w:p>
    <w:p>
      <w:r>
        <w:br/>
        <w:t>Хіба є що простіше, як навчити таким способом всесвітньої історії, географії, природничої науки, ботаніки, зоології, анатомії тощо?</w:t>
      </w:r>
    </w:p>
    <w:p>
      <w:r>
        <w:br/>
        <w:t>Надрукувавши цю розвідку, він порозсилав її по одному примірнику кожному депутатові, по десяти — кожному міністрові, п’ятдесят — президентові республіки, по десяти — в редакції паризьких газет, по п’яти — в редакції газет провінційних.</w:t>
      </w:r>
    </w:p>
    <w:p>
      <w:r>
        <w:br/>
        <w:t>Потім він порушив ще питання про вуличні бібліотечки, вимагаючи від уряду, щоб вулицями розвозили книжки в маленьких візках, як розвозять апельсини. Кожний житель, заплативши за абонемент одне су, мав би право прочитувати по десять томів щомісяця.</w:t>
      </w:r>
    </w:p>
    <w:p>
      <w:r>
        <w:br/>
        <w:t>"Народ, — писав Сакреман, — прагне лише розваг. Сам він не йде до знання, нехай же знання прийде до нього".</w:t>
      </w:r>
    </w:p>
    <w:p>
      <w:r>
        <w:br/>
        <w:t>Його праці не наробили шелесту. Проте він подав прохання. Йому відповіли, що взято до відома і з його працями знайомляться. Він був. певний успіху, став чекати, але відповіді не було.</w:t>
      </w:r>
    </w:p>
    <w:p>
      <w:r>
        <w:br/>
        <w:t>Тоді він вирішив поклопотатися сам. Він прохав аудієнції в міністра народної освіти, і його прийняв один із секретарів, зовсім ще молодий, але статечний і поважний, котрий, наче граючи на піаніно, натискував ряди білих кнопок і викликав кур’єрів, служників, молодших чиновників. Він запевнив прохача, що справа його розглядається, і порадив йому провадити далі свої видатні дослідження.</w:t>
      </w:r>
    </w:p>
    <w:p>
      <w:r>
        <w:br/>
        <w:t>І пан Сакреман знову заходився писати.</w:t>
      </w:r>
    </w:p>
    <w:p>
      <w:r>
        <w:br/>
        <w:t>Депутат Росселен, здавалося, тепер зацікавився його успіхами і навіть давав йому багато доладних практичних порад. Він і сам був нагороджений орденом, хоч ніхто не знав, за які заслуги.</w:t>
      </w:r>
    </w:p>
    <w:p>
      <w:r>
        <w:br/>
        <w:t>Він указав Сакреманові нові теми для розвідок, увів його до вчених з товариства, що працювали коло надто темних наукових питань, сподіваючись здобути шану* і навіть протегував йому в міністерстві.</w:t>
      </w:r>
    </w:p>
    <w:p>
      <w:r>
        <w:br/>
        <w:t>Отож, прийшовши якось до свого приятеля поснідати (останніми місяцями Росселен частенько снідав і обідав у них), він, стискаючи Сакреманові руку, пошепки сказав йому:</w:t>
      </w:r>
    </w:p>
    <w:p>
      <w:r>
        <w:br/>
        <w:t>— Я щойно домігся для вас великої ласки. Комітет історичних розвідок доручає вам одну справу. Треба провести дослідження по різних бібліотеках Франції.</w:t>
      </w:r>
    </w:p>
    <w:p>
      <w:r>
        <w:br/>
        <w:t>Сакреман з хвилювання не міг уже ані їсти, ані пити. Через тиждень він поїхав.</w:t>
      </w:r>
    </w:p>
    <w:p>
      <w:r>
        <w:br/>
        <w:t>Він їздив із міста до міста, вивчаючи каталоги, копаючись по горищах, завалених старими, вкритими порохом томами, стягаючи на себе ненависть бібліотекарів.</w:t>
      </w:r>
    </w:p>
    <w:p>
      <w:r>
        <w:br/>
        <w:t>Але якось увечері, коли він був у Руані, йому захотілось одвідати дружину, — він не бачився з нею уже тиждень; він сів на дев’ятигодинний поїзд, розраховуючи опівночі дістатися додому.</w:t>
      </w:r>
    </w:p>
    <w:p>
      <w:r>
        <w:br/>
        <w:t>Він мав свого ключа. Сакреман увійшов безгучно, увесь тремтячи з радощів, уявляючи щасливий подив дружини. Двері до спальні замкнено — як шкода! Він гукнув:</w:t>
      </w:r>
    </w:p>
    <w:p>
      <w:r>
        <w:br/>
        <w:t>— Жанно, це я!</w:t>
      </w:r>
    </w:p>
    <w:p>
      <w:r>
        <w:br/>
        <w:t>Вона, очевидно, сильно злякалася, бо чути було, як вона сплигнула з ліжка і розмовляла сама з собою, немов уві сні. Потім побігла до своєї вбиральні, грюкнула дверима і забігала босоніж туди й сюди по кімнаті, соваючи меблі так, що дзеленькотіли скляні дверцята шаф. Нарешті вона спитала:</w:t>
      </w:r>
    </w:p>
    <w:p>
      <w:r>
        <w:br/>
        <w:t>— То це ти, Александре?</w:t>
      </w:r>
    </w:p>
    <w:p>
      <w:r>
        <w:br/>
        <w:t>— Авжеж, я, — відповів Сакреман, — відчини мені.</w:t>
      </w:r>
    </w:p>
    <w:p>
      <w:r>
        <w:br/>
        <w:t>Двері розчинилися, й жінка кинулася йому на груди,</w:t>
      </w:r>
    </w:p>
    <w:p>
      <w:r>
        <w:br/>
        <w:t>лепечучи:</w:t>
      </w:r>
    </w:p>
    <w:p>
      <w:r>
        <w:br/>
        <w:t>— О, як я злякалась! Яка несподіванка! Яка радість!</w:t>
      </w:r>
    </w:p>
    <w:p>
      <w:r>
        <w:br/>
        <w:t>Сакреман почав роздягатися з властивою йому акуратністю і взяв уже із стільця своє пальто, щоб повісити його в передпокої. І враз аж остовпів з подиву. В петельці була червона стьожка!</w:t>
      </w:r>
    </w:p>
    <w:p>
      <w:r>
        <w:br/>
        <w:t>— Це… це… — промимрив він, — це пальто з орденом!</w:t>
      </w:r>
    </w:p>
    <w:p>
      <w:r>
        <w:br/>
        <w:t>Жінка кинулась до нього, обіруч схопивши пальто, і</w:t>
      </w:r>
    </w:p>
    <w:p>
      <w:r>
        <w:br/>
        <w:t>гукнула:</w:t>
      </w:r>
    </w:p>
    <w:p>
      <w:r>
        <w:br/>
        <w:t>— Ні, ти помиляєшся… віддай мені його!</w:t>
      </w:r>
    </w:p>
    <w:p>
      <w:r>
        <w:br/>
        <w:t>Але Сакреман ухопився за рукав і повторював, як несамовитий:</w:t>
      </w:r>
    </w:p>
    <w:p>
      <w:r>
        <w:br/>
        <w:t>— Що воно таке?.. Чому це?.. Поясни мені… Чиє це пальто?.. Воно не моє, бо на ньому орден Почесного легіону!</w:t>
      </w:r>
    </w:p>
    <w:p>
      <w:r>
        <w:br/>
        <w:t>Жінка ж, стараючись видерти в нього пальто, розгублено бубоніла:</w:t>
      </w:r>
    </w:p>
    <w:p>
      <w:r>
        <w:br/>
        <w:t>— Послухай… послухай… віддай-но… Я не можу тобі сказати… це секрет… послухай!</w:t>
      </w:r>
    </w:p>
    <w:p>
      <w:r>
        <w:br/>
        <w:t>Але Сакреман сердився й полотнів:</w:t>
      </w:r>
    </w:p>
    <w:p>
      <w:r>
        <w:br/>
        <w:t>— Я хочу знати, як тут опинилося це пальто. Воно не моє.</w:t>
      </w:r>
    </w:p>
    <w:p>
      <w:r>
        <w:br/>
        <w:t>Тоді вона гукнула йому в саме обличчя:</w:t>
      </w:r>
    </w:p>
    <w:p>
      <w:r>
        <w:br/>
        <w:t>— Гаразд, мовчи тільки, присягнися мені… Так от… тебе нагороджено!</w:t>
      </w:r>
    </w:p>
    <w:p>
      <w:r>
        <w:br/>
        <w:t>З хвилювання Сакреман випустив пальто й упав у крісло:</w:t>
      </w:r>
    </w:p>
    <w:p>
      <w:r>
        <w:br/>
        <w:t>— Мене… ти кажеш… мене… нагороджено…</w:t>
      </w:r>
    </w:p>
    <w:p>
      <w:r>
        <w:br/>
        <w:t>— Так… це секрет… великий секрет…</w:t>
      </w:r>
    </w:p>
    <w:p>
      <w:r>
        <w:br/>
        <w:t>Замкнувши в шафу славою овіяний одяг, пані Сакреман підійшла до свого чоловіка тремтяча й зблідла.</w:t>
      </w:r>
    </w:p>
    <w:p>
      <w:r>
        <w:br/>
        <w:t>— Так, — повела вона далі,— це нове пальто, яке я замовила для тебе. Але я присягнулася нічого тобі не казати. Це буде офіційно оголошено за місяць або півтора. Тобі спершу треба закінчити дослідження. Ти не повинен цього</w:t>
      </w:r>
    </w:p>
    <w:p>
      <w:r>
        <w:br/>
        <w:t>знати, аж поки не вернешся. То пан Росселен домігся цього для тебе…</w:t>
      </w:r>
    </w:p>
    <w:p>
      <w:r>
        <w:br/>
        <w:t>— Росселен… Орден… Він мені добув орден… він… я… я… га!..</w:t>
      </w:r>
    </w:p>
    <w:p>
      <w:r>
        <w:br/>
        <w:t>Сакреман був навіть змушений випити склянку води.</w:t>
      </w:r>
    </w:p>
    <w:p>
      <w:r>
        <w:br/>
        <w:t>На підлозі білів клаптик паперу, що випав із кишені пальто. Сакреман підняв його — це була візитна картка. Він прочитай: "Росселен, депутат".</w:t>
      </w:r>
    </w:p>
    <w:p>
      <w:r>
        <w:br/>
        <w:t>— Ось бачиш, — сказала жінка.</w:t>
      </w:r>
    </w:p>
    <w:p>
      <w:r>
        <w:br/>
        <w:t>Сакреман з радощів аж зайшовся слізьми.</w:t>
      </w:r>
    </w:p>
    <w:p>
      <w:r>
        <w:br/>
        <w:t>А через тиждень в "Урядовому віснику" було оголошено, що пана Сакремана за особливі заслуги нагороджено званням кавалера ордена Почесного легіону.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Орден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