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Олівець-малювець</w:t>
      </w:r>
    </w:p>
    <w:p>
      <w:r>
        <w:br/>
        <w:t xml:space="preserve"> &lt;p&gt;Взяла Яся олівець, олівець-малювець. Сіла Яся біля столу, розгорнула папірець.</w:t>
      </w:r>
    </w:p>
    <w:p>
      <w:r>
        <w:br/>
        <w:t>Треба тут намалювати отаку здорову хату! Вікна. Дах. Димар на нім. З димара — великий дим!</w:t>
      </w:r>
    </w:p>
    <w:p>
      <w:r>
        <w:br/>
        <w:t>Ось травичка. Ось доріжка. Ось дитинка. Ручки. Ніжки. Ротик. Носик. Голова. І волосся — як трава.</w:t>
      </w:r>
    </w:p>
    <w:p>
      <w:r>
        <w:br/>
        <w:t>Ось на небі сонце сяє. Довгі промені ясні... А в сторонці, під віконцем, квітнуть квіти запашні.</w:t>
      </w:r>
    </w:p>
    <w:p>
      <w:r>
        <w:br/>
        <w:t>У дитинки є спідничка, а на ніжках черевички. Ще їй кошика зроби — піде ляля по гриби.</w:t>
      </w:r>
    </w:p>
    <w:p>
      <w:r>
        <w:br/>
        <w:t>Ліс такий густий, кошлатий, і дерев у нім багато — все ялинки та дубки. Як щітки, стирчать гілки. А під кожним під дубочком два грибочки, три грибочки, ось чотири, ось і п'ять... Вже нема де малювать!</w:t>
      </w:r>
    </w:p>
    <w:p>
      <w:r>
        <w:br/>
        <w:t>Ось і блискавка! І грім!</w:t>
      </w:r>
    </w:p>
    <w:p>
      <w:r>
        <w:br/>
        <w:t>І полився з хмари дощик на грибочки, на дубочки, на ялинку, на хатинку, на малесеньку дитинку, на волоссячко, на кошик ллється дощик, дощик, дощик, ллється швидко, швидко, швидко!</w:t>
      </w:r>
    </w:p>
    <w:p>
      <w:r>
        <w:br/>
        <w:t>І нічого вже не видко!</w:t>
      </w:r>
    </w:p>
    <w:p>
      <w:r>
        <w:br/>
        <w:t>— Що ж ти, Ясю, наробила? Зачорнила весь папір! І протерла, і продерла, і пробила аж до дір!..</w:t>
      </w:r>
    </w:p>
    <w:p>
      <w:r>
        <w:br/>
        <w:t>Яся каже:</w:t>
      </w:r>
    </w:p>
    <w:p>
      <w:r>
        <w:br/>
        <w:t>— Ай-ай-ай!</w:t>
      </w:r>
    </w:p>
    <w:p>
      <w:r>
        <w:br/>
        <w:t>Яся каже:</w:t>
      </w:r>
    </w:p>
    <w:p>
      <w:r>
        <w:br/>
        <w:t>— Це не я! Це такий вже олівець, олівець-малювець!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Олівець-малювець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