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Ольга Перевізниківна</w:t>
      </w:r>
    </w:p>
    <w:p>
      <w:r>
        <w:br/>
        <w:t xml:space="preserve"> &lt;p&gt;Був чарівний літній день. Уже й із полудня зійшло. Левада вся в квітах пишається, за левадою стоїть хатинка, убога й низенька. Почорніла, мохом поросла стріха говорить, що хатині з літ уже вийшло. Недаром і похилилася вона! Мов та бабуся сива, що от зо збанятком стежинкою в хату саме шкандибає та палицею підпирається. А краєм левади тече річка сріблиста, а за левадою, за річкою ліс густий, дрімучий.</w:t>
      </w:r>
    </w:p>
    <w:p>
      <w:r>
        <w:br/>
        <w:t>Бабуся ввійшла в хатину, а за хвилинку вибігло з хатини дівчатко... Золотокосе, синьооке. Мале, може восьмилітнє. В одній сорочинці... Вибігло та шугнуло в траву між квіти. Заколихалася трава шовкова, засяли квітки різнобарвні, голівки до дівчатка схиляючи.</w:t>
      </w:r>
    </w:p>
    <w:p>
      <w:r>
        <w:br/>
        <w:t>Сполохані барвисті метелики злинули з чашинок квітів угору, бджілки забреніли. А там і коник-стрибунець озвався. А сонечко трисвітле так і сипле золотистим промінням. А гріє так!</w:t>
      </w:r>
    </w:p>
    <w:p>
      <w:r>
        <w:br/>
        <w:t>— Боженьку, як гарно! — думає дівчатко в бігу. — Ах, який гарний метелик! Крилечка мов золотом присипані! Я мушу його зловити!</w:t>
      </w:r>
    </w:p>
    <w:p>
      <w:r>
        <w:br/>
        <w:t>І пустилася в погоню за метеликом. Та бистрі в метелика крильцятка! Даремне навганялося за ним. Метелик підлетів угору й через ріку перелинув та в лісі пропав...</w:t>
      </w:r>
    </w:p>
    <w:p>
      <w:r>
        <w:br/>
        <w:t>А сонечко так гріє! Дівчатко набігалося, загрілося. Стало над річкою. А вона, річенька, так і манить:</w:t>
      </w:r>
    </w:p>
    <w:p>
      <w:r>
        <w:br/>
        <w:t>— Скупайся, Олю, скупайся! Така погожа, така здорова водичка моя!</w:t>
      </w:r>
    </w:p>
    <w:p>
      <w:r>
        <w:br/>
        <w:t>— Ей, добре було б скупатися, освіжитися — думає дівчатко. — Та страшно! Бабуся казала, що в річці русалки35</w:t>
      </w:r>
    </w:p>
    <w:p>
      <w:r>
        <w:br/>
        <w:t>[35] Русалки — це водяні та польові духи-дівчата. Віра в русалок лишилася в нашому народі ще з поганських часів. Також і інші народи вірили в русалок та й вірять досі, тільки в них вони інакше називаються. В південних слов'ян (сербів, хорватів, словінців, болгарів) називають русалок вілями, в поляків дзівожонами, в німців ніксен, у давніх греків німфами, а в романських народів (французів, еспанців, італійців) феями та мелюзинами. Очевидно різні народи різно собі їх уявляють. Наш народ уявляє собі русалок, як гарних дівчат, що сидять у воді, або ходять по полі у серед збіжжя та трави. Русалки залоскочують хлопців і дівчат насмерть і затягають у воду. Щоб забезпечитися перед русалками, треба мати з собою полин. Все те очевидно, тільки повір'я, що їх наш народ задержав у тямці, як багато інших, ще з поганських часів.</w:t>
      </w:r>
    </w:p>
    <w:p>
      <w:r>
        <w:br/>
        <w:t>є, вони дівчаток тягнуть на спід ріки й залоскотують там... Та є оборона перед ними. Полин!</w:t>
      </w:r>
    </w:p>
    <w:p>
      <w:r>
        <w:br/>
        <w:t>І дівчатко біжить на леваду полину шукати... Найшло! Стало над річкою. Ніженькою пробує воду в річці.</w:t>
      </w:r>
    </w:p>
    <w:p>
      <w:r>
        <w:br/>
        <w:t>— Тепленька! — прошепотіло дівча. І миттю скинуло з себе сорочку білу, на березі гарно склало її та шубовсть у воду... А полину не кидає. Один вплело собі в кіски, а другий у руці держить.</w:t>
      </w:r>
    </w:p>
    <w:p>
      <w:r>
        <w:br/>
        <w:t>— Немає доступу до мене русалкам! — думає.</w:t>
      </w:r>
    </w:p>
    <w:p>
      <w:r>
        <w:br/>
        <w:t>Ех, як любо в водиці плюскатися! Як блищать срібні бризки в сонячному промінні, а як мило лоскоче водиця!..</w:t>
      </w:r>
    </w:p>
    <w:p>
      <w:r>
        <w:br/>
        <w:t>Оля пробує плавати! О, вона вже вміє добре плавати! Торік навчила її Томирова Калинка й плавати й поринати. А тепер то вона плаває, як качка, може й краще від качинки.</w:t>
      </w:r>
    </w:p>
    <w:p>
      <w:r>
        <w:br/>
        <w:t>Вийшла з води, змучена трішки. Поклалася в траву обсушитися... Так мило по купелі спочивати!..</w:t>
      </w:r>
    </w:p>
    <w:p>
      <w:r>
        <w:br/>
        <w:t>А сонечко тимчасом уже на спочинок збирається! Зашелестіла трава! Хтось іде... Миттю закинула на себе сорочечку...</w:t>
      </w:r>
    </w:p>
    <w:p>
      <w:r>
        <w:br/>
        <w:t>Іде старець, увесь білий. Білий одяг, біле довге волосся, біла, як сніг, борода в нього. Легкий вітрець розвіває чуприну й бороду. У руці в нього палиця висока, з перехрестям угорі. Іде... видко, що змучений — ледве ноги волочить... А очі в нього такі лагідні, така добрість б'є з них!..</w:t>
      </w:r>
    </w:p>
    <w:p>
      <w:r>
        <w:br/>
        <w:t>Побачив дівчатко й перший поздоровкався з нею:</w:t>
      </w:r>
    </w:p>
    <w:p>
      <w:r>
        <w:br/>
        <w:t>— Здоровенька була, ясочко! — сказав!</w:t>
      </w:r>
    </w:p>
    <w:p>
      <w:r>
        <w:br/>
        <w:t>— Здорові були дідусю! — відповіла Олюся сміливо й так глянула дідусеві в очі, що відразу полонила його.</w:t>
      </w:r>
    </w:p>
    <w:p>
      <w:r>
        <w:br/>
        <w:t>Дідусь присів на траві:</w:t>
      </w:r>
    </w:p>
    <w:p>
      <w:r>
        <w:br/>
        <w:t>— А чия ти донечко? — спитав.</w:t>
      </w:r>
    </w:p>
    <w:p>
      <w:r>
        <w:br/>
        <w:t>— Батькова та неньчина, — відповіло сміливо дівчатко.</w:t>
      </w:r>
    </w:p>
    <w:p>
      <w:r>
        <w:br/>
        <w:t>Дідусь усміхнувся.</w:t>
      </w:r>
    </w:p>
    <w:p>
      <w:r>
        <w:br/>
        <w:t>— Батькова та неньчина! А хто будуть твої батьки?</w:t>
      </w:r>
    </w:p>
    <w:p>
      <w:r>
        <w:br/>
        <w:t>— Мій батько перевізник. Усі довкола знають Мирослава перевізника...</w:t>
      </w:r>
    </w:p>
    <w:p>
      <w:r>
        <w:br/>
        <w:t>— А можна б у вас заночувати? — спитав дідусь.</w:t>
      </w:r>
    </w:p>
    <w:p>
      <w:r>
        <w:br/>
        <w:t>— А чого ж би ні, ось наша хатина. Ходіть, дідусю!</w:t>
      </w:r>
    </w:p>
    <w:p>
      <w:r>
        <w:br/>
        <w:t>— А багато в твоїх батьків дітей? — питав подорожній.</w:t>
      </w:r>
    </w:p>
    <w:p>
      <w:r>
        <w:br/>
        <w:t>— Ні, дідусю, тільки я одна. А ще є старенька бабуся, батькова мати — пояснювало дівчатко...</w:t>
      </w:r>
    </w:p>
    <w:p>
      <w:r>
        <w:br/>
        <w:t>Увійшли в хату. Гість поздоровкався з домашніми.</w:t>
      </w:r>
    </w:p>
    <w:p>
      <w:r>
        <w:br/>
        <w:t>— Гість у дім, Бог у дім! — сказав Мирослав. — Вітаємо вас, гостеньки, Просимо, сідайте, розгостіться, спочиньте!</w:t>
      </w:r>
    </w:p>
    <w:p>
      <w:r>
        <w:br/>
        <w:t>А дідусь говорив:</w:t>
      </w:r>
    </w:p>
    <w:p>
      <w:r>
        <w:br/>
        <w:t>— Побачив я вашу донечку на леваді та питаю, де б то можна заночувати? А вона сюди до вас привела мене. Я, бачите, йду здалеку в Київ — там моя родина, там на старості літ хочу кості зложити...</w:t>
      </w:r>
    </w:p>
    <w:p>
      <w:r>
        <w:br/>
        <w:t>А господиня, білява Желислава, Олюсина ненька, вже й заходиться біля вечері.</w:t>
      </w:r>
    </w:p>
    <w:p>
      <w:r>
        <w:br/>
        <w:t>Стало вечоріти. Вечірні тіні стали добуватися з закутини і розстелюватися по хаті... Ще трохи й почало темніти...</w:t>
      </w:r>
    </w:p>
    <w:p>
      <w:r>
        <w:br/>
        <w:t>Господиня кинула соснові скіпки на припічок, щоб ясніше стало...</w:t>
      </w:r>
    </w:p>
    <w:p>
      <w:r>
        <w:br/>
        <w:t>Подала вечерю...</w:t>
      </w:r>
    </w:p>
    <w:p>
      <w:r>
        <w:br/>
        <w:t>Старець якось дивно поводився. Якісь знаки робив на чолі, на руках та на грудях, якусь молитву шептав, заки забрався до вечері...</w:t>
      </w:r>
    </w:p>
    <w:p>
      <w:r>
        <w:br/>
        <w:t>По вечері старець оповідав, що він із князями київськими Аскольдом і Диром у похід на Царгород ходив. Там по нещасливій бурі на Чорному морі, що знищила всі українські судна, він с чудом врятувався й остався в Царгороді. Дістав добру службу в багатого купця. Пізнав там дівчину, оженився з нею й осів на її господарстві. Жінка його давно померла. Він там не має тепер нікого й хоче на старість зложити кості в рідному Києві.</w:t>
      </w:r>
    </w:p>
    <w:p>
      <w:r>
        <w:br/>
        <w:t>— А вже ж, — сказала господиня, Олюсина ненька, гостеві постіль стелячи. — Людину завсігди тягне в рідні сторони, де молоді літа провела...</w:t>
      </w:r>
    </w:p>
    <w:p>
      <w:r>
        <w:br/>
        <w:t>Гість, перш ніж піти на спочинок, став навколішки і голосно молився, руки до молитви склавши...</w:t>
      </w:r>
    </w:p>
    <w:p>
      <w:r>
        <w:br/>
        <w:t>Господар і господиня, а найбільше мала Олюся, дивувалися, що він не так молиться, як вони, та не питали про те гостя, бо не годиться. Мирослав тільки здогадувався, що він певно в Царгороді прийняв грецьку віру. Та це ніщо, всяку віру треба шанувати. — Так думав Мирослав, коли гість молився...</w:t>
      </w:r>
    </w:p>
    <w:p>
      <w:r>
        <w:br/>
        <w:t>Раннім ранком гість підвівся з постелі та знову молився...</w:t>
      </w:r>
    </w:p>
    <w:p>
      <w:r>
        <w:br/>
        <w:t>По обіді дідусь попрощався з господарями й пустився в дорогу. А як прощався з малою Олюсею, поклав руку на її ясне волоссячко, звів очі вгору та сказав:</w:t>
      </w:r>
    </w:p>
    <w:p>
      <w:r>
        <w:br/>
        <w:t>— Гарна, добра дитино! Якийсь невідомий віщий голос говорить мені, що тебе жде велика слава. Будеш княгинею! А в твоїх ясних оченятах читаю, що будеш мудра та розумна. Так говорить мені голос божий.</w:t>
      </w:r>
    </w:p>
    <w:p>
      <w:r>
        <w:br/>
        <w:t>Минули літа. Оля виросла вже на гарну дівчину, а батько та ненька її</w:t>
      </w:r>
    </w:p>
    <w:p>
      <w:r>
        <w:br/>
        <w:t>[36] Жальник — поганський цвинтар, що на ньому хоронено урни (горщики) з попелом із спалених тіл мерців.</w:t>
      </w:r>
    </w:p>
    <w:p>
      <w:r>
        <w:br/>
        <w:t>постарілися. Бабусю вже похоронили на жальнику36...</w:t>
      </w:r>
    </w:p>
    <w:p>
      <w:r>
        <w:br/>
        <w:t>Гаряче літо... Оля сидить перед хатою й думає над сном своїм. А снився їй дивний сон. Десь вона ніби в лісі на леваді, а з неба зорі спадають і спадають. Вона ловить їх у подолок. Аж тут де не взявся старець сивий, той самий, що гостив у них, як ще вона малою була. Він став перед нею й сказаав: "Ольго, твій час прийшов". Вона дивиться, а то перед нею вже не старець стоїть, а молодий гарний лицар у зброї блискучій, золотистій. Узяв її в обійми та каже: "Ти моя!" Тут вона й проснулася. Через те вона з самого ранку якась, неспокійна...</w:t>
      </w:r>
    </w:p>
    <w:p>
      <w:r>
        <w:br/>
        <w:t>Аж тут із села подруги йдуть до неї.</w:t>
      </w:r>
    </w:p>
    <w:p>
      <w:r>
        <w:br/>
        <w:t>— Олю, Олечко, ходи з нами зілля збирати на Купала.37</w:t>
      </w:r>
    </w:p>
    <w:p>
      <w:r>
        <w:br/>
        <w:t>— Зілля на Купала? Ах, правда; треба йти!</w:t>
      </w:r>
    </w:p>
    <w:p>
      <w:r>
        <w:br/>
        <w:t>Швидко зібралася. Пішли. Весело. Забула Оля про сон. Пісень співають купальських. Бо то вечір Купала святкуватимуть, багаття палити, танки купальські виводити.</w:t>
      </w:r>
    </w:p>
    <w:p>
      <w:r>
        <w:br/>
        <w:t>[37] Купало — це в наших поганських предків буг бог сонця та животворного тепла. Свято Купала обходили в часі найбільшої сили сонця з вечора 23 на 24 червня, отже напередодні св. Івана Хрестителя.</w:t>
      </w:r>
    </w:p>
    <w:p>
      <w:r>
        <w:br/>
        <w:t>А в лісі так гарно, на полянках стільки квіток! Аж за очі хапають, а пахощі які!..</w:t>
      </w:r>
    </w:p>
    <w:p>
      <w:r>
        <w:br/>
        <w:t>Дівчата збирають зілля, саме купальське... Уже кожна має повний оберемок. Тоді стали плести віночки. Треба ж буде ввечорі на воду пускати, своєї долі питати. Кожна сплела собі віночок і, щоб не попсувався, на голову позакладали...</w:t>
      </w:r>
    </w:p>
    <w:p>
      <w:r>
        <w:br/>
        <w:t>Гарно дівчатам у віночках. Мов русалки тії, пливуть високою квітчастою травою та проміж зелені кущі ліщини й калини червоної. А вже з усіх найкраща таки Ольга перевізниківна. Дівчата так і звуть її княгинею своєю.</w:t>
      </w:r>
    </w:p>
    <w:p>
      <w:r>
        <w:br/>
        <w:t>— Чуєте, дівчатка, — каже котрась, — хтось у ріг трубить...</w:t>
      </w:r>
    </w:p>
    <w:p>
      <w:r>
        <w:br/>
        <w:t>— А справді! — кажуть дівчата...</w:t>
      </w:r>
    </w:p>
    <w:p>
      <w:r>
        <w:br/>
        <w:t>Дівчата позривалися з місць, наслухують... А голос щораз голосніше чути...</w:t>
      </w:r>
    </w:p>
    <w:p>
      <w:r>
        <w:br/>
        <w:t>— До нас наближається голос, — каже Ольга.</w:t>
      </w:r>
    </w:p>
    <w:p>
      <w:r>
        <w:br/>
        <w:t>— Це по тебе, Олю, княгине наша, князь їде колісницею38</w:t>
      </w:r>
    </w:p>
    <w:p>
      <w:r>
        <w:br/>
        <w:t>[38] Колісниця — віз на двох колесах.</w:t>
      </w:r>
    </w:p>
    <w:p>
      <w:r>
        <w:br/>
        <w:t>золотою, — каже жартом, із сміхом дзвінким, чорнява Калина.</w:t>
      </w:r>
    </w:p>
    <w:p>
      <w:r>
        <w:br/>
        <w:t>В Ольги біле личко залилося соромливим румянцем:</w:t>
      </w:r>
    </w:p>
    <w:p>
      <w:r>
        <w:br/>
        <w:t>— Чи ця збиточниця вгадує мої сни, мрії мої? — подумала, а голосно сказала:</w:t>
      </w:r>
    </w:p>
    <w:p>
      <w:r>
        <w:br/>
        <w:t>— То мабуть, по тебе їде, Калино, бо ти багата. Твій батько</w:t>
      </w:r>
    </w:p>
    <w:p>
      <w:r>
        <w:br/>
        <w:t>[39] Кметь — княжий дружинник, ли-цар, вільний, визначний громадянин.</w:t>
      </w:r>
    </w:p>
    <w:p>
      <w:r>
        <w:br/>
        <w:t>кметь,39 а мій що, — бідний перевізник.</w:t>
      </w:r>
    </w:p>
    <w:p>
      <w:r>
        <w:br/>
        <w:t>— Е, що там багатство! Судженого конем не об'їдеш, долі не минеш! — сказала інша. — Тобі, Олю, княгинею бути...</w:t>
      </w:r>
    </w:p>
    <w:p>
      <w:r>
        <w:br/>
        <w:t>— А так, а так! — засміялися дзвінким реготом дівчата...</w:t>
      </w:r>
    </w:p>
    <w:p>
      <w:r>
        <w:br/>
        <w:t>— Також щось вигадали! — боронилася Оля...</w:t>
      </w:r>
    </w:p>
    <w:p>
      <w:r>
        <w:br/>
        <w:t>Так розмовляли дівчата та не стямилися, як із-за куща лицар виїхав на сивому коні, увесь у зброї золотистій. Побачив дівчат і простісінько до них їде... Дівчата, як побачили його, аж жахнули враз із дива дивного, а потім тікати хотіли.</w:t>
      </w:r>
    </w:p>
    <w:p>
      <w:r>
        <w:br/>
        <w:t>Та лицар спинив їх:</w:t>
      </w:r>
    </w:p>
    <w:p>
      <w:r>
        <w:br/>
        <w:t>— Не тікайте, дівчатка, я ж не вовк! Краще покажіть мені дорогу в оселю яку, де міг би я заночувати з дружиною моєю...</w:t>
      </w:r>
    </w:p>
    <w:p>
      <w:r>
        <w:br/>
        <w:t>— Там за лісом, за рікою село, — сказала Оля.</w:t>
      </w:r>
    </w:p>
    <w:p>
      <w:r>
        <w:br/>
        <w:t>— Гаразд! Попровадьте ж нас, дівчата, — сказав інший лицар, бо тимчасом більше лицарів виїхало на поляну.</w:t>
      </w:r>
    </w:p>
    <w:p>
      <w:r>
        <w:br/>
        <w:t>І пустилися дівчата з зіллям купальським наперед, а лицарі за ними...</w:t>
      </w:r>
    </w:p>
    <w:p>
      <w:r>
        <w:br/>
        <w:t>Незабаром і над річкою стали... Річка була широка та глибока.</w:t>
      </w:r>
    </w:p>
    <w:p>
      <w:r>
        <w:br/>
        <w:t>— Що це за ріка? — питає той лицар, що перший побачив дівчат.</w:t>
      </w:r>
    </w:p>
    <w:p>
      <w:r>
        <w:br/>
        <w:t>— Річка Велика, — відповіла Ольга.</w:t>
      </w:r>
    </w:p>
    <w:p>
      <w:r>
        <w:br/>
        <w:t>— Треба нам на другий бік перевезтися. Хто тут перевізник?</w:t>
      </w:r>
    </w:p>
    <w:p>
      <w:r>
        <w:br/>
        <w:t>— Мій батько, — відповіла Ольга. — Та він тепер недужий, то я сама перевезу вас.</w:t>
      </w:r>
    </w:p>
    <w:p>
      <w:r>
        <w:br/>
        <w:t>— Ти, кралечко, сама?! Гаразд, гарну перевізницю матиму! — сказав лицар, що, як видно було з поведінки з ним інших лицарів, був старший між ними. Лицарі князем звали його...</w:t>
      </w:r>
    </w:p>
    <w:p>
      <w:r>
        <w:br/>
        <w:t>І князь перший скочив у човен.</w:t>
      </w:r>
    </w:p>
    <w:p>
      <w:r>
        <w:br/>
        <w:t>— Перевези першого мене! — сказав до Ольги.</w:t>
      </w:r>
    </w:p>
    <w:p>
      <w:r>
        <w:br/>
        <w:t>— Добре, княже! — відповіла сміливо Ольга, передала подругам зілля, взяла весло в руки й увійшла в човен...</w:t>
      </w:r>
    </w:p>
    <w:p>
      <w:r>
        <w:br/>
        <w:t>Вона веслує, а князь від неї очей не відірве. Розмову з нею завів, а наприкінці каже:</w:t>
      </w:r>
    </w:p>
    <w:p>
      <w:r>
        <w:br/>
        <w:t>— Гарна й мудра ти дівчина! Заведи мене до хати твоїх батьків, я в вас ночуватиму.</w:t>
      </w:r>
    </w:p>
    <w:p>
      <w:r>
        <w:br/>
        <w:t>Як усі перевезлися й пустилися в село, каже чорнява Калина до подруг:</w:t>
      </w:r>
    </w:p>
    <w:p>
      <w:r>
        <w:br/>
        <w:t>— А що, не казала я, що це князь по Олю приїхав...</w:t>
      </w:r>
    </w:p>
    <w:p>
      <w:r>
        <w:br/>
        <w:t>Оля не чула цього, бо повела князя до хати батьків своїх...</w:t>
      </w:r>
    </w:p>
    <w:p>
      <w:r>
        <w:br/>
        <w:t>Князь мав їхати на другий день, та не поїхав... Ввечорі взяв участь у купальських ігрищах.</w:t>
      </w:r>
    </w:p>
    <w:p>
      <w:r>
        <w:br/>
        <w:t>Увесь тиждень сидів у батьків Ольжиних, а вкінці сказав:</w:t>
      </w:r>
    </w:p>
    <w:p>
      <w:r>
        <w:br/>
        <w:t>— Батьку, ненько, дайте мені вашу Ольгу за жінку! Уже знаете, хто я? Я київський князь — Ігор.</w:t>
      </w:r>
    </w:p>
    <w:p>
      <w:r>
        <w:br/>
        <w:t>А старий Мирослав каже:</w:t>
      </w:r>
    </w:p>
    <w:p>
      <w:r>
        <w:br/>
        <w:t>— Не сподівався й не мріяв я, княже, про таке щастя для нашої Олечки. Та коли, така воля Божа та твоя, ласкавий і могутній княже, то віддамо тобі її. Бери її, Олю нашу, та зроби її щасливою.</w:t>
      </w:r>
    </w:p>
    <w:p>
      <w:r>
        <w:br/>
        <w:t>А мати плакала слізьми радости.</w:t>
      </w:r>
    </w:p>
    <w:p>
      <w:r>
        <w:br/>
        <w:t>Так Ольга перевізниківна стала жінкою Ігоря, великого князя київського.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Ольга Перевізниківна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