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Оленчине свято</w:t>
      </w:r>
    </w:p>
    <w:p>
      <w:r>
        <w:br/>
        <w:t xml:space="preserve"> &lt;p&gt;В Оленки болить горло.</w:t>
      </w:r>
    </w:p>
    <w:p>
      <w:r>
        <w:br/>
        <w:t>Мама сидить коло її ліжка і тихо наспівує:</w:t>
      </w:r>
    </w:p>
    <w:p>
      <w:r>
        <w:br/>
        <w:t>Спи, маленька донечко,</w:t>
      </w:r>
    </w:p>
    <w:p>
      <w:r>
        <w:br/>
        <w:t>Спи, моя хороша.</w:t>
      </w:r>
    </w:p>
    <w:p>
      <w:r>
        <w:br/>
        <w:t>Замерза віконечко,</w:t>
      </w:r>
    </w:p>
    <w:p>
      <w:r>
        <w:br/>
        <w:t>Стелиться пороша.</w:t>
      </w:r>
    </w:p>
    <w:p>
      <w:r>
        <w:br/>
        <w:t>Оленка згорнулась клубочком. І дивно їй: очі заплющені, а все видно. Бачить Оленка свій двір, і кучугури снігу, і перекинуті саночки. Ох і вредні санчата! Каталась Оленка з гірки, а вони взяли та й повернули у рівчак. Оленка упала. У валянці набилося снігу, і от маєш: болить горло.</w:t>
      </w:r>
    </w:p>
    <w:p>
      <w:r>
        <w:br/>
        <w:t>— Мамо! — висовує Оленка носа з-під ковдри.— Завтра ж ялинка! Правда?</w:t>
      </w:r>
    </w:p>
    <w:p>
      <w:r>
        <w:br/>
        <w:t>— Правда. Тільки спи, доню, видужуй...</w:t>
      </w:r>
    </w:p>
    <w:p>
      <w:r>
        <w:br/>
        <w:t>— Мамо! Я тобі про ялинку розкажу. Хочеш?</w:t>
      </w:r>
    </w:p>
    <w:p>
      <w:r>
        <w:br/>
        <w:t>— Хочу,— всміхається мати.— Тільки тихенько. Голосно тобі не можна.</w:t>
      </w:r>
    </w:p>
    <w:p>
      <w:r>
        <w:br/>
        <w:t>І Оленка стиха говорить:</w:t>
      </w:r>
    </w:p>
    <w:p>
      <w:r>
        <w:br/>
        <w:t>— У наш садок привезли ялиночку. Таку маленьку, чепурну. Маринка подивилась на неї і питає:</w:t>
      </w:r>
    </w:p>
    <w:p>
      <w:r>
        <w:br/>
        <w:t>— А де іграшки?</w:t>
      </w:r>
    </w:p>
    <w:p>
      <w:r>
        <w:br/>
        <w:t>А Надія Іванівна — це наша нова вихователька — й каже:</w:t>
      </w:r>
    </w:p>
    <w:p>
      <w:r>
        <w:br/>
        <w:t>— Давайте самі зробимо.</w:t>
      </w:r>
    </w:p>
    <w:p>
      <w:r>
        <w:br/>
        <w:t>Оленка примружилась. Мабуть, згадала, як вони гуртом робили іграшки. Вовчик зірочку вирізав. Оленка теж старалася — білочку зліпила. А Юрко склеїв паровоз.</w:t>
      </w:r>
    </w:p>
    <w:p>
      <w:r>
        <w:br/>
        <w:t>Тільки Маринка зарюмсала:</w:t>
      </w:r>
    </w:p>
    <w:p>
      <w:r>
        <w:br/>
        <w:t>— Ведмедик у мене зламався...</w:t>
      </w:r>
    </w:p>
    <w:p>
      <w:r>
        <w:br/>
        <w:t>Справді, у її ведмедика вухо відпало. То чого ж плакати? Хлопчики допомогли Маринці — і вухо приросло до голови.</w:t>
      </w:r>
    </w:p>
    <w:p>
      <w:r>
        <w:br/>
        <w:t>Багато-багато іграшок зробили. Тоді Надія Іванівна підійшла до ялинки і спитала:</w:t>
      </w:r>
    </w:p>
    <w:p>
      <w:r>
        <w:br/>
        <w:t>— Куди ж ми Вовину зірочку почепимо?</w:t>
      </w:r>
    </w:p>
    <w:p>
      <w:r>
        <w:br/>
        <w:t>— Вовину зірочку — аж на верхівочку! — гуртом проспівали малята.</w:t>
      </w:r>
    </w:p>
    <w:p>
      <w:r>
        <w:br/>
        <w:t>— А Юрків паровоз?</w:t>
      </w:r>
    </w:p>
    <w:p>
      <w:r>
        <w:br/>
        <w:t>— Де Дід Мороз, там і паровоз! — вигукнули всі, а Оленка найголосніше: — Дід Мороз на паровозі подарунки всім розвозить!</w:t>
      </w:r>
    </w:p>
    <w:p>
      <w:r>
        <w:br/>
        <w:t>— А куди, скажіть, Оленчину білочку?</w:t>
      </w:r>
    </w:p>
    <w:p>
      <w:r>
        <w:br/>
        <w:t>— Оленчину білочку — на лапату гілочку!</w:t>
      </w:r>
    </w:p>
    <w:p>
      <w:r>
        <w:br/>
        <w:t>— А Маринчиного ведмедика?</w:t>
      </w:r>
    </w:p>
    <w:p>
      <w:r>
        <w:br/>
        <w:t>— Ведмедика — на велосипедика!</w:t>
      </w:r>
    </w:p>
    <w:p>
      <w:r>
        <w:br/>
        <w:t>— Не хо-о-чу! — запхикала вередлива Маринка.— Він упаде і розіб’ється.</w:t>
      </w:r>
    </w:p>
    <w:p>
      <w:r>
        <w:br/>
        <w:t>Даремно пхикала Маринка: ведмідь не впав і не розбився.</w:t>
      </w:r>
    </w:p>
    <w:p>
      <w:r>
        <w:br/>
        <w:t>— Оті готова у нас ялинка до свята! — обвела всіх поглядом Надія Іванівна.— Завтра приходьте з мамами і татами. Будемо співати, будемо танцювати. Новий рік стрічати!</w:t>
      </w:r>
    </w:p>
    <w:p>
      <w:r>
        <w:br/>
        <w:t>Розказала Оленка мамі, як вони новорічну ялинку наряджали, і зажурилася. Усі її друзі будуть веселитися, одна вона, Оленка, лежатиме в постелі.</w:t>
      </w:r>
    </w:p>
    <w:p>
      <w:r>
        <w:br/>
        <w:t>Раптом хтось подзвонив до них. Мама відчинила двері. Дивиться: стоїть біля порога чепурненька ялиночка, і нікого близько немає, тільки потупотів хтось по східцях.</w:t>
      </w:r>
    </w:p>
    <w:p>
      <w:r>
        <w:br/>
        <w:t>Повернулась мама весела:</w:t>
      </w:r>
    </w:p>
    <w:p>
      <w:r>
        <w:br/>
        <w:t>— Дивись, Оленко, ялинка. І написано: "Оленці від Діда Мороза".</w:t>
      </w:r>
    </w:p>
    <w:p>
      <w:r>
        <w:br/>
        <w:t>Глянула Оленка на ялинку і заплескала з радощів у долоні:</w:t>
      </w:r>
    </w:p>
    <w:p>
      <w:r>
        <w:br/>
        <w:t>— Мамо! Я знаю, звідки Дід Мороз ялинку приніс. Знаю, знаю! Онде верхівочка — Вовина зірочка. А де Дід Мороз — Юрків паровоз. От і в мене буде свято!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Оленчине свято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