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Ох, коли б хто знав, як тяжко...</w:t>
      </w:r>
    </w:p>
    <w:p>
      <w:r>
        <w:br/>
        <w:t xml:space="preserve"> Ох, коли б хто знав, як тяжко&lt;br /&gt;</w:t>
        <w:br/>
        <w:t>Так на світі жити,&lt;br /&gt;</w:t>
        <w:br/>
        <w:t>Як мені тепер прийшлося,&lt;br /&gt;</w:t>
        <w:br/>
        <w:t>Бозна-що й робити.&lt;br /&gt;</w:t>
        <w:br/>
        <w:t>Полюбив я дівчиноньку,&lt;br /&gt;</w:t>
        <w:br/>
        <w:t>І мене дівчина.&lt;br /&gt;</w:t>
        <w:br/>
        <w:t>"Дуже люблю", — побожилась,&lt;br /&gt;</w:t>
        <w:br/>
        <w:t>Да лиха година,&lt;br /&gt;</w:t>
        <w:br/>
        <w:t>Що я такий безталанний&lt;br /&gt;</w:t>
        <w:br/>
        <w:t>На світ уродився:&lt;br /&gt;</w:t>
        <w:br/>
        <w:t>І сам бідний, і з бідною&lt;br /&gt;</w:t>
        <w:br/>
        <w:t>Вірно полюбився!&lt;br /&gt;</w:t>
        <w:br/>
        <w:t>Що ж тепер мені осталось:&lt;br /&gt;</w:t>
        <w:br/>
        <w:t>Плакать да нудиться&lt;br /&gt;</w:t>
        <w:br/>
        <w:t>Або вештатись по світу&lt;br /&gt;</w:t>
        <w:br/>
        <w:t>Да вік не жениться.&lt;br /&gt;</w:t>
        <w:br/>
        <w:t>Не розлюблю я ніколи,&lt;br /&gt;</w:t>
        <w:br/>
        <w:t>Гріх на душі буде,&lt;br /&gt;</w:t>
        <w:br/>
        <w:t>Сам я себе покараю —&lt;br /&gt;</w:t>
        <w:br/>
        <w:t>Не бог і не люди.&lt;br /&gt;</w:t>
        <w:br/>
        <w:t>Бо не люди мене звели,&lt;br /&gt;</w:t>
        <w:br/>
        <w:t>Щоб я став кохати;&lt;br /&gt;</w:t>
        <w:br/>
        <w:t>Серце з серцем зчепилося,&lt;br /&gt;</w:t>
        <w:br/>
        <w:t>Трудно розірвати.&lt;br /&gt;</w:t>
        <w:br/>
        <w:t>Так я про себе гадаю,&lt;br /&gt;</w:t>
        <w:br/>
        <w:t>Що вік не забуду;&lt;br /&gt;</w:t>
        <w:br/>
        <w:t>Поки серце б'ється в грудях,&lt;br /&gt;</w:t>
        <w:br/>
        <w:t>Поки жив я буду,&lt;br /&gt;</w:t>
        <w:br/>
        <w:t>Не покину тебе, серце,&lt;br /&gt;</w:t>
        <w:br/>
        <w:t>Дівчинонька мила;&lt;br /&gt;</w:t>
        <w:br/>
        <w:t>Розлучить мене з тобою&lt;br /&gt;</w:t>
        <w:br/>
        <w:t>Тільки що могила.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Ох, коли б хто знав, як тяжко...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