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Океан</w:t>
      </w:r>
    </w:p>
    <w:p>
      <w:r>
        <w:br/>
        <w:t xml:space="preserve"> Уже за мною голубині сестри,&lt;br /&gt;</w:t>
        <w:br/>
        <w:t>кигичучи, мов сон, витають;&lt;br /&gt;</w:t>
        <w:br/>
        <w:t>як море все на віщім перехресті,&lt;br /&gt;</w:t>
        <w:br/>
        <w:t>та все спливає в сиву тайну.</w:t>
      </w:r>
    </w:p>
    <w:p>
      <w:r>
        <w:br/>
        <w:t>Чого це незриданні зграї кружать&lt;br /&gt;</w:t>
        <w:br/>
        <w:t>без сонця до мого чола?&lt;br /&gt;</w:t>
        <w:br/>
        <w:t>Нас доля — як не стали ще подружжя —&lt;br /&gt;</w:t>
        <w:br/>
        <w:t>вже океаном розвела…</w:t>
      </w:r>
    </w:p>
    <w:p>
      <w:r>
        <w:br/>
        <w:t>Вже досвітом на глибині відчаю,&lt;br /&gt;</w:t>
        <w:br/>
        <w:t>де риза пориває вічно;&lt;br /&gt;</w:t>
        <w:br/>
        <w:t>о, рідне серце! як я дожидаю,&lt;br /&gt;</w:t>
        <w:br/>
        <w:t>й чаїні втішення навіщо?</w:t>
      </w:r>
    </w:p>
    <w:p>
      <w:r>
        <w:br/>
        <w:t>Бо тільки сонце з крови перекаже&lt;br /&gt;</w:t>
        <w:br/>
        <w:t>проз океан — мою біду,&lt;br /&gt;</w:t>
        <w:br/>
        <w:t>де білокрилля хмару й хвилю в’яже,&lt;br /&gt;</w:t>
        <w:br/>
        <w:t>де я до тебе не прийду…</w:t>
      </w:r>
    </w:p>
    <w:p>
      <w:r>
        <w:br/>
        <w:t>де в персні неба ясність янголина,&lt;br /&gt;</w:t>
        <w:br/>
        <w:t>де левами вода веде, —&lt;br /&gt;</w:t>
        <w:br/>
        <w:t>вітання в руки сонця перелине&lt;br /&gt;</w:t>
        <w:br/>
        <w:t>зеленим димом доцвіте.</w:t>
      </w:r>
    </w:p>
    <w:p>
      <w:r>
        <w:br/>
        <w:t>Волошкове, навіки з грому візьме&lt;br /&gt;</w:t>
        <w:br/>
        <w:t>все огняне, все молоде!&lt;br /&gt;</w:t>
        <w:br/>
        <w:t>На божевілля вигляне, на грізне,&lt;br /&gt;</w:t>
        <w:br/>
        <w:t>сіяння з келії святе.</w:t>
      </w:r>
    </w:p>
    <w:p>
      <w:r>
        <w:br/>
        <w:t>І дзвони пісні, наче щастя, сняться,&lt;br /&gt;</w:t>
        <w:br/>
        <w:t>в чаїнії вінки вквітають.&lt;br /&gt;</w:t>
        <w:br/>
        <w:t>Хрещату щоглу, що в надсвіття знята,&lt;br /&gt;</w:t>
        <w:br/>
        <w:t>виводять з вишивки і гаю.</w:t>
      </w:r>
    </w:p>
    <w:p>
      <w:r>
        <w:br/>
        <w:t>І крильцями твої думки кохані&lt;br /&gt;</w:t>
        <w:br/>
        <w:t>через розлуку синю кличуть —&lt;br /&gt;</w:t>
        <w:br/>
        <w:t>вона на серці: дужім океані:&lt;br /&gt;</w:t>
        <w:br/>
        <w:t>кричить нещастями на стрічу.</w:t>
      </w:r>
    </w:p>
    <w:p>
      <w:r>
        <w:br/>
        <w:t>Стань, ясна ясочко і цвітко вишні,&lt;br /&gt;</w:t>
        <w:br/>
        <w:t>бо спогади страждання будять,&lt;br /&gt;</w:t>
        <w:br/>
        <w:t>бо океан, гірку біду надпивши,&lt;br /&gt;</w:t>
        <w:br/>
        <w:t>мережку розрива на грудях.</w:t>
      </w:r>
    </w:p>
    <w:p>
      <w:r>
        <w:br/>
        <w:t>Без тебе крушить гори з завірюхи,&lt;br /&gt;</w:t>
        <w:br/>
        <w:t>кипить пожежею сідою.&lt;br /&gt;</w:t>
        <w:br/>
        <w:t>Над клавішами підкидає руки,&lt;br /&gt;</w:t>
        <w:br/>
        <w:t>щоб ти почула всю недолю.</w:t>
      </w:r>
    </w:p>
    <w:p>
      <w:r>
        <w:br/>
        <w:t>І музиці, мов кров — живій, схлинатись&lt;br /&gt;</w:t>
        <w:br/>
        <w:t>без тебе крізь огні свічані,&lt;br /&gt;</w:t>
        <w:br/>
        <w:t>де розпал і несамовиття натиск,&lt;br /&gt;</w:t>
        <w:br/>
        <w:t>як де на брамах бій мечами.</w:t>
      </w:r>
    </w:p>
    <w:p>
      <w:r>
        <w:br/>
        <w:t>І день, мов дзеркало, розбито вдрузки,&lt;br /&gt;</w:t>
        <w:br/>
        <w:t>ні променя твого немає,&lt;br /&gt;</w:t>
        <w:br/>
        <w:t>І вже ніде пташиної галузки&lt;br /&gt;</w:t>
        <w:br/>
        <w:t>блакитна щирість не гойдає.</w:t>
      </w:r>
    </w:p>
    <w:p>
      <w:r>
        <w:br/>
        <w:t>Лиш сонце привіталося крізь скорбі,&lt;br /&gt;</w:t>
        <w:br/>
        <w:t>черпнуло з вихору в долоню.&lt;br /&gt;</w:t>
        <w:br/>
        <w:t>За чайками шепочуть хвилі добрі&lt;br /&gt;</w:t>
        <w:br/>
        <w:t>без тебе в глибину холодну.</w:t>
      </w:r>
    </w:p>
    <w:p>
      <w:r>
        <w:br/>
        <w:t>Бо незабудками відкриє радість, леле!&lt;br /&gt;</w:t>
        <w:br/>
        <w:t>твоя над берегами тучі,&lt;br /&gt;</w:t>
        <w:br/>
        <w:t>і, як на празник до ікон, простеле,&lt;br /&gt;</w:t>
        <w:br/>
        <w:t>турбуючись, грезет кипучий.</w:t>
      </w:r>
    </w:p>
    <w:p>
      <w:r>
        <w:br/>
        <w:t>Дихання бризного безперестанку,&lt;br /&gt;</w:t>
        <w:br/>
        <w:t>грудьми, як скрипку, жду давно.&lt;br /&gt;</w:t>
        <w:br/>
        <w:t>Від хвилі шепоти навкруг не втануть;&lt;br /&gt;</w:t>
        <w:br/>
        <w:t>що люба кличе на вино.</w:t>
      </w:r>
    </w:p>
    <w:p>
      <w:r>
        <w:br/>
        <w:t>Як трепет океану, вся спромога&lt;br /&gt;</w:t>
        <w:br/>
        <w:t>пісенна — від грудей, що з горя&lt;br /&gt;</w:t>
        <w:br/>
        <w:t>вже кров’ю милого життя до Бога&lt;br /&gt;</w:t>
        <w:br/>
        <w:t>при всіх трояндах проговорять.</w:t>
      </w:r>
    </w:p>
    <w:p>
      <w:r>
        <w:br/>
        <w:t>І на вуста нам свіжість несказанна,&lt;br /&gt;</w:t>
        <w:br/>
        <w:t>бо квіткою в крові не сохне;&lt;br /&gt;</w:t>
        <w:br/>
        <w:t>але голубить кораблі кохання,&lt;br /&gt;</w:t>
        <w:br/>
        <w:t>зустрівши сизокриле сонце.</w:t>
      </w:r>
    </w:p>
    <w:p>
      <w:r>
        <w:br/>
        <w:t>Це все — не гріх, трояндне від любови,&lt;br /&gt;</w:t>
        <w:br/>
        <w:t>сама пелюстками священна.&lt;br /&gt;</w:t>
        <w:br/>
        <w:t>І лиш її роса жива оновить&lt;br /&gt;</w:t>
        <w:br/>
        <w:t>людське благання і прощення.</w:t>
      </w:r>
    </w:p>
    <w:p>
      <w:r>
        <w:br/>
        <w:t>Крізь них і спомини в вінках чаїних&lt;br /&gt;</w:t>
        <w:br/>
        <w:t>бринять, як океанські квіти,&lt;br /&gt;</w:t>
        <w:br/>
        <w:t>о, рідне серце! — все при тій святині,&lt;br /&gt;</w:t>
        <w:br/>
        <w:t>де я з тобою міг радіти.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Океан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