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 ходи, Грицю</w:t>
      </w:r>
    </w:p>
    <w:p>
      <w:r>
        <w:br/>
        <w:t xml:space="preserve"> На сцені Гриць вмирав… На залі тінь снувалась,&lt;br /&gt;</w:t>
        <w:br/>
        <w:t>На душу втомлену глибокий сум лягав,&lt;br /&gt;</w:t>
        <w:br/>
        <w:t>На лиця кам'яні задума тиха клалась,&lt;br /&gt;</w:t>
        <w:br/>
        <w:t>Тонуло в тиші все… На сцені Гриць конав…</w:t>
      </w:r>
    </w:p>
    <w:p>
      <w:r>
        <w:br/>
        <w:t>В півсвітлі сумерку лице твоє тремтіло,&lt;br /&gt;</w:t>
        <w:br/>
        <w:t>І сльози ринули з розжалених зіниць,&lt;br /&gt;</w:t>
        <w:br/>
        <w:t>І дрож утаєна стрясала біле тіло,&lt;br /&gt;</w:t>
        <w:br/>
        <w:t>А там в штучній агонії конав невірний Гриць…</w:t>
      </w:r>
    </w:p>
    <w:p>
      <w:r>
        <w:br/>
        <w:t>І стало жаль мені, що прийде та година,&lt;br /&gt;</w:t>
        <w:br/>
        <w:t>Коли впаду і я на сцені життьовій,&lt;br /&gt;</w:t>
        <w:br/>
        <w:t>Без оплесків та брав, не плаканий юрбою…</w:t>
      </w:r>
    </w:p>
    <w:p>
      <w:r>
        <w:br/>
        <w:t>І мріялось мені в душі, моя дівчино,&lt;br /&gt;</w:t>
        <w:br/>
        <w:t>Чи у годину ту з-під твоїх чорних вій&lt;br /&gt;</w:t>
        <w:br/>
        <w:t>Бодай одна сльоза покотиться за мною?..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 ходи, Грицю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