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Одного весняного вечора...</w:t>
      </w:r>
    </w:p>
    <w:p>
      <w:r>
        <w:br/>
        <w:t xml:space="preserve"> &lt;p&gt;Марія вертається із саду. В одній руці підсмикнута спідниця, в другій — набрякла бруньками гілочка вишні. Зранку крапав дощик, і сонце не встигло ще випити росу.</w:t>
      </w:r>
    </w:p>
    <w:p>
      <w:r>
        <w:br/>
        <w:t>Хвіртка з вулиці сьогодні знову була навстіж відчинена. Ірка, ніхто інший, тільки Ірка знайшла собі дорогу через сад. Так, начебто не було брами. Мчала, мабуть, мов божевільна, бо аж галуззя з вишень поламала. Нерозумний дітвак!</w:t>
      </w:r>
    </w:p>
    <w:p>
      <w:r>
        <w:br/>
        <w:t>Марія оглядається навколо себе: цього року весна приспішила свій крок. Стільки сонця й зелені о цій порі давно вже не пам'ятають люди. Марія минає долішні кімнати, йде з відламаною гілочкою вишні просто до Ірчиної кімнати, на горище. Ірка в цей час має бути в музичному інституті. Байдуже. Марія хоче знати, в якому настрої вийшла з дому та шалена дівчина. Мусить знати.</w:t>
      </w:r>
    </w:p>
    <w:p>
      <w:r>
        <w:br/>
        <w:t>Десять пар очей, десять пар вух придбала Марія за вісімнадцять років шлюбного життя. Так з убрання, яке складав її чоловік перед сном, вичитувала, коли та в якому настрої повернувся він додому. Не потребувала нікого розпитувати: ні випробуваних приятелів, ні близьких сусідів. Замкнута в собі, недовірлива, вона всі справи своєї сім'ї вирішувала сама.</w:t>
      </w:r>
    </w:p>
    <w:p>
      <w:r>
        <w:br/>
        <w:t>Правда і порядок — це два стовпи, на яких збудувала все своє життя. Природний порядок речей: ніяких непередбачених подій, відхилень, химер, ілюзій. Простим шляхом аж до мети. Так найкраще. Її власне життя було зразковим витвором суворого божка — Ладу. День за днем, рік за роком йшли спокійно, послідовно, немов хтось невидний нанизував їх на рівну сталеву нитку.</w:t>
      </w:r>
    </w:p>
    <w:p>
      <w:r>
        <w:br/>
        <w:t>Дитинство з мильними бульбашками та фарфоровими ляльками розвіялося перед першими подувами зрілого віку. Дівування прийшло ні зарано, ні запізно. Саме вчас. Ніякої романтики, ніяких пустих, нездійсненних надій. У двадцять літ вийшла заміж. Ця подія була теж записана в її життєвій програмі. Може, могла натрапити на іншого чоловіка, ніж той, якого вибрала. Але що значить "інший"? Кожен інший мав би за собою ще інших. Мусить бути добре так, як є.</w:t>
      </w:r>
    </w:p>
    <w:p>
      <w:r>
        <w:br/>
        <w:t>І так усе йшло рівним, второваним шляхом цілих вісімнадцять літ. Аж ось на цю весну Ірка, її рідна дитина, безрозсудно виривається з-під раз і назавжди заведеного порядку так, начебто… але зараз побачимо.</w:t>
      </w:r>
    </w:p>
    <w:p>
      <w:r>
        <w:br/>
        <w:t>Справді, є на що подивитись. Дверці шафи широко відчинені, на полицях — все перекидано. Ясно, надто квапливо чепурилась. На столі лежить вазочка з фіалками. Вода крапля по краплі стікає по скатертині. На підлозі — старі панчохи й синя шапочка. На ліжку — ноти. Забути ноти, йдучи на урок музики, — чи чував хто таке?</w:t>
      </w:r>
    </w:p>
    <w:p>
      <w:r>
        <w:br/>
        <w:t>Марія стоїть посеред кімнати, опустивши руки. Не йдеться тут про плями на скатертині, про безладдя у шафі, про синю шапочку в пилюці. Це дрібниці. Вона шукає причини цього безладдя, цього гарячого поспіху, цього бажання причепуритися (а може, і сподобатися — хто знає?). Досі бувало, коли вона, мати, не могла того чи іншого пояснити собі чи збагнути, то приходила й питала просто, відверто, у чому справа. І досі діставала на все щиру відповідь.</w:t>
      </w:r>
    </w:p>
    <w:p>
      <w:r>
        <w:br/>
        <w:t>Марія береться пересаджувати квіти. Старанно подрібнює чорнозем і думає: "А Ірки все ще не видно…"</w:t>
      </w:r>
    </w:p>
    <w:p>
      <w:r>
        <w:br/>
        <w:t>Скоро кидає роботу. Їй не терпиться зустріти свою дитину, придивитися до дочки ближче. Може, справді не добачила чого.</w:t>
      </w:r>
    </w:p>
    <w:p>
      <w:r>
        <w:br/>
        <w:t>Та Ірка не приходить. Марія, загорнувшись у пухнасту шаль, сидить на веранді і чекає.</w:t>
      </w:r>
    </w:p>
    <w:p>
      <w:r>
        <w:br/>
        <w:t>Дві хмаринки напливли одна на одну, обмінялися поцілунком і попливли далі.</w:t>
      </w:r>
    </w:p>
    <w:p>
      <w:r>
        <w:br/>
        <w:t>"Ірка, певно, у Гнатових засиділася", — вертаються Маріїні думки до одного. Можна б послати за нею, але не в звичках Марії стежити за своїми близькими. Вона пригадує, що дочка і позавчора, і минулої середи теж прийшла пізніше додому.</w:t>
      </w:r>
    </w:p>
    <w:p>
      <w:r>
        <w:br/>
        <w:t>"Тільки без зайвих здогадок і побоювань, — стримує вона своє неспокійне серце. — Ірка, певно, прибіжить садом. Мала має часом свої химери".</w:t>
      </w:r>
    </w:p>
    <w:p>
      <w:r>
        <w:br/>
        <w:t>Марія встає і крок за кроком, наче милуючись гарною погодою, йде стежкою в сад. Вона сідає на лавочку перед самою хвірткою: тут ще здалеку почує Ірчині кроки. Мала не повинна помітити неспокою на її лиці.</w:t>
      </w:r>
    </w:p>
    <w:p>
      <w:r>
        <w:br/>
        <w:t>Т-с… здається, чиїсь кроки наближаються до хвіртки. Так, але це не її хода. Ірка не вміє так поволі ходити. Хтось нерішуче торкнувся клямки у хвіртці. Марія хутко встає і ще хутчіш сідає: на вулиці її Ірка у товаристві якогось молодого чоловіка.</w:t>
      </w:r>
    </w:p>
    <w:p>
      <w:r>
        <w:br/>
        <w:t>Марія не може дивуватись ані обурюватись, не може навіть пояснити собі свого хвилювання. Одне тільки розуміє ясно: там, за хвірткою, її дитина з чужим чоловіком, ради якого не завагалась обманювати свою маму.</w:t>
      </w:r>
    </w:p>
    <w:p>
      <w:r>
        <w:br/>
        <w:t>Марія щораз виразніше чує голос того чоловіка й інстинктивно ховається в тіні вишень. Сидить на краєчку лавки зібгана, дрібна, мало не перелякана і мусить слухати, що ті двоє плетуть між собою. Не може ані на крок рушити з свого сховища, бо не хоче збудити в своїй дитині найменшого підозріння. Марія чує його м'який, майже дівочий голос і питає себе: "Хто він? Як довго знаються? Де і коли пізнав її?" Говорить все він і він. Ірка мовчить. Але — як мовчить? Як дивиться на нього у цій своїй мовчанці? Його голос стає дедалі більш притишеним. Марія вже не чує слів… Так шептати можна тільки лице в лице. Раптом стає тихо. Хвилина — і хвіртка з грюкотом розчиняється, а в неї прожогом вбігає Ірка. Мчить, немов сам страх наздоганяє її.</w:t>
      </w:r>
    </w:p>
    <w:p>
      <w:r>
        <w:br/>
        <w:t>Марія чує, як він стоїть біля хвіртки і проводжає її очима. Потім іде. Дуже поволі.</w:t>
      </w:r>
    </w:p>
    <w:p>
      <w:r>
        <w:br/>
        <w:t>"Закоханий", — міркує Марія і, випроставшись, опанувавши себе, вже йде в бік дому. Те, що чула і бачила, для неї тепер найважливіше. Все це обдумає пізніше. Марія боїться чогось іншого в цю хвилину… Боїться, що застане Ірку у прибраній вже кімнаті, з книжкою біля столу, начебто ніколи нічого не було. Боїться, що Ірка з хитрою, майстерно замаскованою посмішкою кинеться їй на шию, за своїм звичаєм почне осипати її ласкавими: "мусику", "тусику", "мамусику", аби тільки нарешті замилити мамі очі… Боїться історій про Гнатових, про репетиції до концерту — всіх тих можливих причин її запізнення додому. Перед такою грою Марія боїться за себе. Боїться, що її спокійна, врівноважена натура не зможе цього стерпіти.</w:t>
      </w:r>
    </w:p>
    <w:p>
      <w:r>
        <w:br/>
        <w:t>Добре, добре… Про все це вона подумає ще цієї ночі, але зараз мусить бачити її. Ніяких докорів, ніяких суворих запитань. Тільки побачити.</w:t>
      </w:r>
    </w:p>
    <w:p>
      <w:r>
        <w:br/>
        <w:t>На ліжку, поверх забутих нот, зіщулившись, з притисненими до очей долонями лежить Ірка… Марія нічого не розуміє: що це має значити? Ще не може вона підійти до дитини, взяти в обійми те писклятко і спитати, де болить. Ще боїться… І питає без найменшої нотки суворості:</w:t>
      </w:r>
    </w:p>
    <w:p>
      <w:r>
        <w:br/>
        <w:t>— Ірко, що сталося? Чого ти плачеш?</w:t>
      </w:r>
    </w:p>
    <w:p>
      <w:r>
        <w:br/>
        <w:t>Двоє очей, покірних, боязких, але щасливих, таких щасливих, що не можна їм гріха пам'ятати, дивляться на Марію.</w:t>
      </w:r>
    </w:p>
    <w:p>
      <w:r>
        <w:br/>
        <w:t>— Ой мамусику, — очі пробують всміхатися, але сльози раз у раз перешкоджають їм, — чого ти дивишся так недобре на мене? Я тобі завтра все скажу, я маю тобі так багато сказати… Тільки сьогодні не питай мене… Я така щаслива… Така щаслива…</w:t>
      </w:r>
    </w:p>
    <w:p>
      <w:r>
        <w:br/>
        <w:t>— О Ірусь, Ірусь, дитинко моя… — Марія не може більше нічого сказати. Їй хочеться взяти ту дитину в свої обійми й гукнути всім матерям світу: "Яка з вас, матері, може похвалитися більшим довір'ям своєї дитини?.."</w:t>
      </w:r>
    </w:p>
    <w:p>
      <w:r>
        <w:br/>
        <w:t>Ірка у милому здивуванні тулиться до мами й не може зрозуміти, чого мусик плаче… Хоче здогадатися:</w:t>
      </w:r>
    </w:p>
    <w:p>
      <w:r>
        <w:br/>
        <w:t>— Але тебе я ще більше люблю, мусику…</w:t>
      </w:r>
    </w:p>
    <w:p>
      <w:r>
        <w:br/>
        <w:t>— Я знаю, дитинко. Тепер іди спати. Завтра поговоримо.</w:t>
      </w:r>
    </w:p>
    <w:p>
      <w:r>
        <w:br/>
        <w:t>Марії не спиться. Із заплющеними повіками лежить тихенько в своєму ліжку і ще раз перебирає в думці все, що приніс їй сьогоднішній день. Їй здається, що вона тільки сьогодні побачила світ зовсім іншим… Але її не лякають ті зміни, навпаки, вона бадьоро йде назустріч новому. Ірка — вже не дитина, а молода дівчина. Закохана молода жінка… Марія щойно бачила, як та закохана дівчина плакала від надміру щастя…</w:t>
      </w:r>
    </w:p>
    <w:p>
      <w:r>
        <w:br/>
        <w:t>Марія питає своє серце: "Невже ж можна так любити? Невже?" — звертається до своїх майже забутих сімнадцяти літ.</w:t>
      </w:r>
    </w:p>
    <w:p>
      <w:r>
        <w:br/>
        <w:t>Ті мовчать. Марія ніколи не плакала з надміру щастя, бо ніколи не була так закохана…</w:t>
      </w:r>
    </w:p>
    <w:p>
      <w:r>
        <w:br/>
        <w:t>Її власне життя було зразковим витвором суворого божка — Ладу.</w:t>
      </w:r>
    </w:p>
    <w:p>
      <w:r>
        <w:br/>
        <w:t>Подія за подією, рік за роком пройшли спокійно, послідовно, неначе хтось невидимий нанизував їх на рівну сталеву нитку…</w:t>
      </w:r>
    </w:p>
    <w:p>
      <w:r>
        <w:br/>
        <w:t>1933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Одного весняного вечора...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