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Одна нога в стременах...</w:t>
      </w:r>
    </w:p>
    <w:p>
      <w:r>
        <w:br/>
        <w:t xml:space="preserve"> Одна нога в стременах.&lt;br /&gt;</w:t>
        <w:br/>
        <w:t>Сніги. Вітри. Зима...&lt;br /&gt;</w:t>
        <w:br/>
        <w:t>Розрубані рамена,&lt;br /&gt;</w:t>
        <w:br/>
        <w:t>І голови нема.</w:t>
      </w:r>
    </w:p>
    <w:p>
      <w:r>
        <w:br/>
        <w:t>А кінь стоїть і дремле:&lt;br /&gt;</w:t>
        <w:br/>
        <w:t>Куди ж його іти? —&lt;br /&gt;</w:t>
        <w:br/>
        <w:t>До болю вгрузли в землю&lt;br /&gt;</w:t>
        <w:br/>
        <w:t>Залізні копити.</w:t>
      </w:r>
    </w:p>
    <w:p>
      <w:r>
        <w:br/>
        <w:t>Поглянув скоса оком:&lt;br /&gt;</w:t>
        <w:br/>
        <w:t>Хоч би уже сідав! —&lt;br /&gt;</w:t>
        <w:br/>
        <w:t>І знову дрібним кроком&lt;br /&gt;</w:t>
        <w:br/>
        <w:t>У далеч почвалав...</w:t>
      </w:r>
    </w:p>
    <w:p>
      <w:r>
        <w:br/>
        <w:t>Іде, іде снігами&lt;br /&gt;</w:t>
        <w:br/>
        <w:t>На південь, північ, схід, —&lt;br /&gt;</w:t>
        <w:br/>
        <w:t>А вслід червоні плями,&lt;br /&gt;</w:t>
        <w:br/>
        <w:t>А вслід червоний лід.</w:t>
      </w:r>
    </w:p>
    <w:p>
      <w:r>
        <w:br/>
        <w:t>Іде, іде і стане,&lt;br /&gt;</w:t>
        <w:br/>
        <w:t>До місяця ірже:&lt;br /&gt;</w:t>
        <w:br/>
        <w:t>Невже ж таки не встане?&lt;br /&gt;</w:t>
        <w:br/>
        <w:t>Невже?</w:t>
      </w:r>
    </w:p>
    <w:p>
      <w:r>
        <w:br/>
        <w:t>Одна нога в стременах.&lt;br /&gt;</w:t>
        <w:br/>
        <w:t>Сніги. Вітри. Зима...&lt;br /&gt;</w:t>
        <w:br/>
        <w:t>Розрубані рамена,&lt;br /&gt;</w:t>
        <w:br/>
        <w:t>І голови нема.&lt;br /&gt;</w:t>
        <w:br/>
        <w:t>Ще вчора був веселий:&lt;br /&gt;</w:t>
        <w:br/>
        <w:t>Чи думав, що кінець?&lt;br /&gt;</w:t>
        <w:br/>
        <w:t>Сьогодні ж... Леле!&lt;br /&gt;</w:t>
        <w:br/>
        <w:t>Мрець.&lt;br /&gt;</w:t>
        <w:br/>
        <w:t>ЖИТТЯ Й РЕВОЛЮЦІЯ. 1926, ч. 12, с. 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Одна нога в стременах...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