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Ода західному вітрові</w:t>
      </w:r>
    </w:p>
    <w:p>
      <w:r>
        <w:br/>
        <w:t xml:space="preserve"> 1.</w:t>
      </w:r>
    </w:p>
    <w:p>
      <w:r>
        <w:br/>
        <w:t>О Вітре дикий Західний, о ти,&lt;br /&gt;</w:t>
        <w:br/>
        <w:t>Син осені, з чиїх тонких обіймів&lt;br /&gt;</w:t>
        <w:br/>
        <w:t>Так прагне мертве листя утекти,</w:t>
      </w:r>
    </w:p>
    <w:p>
      <w:r>
        <w:br/>
        <w:t>Як від мольфара духи, — лине вільним&lt;br /&gt;</w:t>
        <w:br/>
        <w:t>Чумним жовтавим почтом. Ти дмухнеш —&lt;br /&gt;</w:t>
        <w:br/>
        <w:t>Й розкрилене насіння на могильне</w:t>
      </w:r>
    </w:p>
    <w:p>
      <w:r>
        <w:br/>
        <w:t>Зимове темне ложе покладеш.&lt;br /&gt;</w:t>
        <w:br/>
        <w:t>Нехай спочине трупом — мертво, низько.&lt;br /&gt;</w:t>
        <w:br/>
        <w:t>Аж доки в сонний край Весна прийде,</w:t>
      </w:r>
    </w:p>
    <w:p>
      <w:r>
        <w:br/>
        <w:t>Сестра твоя, сипне барвисті іскри&lt;br /&gt;</w:t>
        <w:br/>
        <w:t>І засурмить над долом досхочу,&lt;br /&gt;</w:t>
        <w:br/>
        <w:t>Й бруньок отарам знайде пасовиська.</w:t>
      </w:r>
    </w:p>
    <w:p>
      <w:r>
        <w:br/>
        <w:t>О дикий дух (де хочу — там лечу),&lt;br /&gt;</w:t>
        <w:br/>
        <w:t>Хранителю, руйнівнику, почуй!</w:t>
      </w:r>
    </w:p>
    <w:p>
      <w:r>
        <w:br/>
        <w:t>2.</w:t>
      </w:r>
    </w:p>
    <w:p>
      <w:r>
        <w:br/>
        <w:t>Ти, що зриваєш мертве листя хмар&lt;br /&gt;</w:t>
        <w:br/>
        <w:t>Зі сплутаних гілок небес і моря,&lt;br /&gt;</w:t>
        <w:br/>
        <w:t>Мчиш через височин сум'яття й шал</w:t>
      </w:r>
    </w:p>
    <w:p>
      <w:r>
        <w:br/>
        <w:t>Всіх янголів грози: ген, на просторі,&lt;br /&gt;</w:t>
        <w:br/>
        <w:t>Крізь здиблений і вільний твій політ&lt;br /&gt;</w:t>
        <w:br/>
        <w:t>Зринають розпростерті в непокорі</w:t>
      </w:r>
    </w:p>
    <w:p>
      <w:r>
        <w:br/>
        <w:t>Менади дикі косми, аж в зеніт&lt;br /&gt;</w:t>
        <w:br/>
        <w:t>Від горизонту невиразних ліній&lt;br /&gt;</w:t>
        <w:br/>
        <w:t>Близького шторму пасма. Рік вже зблід,</w:t>
      </w:r>
    </w:p>
    <w:p>
      <w:r>
        <w:br/>
        <w:t>Ти тужиш гірко — він вмирає. Тіні&lt;br /&gt;</w:t>
        <w:br/>
        <w:t>Зімкнуть цю ніч могильну: хай течуть&lt;br /&gt;</w:t>
        <w:br/>
        <w:t>Густі пари, ущільнюють склепіння,</w:t>
      </w:r>
    </w:p>
    <w:p>
      <w:r>
        <w:br/>
        <w:t>З якого рине чорний вир дощу&lt;br /&gt;</w:t>
        <w:br/>
        <w:t>І полум'я, і граду: о, почуй!</w:t>
      </w:r>
    </w:p>
    <w:p>
      <w:r>
        <w:br/>
        <w:t>3.</w:t>
      </w:r>
    </w:p>
    <w:p>
      <w:r>
        <w:br/>
        <w:t>Це ти збудив з солодких літніх снів&lt;br /&gt;</w:t>
        <w:br/>
        <w:t>Блакитне Середземне, що дрімало&lt;br /&gt;</w:t>
        <w:br/>
        <w:t>В потоків кільцях, в кришталі і склі,</w:t>
      </w:r>
    </w:p>
    <w:p>
      <w:r>
        <w:br/>
        <w:t>Між островів у бухтах. Так недбало&lt;br /&gt;</w:t>
        <w:br/>
        <w:t>У снах зміїлись тіні древніх веж,&lt;br /&gt;</w:t>
        <w:br/>
        <w:t>Палаців, вкритих моху покривалом</w:t>
      </w:r>
    </w:p>
    <w:p>
      <w:r>
        <w:br/>
        <w:t>І квітом дивовижним, — не знайдеш&lt;br /&gt;</w:t>
        <w:br/>
        <w:t>І слів, щоб змалювати їх. Де шлях твій&lt;br /&gt;</w:t>
        <w:br/>
        <w:t>Проліг, сама Атлантика, авжеж,</w:t>
      </w:r>
    </w:p>
    <w:p>
      <w:r>
        <w:br/>
        <w:t>Розверзла темні урвища, й побляклі&lt;br /&gt;</w:t>
        <w:br/>
        <w:t>Морські ліси, зодягнені в парчу&lt;br /&gt;</w:t>
        <w:br/>
        <w:t>Важку вологу, затремтіли, вклякли,</w:t>
      </w:r>
    </w:p>
    <w:p>
      <w:r>
        <w:br/>
        <w:t>Здаля зачувши звук твого плачу,&lt;br /&gt;</w:t>
        <w:br/>
        <w:t>Й посивіли від страху. О, почуй!</w:t>
      </w:r>
    </w:p>
    <w:p>
      <w:r>
        <w:br/>
        <w:t>4.</w:t>
      </w:r>
    </w:p>
    <w:p>
      <w:r>
        <w:br/>
        <w:t>Коли б мене ти теж листком помчав,&lt;br /&gt;</w:t>
        <w:br/>
        <w:t>Коли б мене підніс — із хмар найлегшу,&lt;br /&gt;</w:t>
        <w:br/>
        <w:t>Чи хвилею нестримною здійняв,</w:t>
      </w:r>
    </w:p>
    <w:p>
      <w:r>
        <w:br/>
        <w:t>В свободі тебе, втім, не перевершить,&lt;br /&gt;</w:t>
        <w:br/>
        <w:t>То хоч би долучитися, о ти,&lt;br /&gt;</w:t>
        <w:br/>
        <w:t>Нестримний! Я, дитям ще, думав спершу,</w:t>
      </w:r>
    </w:p>
    <w:p>
      <w:r>
        <w:br/>
        <w:t>Що разом в небесах могли б ми йти,&lt;br /&gt;</w:t>
        <w:br/>
        <w:t>Як рівні. Та якби ж малому знати,&lt;br /&gt;</w:t>
        <w:br/>
        <w:t>Що не наздоженеш тебе, прудкий...</w:t>
      </w:r>
    </w:p>
    <w:p>
      <w:r>
        <w:br/>
        <w:t>Я вже тоді б, як зараз, став благати:&lt;br /&gt;</w:t>
        <w:br/>
        <w:t>Здійми мене, мов хмару, хвилю, лист!&lt;br /&gt;</w:t>
        <w:br/>
        <w:t>Життя шипами тіло рве завзято!</w:t>
      </w:r>
    </w:p>
    <w:p>
      <w:r>
        <w:br/>
        <w:t>Тягар годин так владно тягне вниз&lt;br /&gt;</w:t>
        <w:br/>
        <w:t>Того, хто вільним був, як ти, колись.</w:t>
      </w:r>
    </w:p>
    <w:p>
      <w:r>
        <w:br/>
        <w:t>5.</w:t>
      </w:r>
    </w:p>
    <w:p>
      <w:r>
        <w:br/>
        <w:t>Я буду тобі лірою, як ліс,&lt;br /&gt;</w:t>
        <w:br/>
        <w:t>Що з того, що, як він, я облітаю!&lt;br /&gt;</w:t>
        <w:br/>
        <w:t>Якби ж то наші голоси злились,</w:t>
      </w:r>
    </w:p>
    <w:p>
      <w:r>
        <w:br/>
        <w:t>Цей спів, що сум осінній навіває,&lt;br /&gt;</w:t>
        <w:br/>
        <w:t>Солодшав би, лишаючись гірким.&lt;br /&gt;</w:t>
        <w:br/>
        <w:t>Моїм стань духом, дикий Дух, благаю!</w:t>
      </w:r>
    </w:p>
    <w:p>
      <w:r>
        <w:br/>
        <w:t>Свавільний, мною стань! Помчи думки&lt;br /&gt;</w:t>
        <w:br/>
        <w:t>Сухі мої крізь світ, новий світанок&lt;br /&gt;</w:t>
        <w:br/>
        <w:t>Пришвидшимо! Хай бризнуть ці рядки,</w:t>
      </w:r>
    </w:p>
    <w:p>
      <w:r>
        <w:br/>
        <w:t>Як від багать незгасних жар багряний.&lt;br /&gt;</w:t>
        <w:br/>
        <w:t>Серед людей хай йдуть мої пісні.&lt;br /&gt;</w:t>
        <w:br/>
        <w:t>Для сонних нив нехай мій голос стане</w:t>
      </w:r>
    </w:p>
    <w:p>
      <w:r>
        <w:br/>
        <w:t>Пророчим гласом! Вітре навісний!&lt;br /&gt;</w:t>
        <w:br/>
        <w:t>Зима вже тут — чи ж довго до Весни?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Ода західному вітрові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