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до Наполеона Бонапарта</w:t>
      </w:r>
    </w:p>
    <w:p>
      <w:r>
        <w:br/>
        <w:t xml:space="preserve"> Expende Annibalem: — quot libras in&lt;br /&gt;</w:t>
        <w:br/>
        <w:t>duce surnmo invenies?&lt;br /&gt;</w:t>
        <w:br/>
        <w:t>Juvenal, Sat. X[1].</w:t>
      </w:r>
    </w:p>
    <w:p>
      <w:r>
        <w:br/>
        <w:t>Імператора Непота визнав сенат, італійці&lt;br /&gt;</w:t>
        <w:br/>
        <w:t>та людність провінції Галлії; гучно&lt;br /&gt;</w:t>
        <w:br/>
        <w:t>вславляли його моральні чесноти&lt;br /&gt;</w:t>
        <w:br/>
        <w:t>й військові здібності; ті, що сподівалися&lt;br /&gt;</w:t>
        <w:br/>
        <w:t>якихось особистих вигод за його&lt;br /&gt;</w:t>
        <w:br/>
        <w:t>правління, пророкували відновлення&lt;br /&gt;</w:t>
        <w:br/>
        <w:t>загального добробуту... Ганебним&lt;br /&gt;</w:t>
        <w:br/>
        <w:t>зреченням він продовжив своє життя&lt;br /&gt;</w:t>
        <w:br/>
        <w:t>на кілька років, що їх прожив у непевному&lt;br /&gt;</w:t>
        <w:br/>
        <w:t>становищі напівімператором, напіввигнанцем,&lt;br /&gt;</w:t>
        <w:br/>
        <w:t>аж поки...&lt;br /&gt;</w:t>
        <w:br/>
        <w:t>Гіббоп. Історія занепаду й зруйнування&lt;br /&gt;</w:t>
        <w:br/>
        <w:t>Римської імперії</w:t>
      </w:r>
    </w:p>
    <w:p>
      <w:r>
        <w:br/>
        <w:t>По всьому! Вчора незбагненний&lt;br /&gt;</w:t>
        <w:br/>
        <w:t>Півбог-володар, страх дарів,&lt;br /&gt;</w:t>
        <w:br/>
        <w:t>Сьогодні ти — щось безіменне...&lt;br /&gt;</w:t>
        <w:br/>
        <w:t>Як од ганьби ти не згорів!..&lt;br /&gt;</w:t>
        <w:br/>
        <w:t>І це владар ста сотень тронів,&lt;br /&gt;</w:t>
        <w:br/>
        <w:t>Що йшов по трупах легіонів?&lt;br /&gt;</w:t>
        <w:br/>
        <w:t>Так низько падав стрімголів&lt;br /&gt;</w:t>
        <w:br/>
        <w:t>Лише злий дух та сила ница,&lt;br /&gt;</w:t>
        <w:br/>
        <w:t>Що звати хибно Зоряниця.</w:t>
      </w:r>
    </w:p>
    <w:p>
      <w:r>
        <w:br/>
        <w:t>Безумче! Друзів без вагання&lt;br /&gt;</w:t>
        <w:br/>
        <w:t>Ти мордував, як лютий звір.&lt;br /&gt;</w:t>
        <w:br/>
        <w:t>Осліплий власним спогляданням,&lt;br /&gt;</w:t>
        <w:br/>
        <w:t>Ти хтів одкрити іншим зір.&lt;br /&gt;</w:t>
        <w:br/>
        <w:t>Міг рятувати, повен сили,&lt;br /&gt;</w:t>
        <w:br/>
        <w:t>Проте платив лиш сном могили&lt;br /&gt;</w:t>
        <w:br/>
        <w:t>Усім, для кого сам — кумир.&lt;br /&gt;</w:t>
        <w:br/>
        <w:t>Твоє падіння показало:&lt;br /&gt;</w:t>
        <w:br/>
        <w:t>Душі у честолюбця мало.</w:t>
      </w:r>
    </w:p>
    <w:p>
      <w:r>
        <w:br/>
        <w:t>Наука добра! Та й, по суті,&lt;br /&gt;</w:t>
        <w:br/>
        <w:t>Це важить більше для віків,&lt;br /&gt;</w:t>
        <w:br/>
        <w:t>Ніж філософії напуття,&lt;br /&gt;</w:t>
        <w:br/>
        <w:t>Трактати вчених мудраків.&lt;br /&gt;</w:t>
        <w:br/>
        <w:t>Урок цей — людям осторога,&lt;br /&gt;</w:t>
        <w:br/>
        <w:t>Щоб їх не вабила дорога&lt;br /&gt;</w:t>
        <w:br/>
        <w:t>Божка війни і вояків:&lt;br /&gt;</w:t>
        <w:br/>
        <w:t>Всі ідоли — мана людини,—&lt;br /&gt;</w:t>
        <w:br/>
        <w:t>В них з міді лоб, а ноги з глини.</w:t>
      </w:r>
    </w:p>
    <w:p>
      <w:r>
        <w:br/>
        <w:t>Екстази битв, борня шалена,&lt;br /&gt;</w:t>
        <w:br/>
        <w:t>Звитяжних сурем гордий грім,&lt;br /&gt;</w:t>
        <w:br/>
        <w:t>Меч, берло, бойові знамена,&lt;br /&gt;</w:t>
        <w:br/>
        <w:t>Те, що було життям твоїм,&lt;br /&gt;</w:t>
        <w:br/>
        <w:t>Що світ схиляло до покори&lt;br /&gt;</w:t>
        <w:br/>
        <w:t>І славу ширило,— як скоро&lt;br /&gt;</w:t>
        <w:br/>
        <w:t>Усе розвіялось, мов дим.&lt;br /&gt;</w:t>
        <w:br/>
        <w:t>Похмурий духу, пеклом лютим&lt;br /&gt;</w:t>
        <w:br/>
        <w:t>Тобі той спомин мусив бути.</w:t>
      </w:r>
    </w:p>
    <w:p>
      <w:r>
        <w:br/>
        <w:t>Нищителю, зітертий в порох,&lt;br /&gt;</w:t>
        <w:br/>
        <w:t>Звитяжцю, кинутий до ніг,&lt;br /&gt;</w:t>
        <w:br/>
        <w:t>Владарю тих світів, в которих&lt;br /&gt;</w:t>
        <w:br/>
        <w:t>Сьогодні мусиш, як на сміх,&lt;br /&gt;</w:t>
        <w:br/>
        <w:t>Благать пощади! Це надія,&lt;br /&gt;</w:t>
        <w:br/>
        <w:t>Чи смертний час на тебе діє,&lt;br /&gt;</w:t>
        <w:br/>
        <w:t>Що ти ганьбі такій уліг?&lt;br /&gt;</w:t>
        <w:br/>
        <w:t>Сконать царем, чи в рабстві скніти,—&lt;br /&gt;</w:t>
        <w:br/>
        <w:t>О, як ганебно вибрать смів ти!</w:t>
      </w:r>
    </w:p>
    <w:p>
      <w:r>
        <w:br/>
        <w:t>Грек, взявшись дуба розчепити,&lt;br /&gt;</w:t>
        <w:br/>
        <w:t>Завбачить лиха не зумів,&lt;br /&gt;</w:t>
        <w:br/>
        <w:t>Силач незчувся знаменитий,&lt;br /&gt;</w:t>
        <w:br/>
        <w:t>Як дуб той руку защемив.&lt;br /&gt;</w:t>
        <w:br/>
        <w:t>Зухвальцю, ти на нього схожий&lt;br /&gt;</w:t>
        <w:br/>
        <w:t>Наважившись на крок негожий,&lt;br /&gt;</w:t>
        <w:br/>
        <w:t>Ще важчих мук ти заслужив.&lt;br /&gt;</w:t>
        <w:br/>
        <w:t>Од хижаків діждав він смерті,&lt;br /&gt;</w:t>
        <w:br/>
        <w:t>Ти ж мусиш власне серце жерти.</w:t>
      </w:r>
    </w:p>
    <w:p>
      <w:r>
        <w:br/>
        <w:t>А римлянин, що серця пломінь&lt;br /&gt;</w:t>
        <w:br/>
        <w:t>Згасив, проливши власну кров,&lt;br /&gt;</w:t>
        <w:br/>
        <w:t>Меча покинув і додому&lt;br /&gt;</w:t>
        <w:br/>
        <w:t>У гордій величі пішов.&lt;br /&gt;</w:t>
        <w:br/>
        <w:t>Герой, що зневажав безмірно&lt;br /&gt;</w:t>
        <w:br/>
        <w:t>Співгромадян, що так покірно&lt;br /&gt;</w:t>
        <w:br/>
        <w:t>До рабства звикли і оков.&lt;br /&gt;</w:t>
        <w:br/>
        <w:t>Відрікся трону він і здавен&lt;br /&gt;</w:t>
        <w:br/>
        <w:t>За те одне донині славен.</w:t>
      </w:r>
    </w:p>
    <w:p>
      <w:r>
        <w:br/>
        <w:t>Іспанець, знудившись од влади,&lt;br /&gt;</w:t>
        <w:br/>
        <w:t>Для келії й чернечих справ&lt;br /&gt;</w:t>
        <w:br/>
        <w:t>Імперії відрікся радо,&lt;br /&gt;</w:t>
        <w:br/>
        <w:t>На чотки берло проміняв,&lt;br /&gt;</w:t>
        <w:br/>
        <w:t>Моливсь, поклони бив без міри,&lt;br /&gt;</w:t>
        <w:br/>
        <w:t>Вів диспути в питаннях віри,&lt;br /&gt;</w:t>
        <w:br/>
        <w:t>Втішаючись із тих забав.&lt;br /&gt;</w:t>
        <w:br/>
        <w:t>Волів святенність він до скону&lt;br /&gt;</w:t>
        <w:br/>
        <w:t>Над деспотизм ганебний трону.</w:t>
      </w:r>
    </w:p>
    <w:p>
      <w:r>
        <w:br/>
        <w:t>А ти із опором, вже кволим,&lt;br /&gt;</w:t>
        <w:br/>
        <w:t>Дав блискавицю вирвать з рук,&lt;br /&gt;</w:t>
        <w:br/>
        <w:t>Розставшись пізно із престолом&lt;br /&gt;</w:t>
        <w:br/>
        <w:t>Під гнітом болісних спонук.&lt;br /&gt;</w:t>
        <w:br/>
        <w:t>Ти Духом Зла був для народів,&lt;br /&gt;</w:t>
        <w:br/>
        <w:t>І лиш ганьбу в тобі знаходив&lt;br /&gt;</w:t>
        <w:br/>
        <w:t>Сучасник твій і твій онук.&lt;br /&gt;</w:t>
        <w:br/>
        <w:t>...Так он підніжжям був для кого&lt;br /&gt;</w:t>
        <w:br/>
        <w:t>Цей гожий світ, творіння бога!</w:t>
      </w:r>
    </w:p>
    <w:p>
      <w:r>
        <w:br/>
        <w:t>За тебе кров лилась рікою&lt;br /&gt;</w:t>
        <w:br/>
        <w:t>(А як же власну ти беріг!),&lt;br /&gt;</w:t>
        <w:br/>
        <w:t>І тлум царів перед тобою&lt;br /&gt;</w:t>
        <w:br/>
        <w:t>Колінкував, не чувши ніг...&lt;br /&gt;</w:t>
        <w:br/>
        <w:t>Тепер ціну ми взнали золі,&lt;br /&gt;</w:t>
        <w:br/>
        <w:t>Коли в свободолюбця ролі&lt;br /&gt;</w:t>
        <w:br/>
        <w:t>Сатрап душити волю зміг.&lt;br /&gt;</w:t>
        <w:br/>
        <w:t>Тиранів звабної облуди&lt;br /&gt;</w:t>
        <w:br/>
        <w:t>Такої ще не знали люди.</w:t>
      </w:r>
    </w:p>
    <w:p>
      <w:r>
        <w:br/>
        <w:t>Злочинства всі свої криваві&lt;br /&gt;</w:t>
        <w:br/>
        <w:t>Вписав навік ти в пам'ять нам.&lt;br /&gt;</w:t>
        <w:br/>
        <w:t>І хмурий блиск твоєї слави&lt;br /&gt;</w:t>
        <w:br/>
        <w:t>Померк од тих кривавих плям.&lt;br /&gt;</w:t>
        <w:br/>
        <w:t>Якби ти впав не супостатом,&lt;br /&gt;</w:t>
        <w:br/>
        <w:t>Новий міг Бонапарт постати&lt;br /&gt;</w:t>
        <w:br/>
        <w:t>На глум народам і вікам.&lt;br /&gt;</w:t>
        <w:br/>
        <w:t>Та хто до зір злетіти схоче,&lt;br /&gt;</w:t>
        <w:br/>
        <w:t>Щоб ринути в безодню ночі?</w:t>
      </w:r>
    </w:p>
    <w:p>
      <w:r>
        <w:br/>
        <w:t>Вага однака — й грудка глини,&lt;br /&gt;</w:t>
        <w:br/>
        <w:t>Й нікчемний полководця прах,—&lt;br /&gt;</w:t>
        <w:br/>
        <w:t>Смерть точно важить все хвилинне&lt;br /&gt;</w:t>
        <w:br/>
        <w:t>На справедливих терезах.&lt;br /&gt;</w:t>
        <w:br/>
        <w:t>Та все ж, здається: дух героя&lt;br /&gt;</w:t>
        <w:br/>
        <w:t>Палає іскрою живою,&lt;br /&gt;</w:t>
        <w:br/>
        <w:t>Зараз чарує й сіє страх.&lt;br /&gt;</w:t>
        <w:br/>
        <w:t>І прикро бачить, як ганьбою&lt;br /&gt;</w:t>
        <w:br/>
        <w:t>Разять колишнього героя.</w:t>
      </w:r>
    </w:p>
    <w:p>
      <w:r>
        <w:br/>
        <w:t>А квітка Австрії кохана,&lt;br /&gt;</w:t>
        <w:br/>
        <w:t>Подруга добра і сумна!&lt;br /&gt;</w:t>
        <w:br/>
        <w:t>Чи поділя твої кайдани&lt;br /&gt;</w:t>
        <w:br/>
        <w:t>На дикім камені вона?&lt;br /&gt;</w:t>
        <w:br/>
        <w:t>О вбивце, скинутий із трону,&lt;br /&gt;</w:t>
        <w:br/>
        <w:t>Цю чашу розпачу бездонну&lt;br /&gt;</w:t>
        <w:br/>
        <w:t>З тобою пити їй до дна.&lt;br /&gt;</w:t>
        <w:br/>
        <w:t>Любов до вигнанця зберігши&lt;br /&gt;</w:t>
        <w:br/>
        <w:t>Вона — всіх діадем вартніша.</w:t>
      </w:r>
    </w:p>
    <w:p>
      <w:r>
        <w:br/>
        <w:t>На острові, у безнадії&lt;br /&gt;</w:t>
        <w:br/>
        <w:t>Дивись на море. Недарма&lt;br /&gt;</w:t>
        <w:br/>
        <w:t>Твій усміх не дійма стихії:&lt;br /&gt;</w:t>
        <w:br/>
        <w:t>Їй не накинув ти ярма!&lt;br /&gt;</w:t>
        <w:br/>
        <w:t>Чи на піску під шум прибою&lt;br /&gt;</w:t>
        <w:br/>
        <w:t>Пиши недбалою рукою,&lt;br /&gt;</w:t>
        <w:br/>
        <w:t>Що впала світова тюрма!&lt;br /&gt;</w:t>
        <w:br/>
        <w:t>Згадай з Корінфа педагога&lt;br /&gt;</w:t>
        <w:br/>
        <w:t>І вчися мудрості у нього!</w:t>
      </w:r>
    </w:p>
    <w:p>
      <w:r>
        <w:br/>
        <w:t>Ти нині в клітці Тамерлана!&lt;br /&gt;</w:t>
        <w:br/>
        <w:t>Яких думок печальних рій&lt;br /&gt;</w:t>
        <w:br/>
        <w:t>Гнітить життя це безталанне?&lt;br /&gt;</w:t>
        <w:br/>
        <w:t>Одна-єдина: "Світ був мій!"&lt;br /&gt;</w:t>
        <w:br/>
        <w:t>Ти, як той деспот Вавілону,&lt;br /&gt;</w:t>
        <w:br/>
        <w:t>Утратив глузд, позбувшись трону,&lt;br /&gt;</w:t>
        <w:br/>
        <w:t>В безсилій лютості своїй.&lt;br /&gt;</w:t>
        <w:br/>
        <w:t>Твій дух, що сяяв так навколо,&lt;br /&gt;</w:t>
        <w:br/>
        <w:t>Багато міг, сказався кволим.</w:t>
      </w:r>
    </w:p>
    <w:p>
      <w:r>
        <w:br/>
        <w:t>Якби подібно до Титана&lt;br /&gt;</w:t>
        <w:br/>
        <w:t>Ти прагнув світла і тепла,&lt;br /&gt;</w:t>
        <w:br/>
        <w:t>З ним, нерозкаяним в кайданах,&lt;br /&gt;</w:t>
        <w:br/>
        <w:t>Ділив і скелю, і орла!&lt;br /&gt;</w:t>
        <w:br/>
        <w:t>А так, таврований ганьбою,&lt;br /&gt;</w:t>
        <w:br/>
        <w:t>Всіма ти проклят, над тобою&lt;br /&gt;</w:t>
        <w:br/>
        <w:t>Глумиться навіть сам Дух Зла,&lt;br /&gt;</w:t>
        <w:br/>
        <w:t>Бо впав він гордо, не безстидно,&lt;br /&gt;</w:t>
        <w:br/>
        <w:t>А був би смертним, вмер би гідно.</w:t>
      </w:r>
    </w:p>
    <w:p>
      <w:r>
        <w:br/>
        <w:t>Був день, година — світ в полоні&lt;br /&gt;</w:t>
        <w:br/>
        <w:t>Тримали галли, галлів — ти:&lt;br /&gt;</w:t>
        <w:br/>
        <w:t>Тоді б зректись тобі корони&lt;br /&gt;</w:t>
        <w:br/>
        <w:t>І з трону самохіть зійти!&lt;br /&gt;</w:t>
        <w:br/>
        <w:t>Заслуженої слави сила&lt;br /&gt;</w:t>
        <w:br/>
        <w:t>Маренго б сяєвом затьмила.&lt;br /&gt;</w:t>
        <w:br/>
        <w:t>Важких злочинств і марноти&lt;br /&gt;</w:t>
        <w:br/>
        <w:t>Пробивши нетривалі хмари,&lt;br /&gt;</w:t>
        <w:br/>
        <w:t>Твій захід оповила б чаром!</w:t>
      </w:r>
    </w:p>
    <w:p>
      <w:r>
        <w:br/>
        <w:t>А ти все пнувся владувати,&lt;br /&gt;</w:t>
        <w:br/>
        <w:t>Рядився в пурпур вогняний,&lt;br /&gt;</w:t>
        <w:br/>
        <w:t>Щоб згодом ті блазенські шати&lt;br /&gt;</w:t>
        <w:br/>
        <w:t>Терзали пам'ять. Де вони?&lt;br /&gt;</w:t>
        <w:br/>
        <w:t>Де полиняле те ганчір'я,&lt;br /&gt;</w:t>
        <w:br/>
        <w:t>Позлотиця, султанів пір'я,&lt;br /&gt;</w:t>
        <w:br/>
        <w:t>Зірок проміння, ордени?&lt;br /&gt;</w:t>
        <w:br/>
        <w:t>Розбещена дитино влади,&lt;br /&gt;</w:t>
        <w:br/>
        <w:t>Де ті цяцьковані принади?</w:t>
      </w:r>
    </w:p>
    <w:p>
      <w:r>
        <w:br/>
        <w:t>Чи є з-поміж таких бовванів&lt;br /&gt;</w:t>
        <w:br/>
        <w:t>Великий світу хоч один,&lt;br /&gt;</w:t>
        <w:br/>
        <w:t>Чиєї слави б не поганив&lt;br /&gt;</w:t>
        <w:br/>
        <w:t>Низотний і ганебний чин?&lt;br /&gt;</w:t>
        <w:br/>
        <w:t>Так, є! Він — перший, він — останній,&lt;br /&gt;</w:t>
        <w:br/>
        <w:t>То Цінціннат заокеанний,—&lt;br /&gt;</w:t>
        <w:br/>
        <w:t>Над заздрощі піднявся він.&lt;br /&gt;</w:t>
        <w:br/>
        <w:t>Та сором за нікчемство тронів:&lt;br /&gt;</w:t>
        <w:br/>
        <w:t>Нема вже нових Вашінгтонів!&lt;br /&gt;</w:t>
        <w:br/>
        <w:t>10 квітня 1814&lt;br /&gt;</w:t>
        <w:br/>
        <w:t>[1] Зважимо прах Ганнібала: скільки&lt;br /&gt;</w:t>
        <w:br/>
        <w:t>потягне фунтів грізний вождь?&lt;br /&gt;</w:t>
        <w:br/>
        <w:t>Ювенал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до Наполеона Бонапарта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