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Образа честі</w:t>
      </w:r>
    </w:p>
    <w:p>
      <w:r>
        <w:br/>
        <w:t xml:space="preserve"> &lt;p&gt;ОБРАЗА ЧЕСТІ</w:t>
      </w:r>
    </w:p>
    <w:p>
      <w:r>
        <w:br/>
        <w:t>Учениця 4-го класу школи вправ 11-літня панна Зеня верталася з товаришкою із школи додому. Одна їм була дорога, і тому вони звичайно ішли разом.</w:t>
      </w:r>
    </w:p>
    <w:p>
      <w:r>
        <w:br/>
        <w:t>— Вчора у нас були іменини тата,— оповідала Зеня товаришці.— Панів тілько зійшлося, що страх.</w:t>
      </w:r>
    </w:p>
    <w:p>
      <w:r>
        <w:br/>
        <w:t>— А ти сиділа з ними?</w:t>
      </w:r>
    </w:p>
    <w:p>
      <w:r>
        <w:br/>
        <w:t>— Сиділа, розуміється! Знаєш, мені вже "ви" кажуть. І то не хто-небудь, старші панове "викають". Ад'юнкт Збо-ровський зо дві години бавився зі мною. Помаранчі мені давав, чеколадки... Ти єго не знаєш?</w:t>
      </w:r>
    </w:p>
    <w:p>
      <w:r>
        <w:br/>
        <w:t>— Ні.</w:t>
      </w:r>
    </w:p>
    <w:p>
      <w:r>
        <w:br/>
        <w:t>— Дуже ґречний пан. На улиці мені кланяється перший.</w:t>
      </w:r>
    </w:p>
    <w:p>
      <w:r>
        <w:br/>
        <w:t>— Та се правда,— замітила товаришка з жалем,— є такі, що й не кланяються. Я з одним гімназистом не раз бавилася по подвір'ю в кота і мишку, але на улиці він мене і знати не хоче.</w:t>
      </w:r>
    </w:p>
    <w:p>
      <w:r>
        <w:br/>
        <w:t>— Бо грубіян... Мені мама казала, що як побачу знакомого старшого пана, то я повинна перша єго поздоровити; але якось так складається, що я спізняюся. От дивися. От дивися, надходить Турчанський. Ану, чи поклониться?</w:t>
      </w:r>
    </w:p>
    <w:p>
      <w:r>
        <w:br/>
        <w:t>— Се хто такий?</w:t>
      </w:r>
    </w:p>
    <w:p>
      <w:r>
        <w:br/>
        <w:t>— Е, він вже на університеті вчиться! Я єго знаю. Пан Турчанський уже здалека поклонився панні Зені; на</w:t>
      </w:r>
    </w:p>
    <w:p>
      <w:r>
        <w:br/>
        <w:t>те вона йому так граціозно і з усмішкою махнула головою та почервонілася, що студент аж пристанув на дорозі та промовив:</w:t>
      </w:r>
    </w:p>
    <w:p>
      <w:r>
        <w:br/>
        <w:t>— Зі школи, панно Зеню?</w:t>
      </w:r>
    </w:p>
    <w:p>
      <w:r>
        <w:br/>
        <w:t>Панні Зені було се питання не до смаку; вона не любила сих книжок, що їх несла на ремінці в руці, бо зраджували, що вона ще до школи ходить. А вона ж уже панна!..</w:t>
      </w:r>
    </w:p>
    <w:p>
      <w:r>
        <w:br/>
        <w:t>Зеня почервонілася і висунула свою русяву головку та рум'яне, повне личко з великими синіми очима з-поміж білого волохатого ковніра, щоби студент бачив, що єї вже можна і про що інше спитати.</w:t>
      </w:r>
    </w:p>
    <w:p>
      <w:r>
        <w:br/>
        <w:t>— Чому ви не ходите на совганку? — спиталася вона студента.</w:t>
      </w:r>
    </w:p>
    <w:p>
      <w:r>
        <w:br/>
        <w:t>— А будете сьогодні?</w:t>
      </w:r>
    </w:p>
    <w:p>
      <w:r>
        <w:br/>
        <w:t>— Буду.</w:t>
      </w:r>
    </w:p>
    <w:p>
      <w:r>
        <w:br/>
        <w:t>— Ну, то до побачення!</w:t>
      </w:r>
    </w:p>
    <w:p>
      <w:r>
        <w:br/>
        <w:t>Турчанський подав руку Зені і пішов, а товаришки — собі.</w:t>
      </w:r>
    </w:p>
    <w:p>
      <w:r>
        <w:br/>
        <w:t>— З тобою звітався, а зі мною ні,— замітила товаришка.</w:t>
      </w:r>
    </w:p>
    <w:p>
      <w:r>
        <w:br/>
        <w:t>— І не представився навіть.</w:t>
      </w:r>
    </w:p>
    <w:p>
      <w:r>
        <w:br/>
        <w:t>— Бо ти не знакома з ним.</w:t>
      </w:r>
    </w:p>
    <w:p>
      <w:r>
        <w:br/>
        <w:t>— Але стояла коло тебе.</w:t>
      </w:r>
    </w:p>
    <w:p>
      <w:r>
        <w:br/>
        <w:t>— То я повинна була тебе єму представити.</w:t>
      </w:r>
    </w:p>
    <w:p>
      <w:r>
        <w:br/>
        <w:t>— Ні, то він повинен був сам представитися. Ми панни...</w:t>
      </w:r>
    </w:p>
    <w:p>
      <w:r>
        <w:br/>
        <w:t>— Правда! — згодилася Зеня.</w:t>
      </w:r>
    </w:p>
    <w:p>
      <w:r>
        <w:br/>
        <w:t>По дорозі надійшов старий, сивий радник суду, також знакомий Зені. Вчера був на іменинах батька.</w:t>
      </w:r>
    </w:p>
    <w:p>
      <w:r>
        <w:br/>
        <w:t>— Як ся маєш, Зеню?</w:t>
      </w:r>
    </w:p>
    <w:p>
      <w:r>
        <w:br/>
        <w:t>І не поклонився, і не подав руки Зені, зате вхопив єї досить кріпко за підборі док та заглянув в очі.</w:t>
      </w:r>
    </w:p>
    <w:p>
      <w:r>
        <w:br/>
        <w:t>— Виспалася добре?</w:t>
      </w:r>
    </w:p>
    <w:p>
      <w:r>
        <w:br/>
        <w:t>— Виспалася.</w:t>
      </w:r>
    </w:p>
    <w:p>
      <w:r>
        <w:br/>
        <w:t>— Ну, па! Іди обідати!</w:t>
      </w:r>
    </w:p>
    <w:p>
      <w:r>
        <w:br/>
        <w:t>Панні Зені старий радник не подобався. Коли він тілько відійшов, вона сказала з обуренням:</w:t>
      </w:r>
    </w:p>
    <w:p>
      <w:r>
        <w:br/>
        <w:t>— Так, як дитину, гладить по лиці, і то при людях, на улиці.</w:t>
      </w:r>
    </w:p>
    <w:p>
      <w:r>
        <w:br/>
        <w:t>З єї великих очей блиснув гнів. Вона поправила собі на голові капузу, оглянула свою одежу і, піднявши носика вгору, йшла пишно додому.</w:t>
      </w:r>
    </w:p>
    <w:p>
      <w:r>
        <w:br/>
        <w:t>— Коли б уже раз вирости! — зітхнула вона.— Знаєш, я сего року виросла на три сантиметри. Я міряла торік і сего року на одвірках, а потім метром.</w:t>
      </w:r>
    </w:p>
    <w:p>
      <w:r>
        <w:br/>
        <w:t>— І я виросла також,— похвалилася товаришка.</w:t>
      </w:r>
    </w:p>
    <w:p>
      <w:r>
        <w:br/>
        <w:t>— Моя торішня сукенка вже на мене закоротка, і мама мені дала вшити нову, таку красну, синю, бо то мені до лиця.</w:t>
      </w:r>
    </w:p>
    <w:p>
      <w:r>
        <w:br/>
        <w:t>— А мені мама на Великдень купить.</w:t>
      </w:r>
    </w:p>
    <w:p>
      <w:r>
        <w:br/>
        <w:t>Панна Зеня йшла поважно, як панні пристало, і знову дуже низенько схилила головку на привіт якомусь знайомому, але добре обміркувала, щоб не скорше, як він, поклонитися.</w:t>
      </w:r>
    </w:p>
    <w:p>
      <w:r>
        <w:br/>
        <w:t>Коли тут у таку поважну хвилину з другої улиці надбіг брат Зені, гімназист, може, роком-двома старший від неї, і, не дбаючи про те, що випадає говорити такій поважній панні, а що не випадає, на цілий голос крикнув: "Эегуив ', пульката!" — так, що аж один перехожий оглянувся.</w:t>
      </w:r>
    </w:p>
    <w:p>
      <w:r>
        <w:br/>
        <w:t>Панна Зеня забула нараз усю свою повагу, почервоні-лася і зовсім по-дитячому кинулася з нігтями на братове лице та хотіла єго подряпати.</w:t>
      </w:r>
    </w:p>
    <w:p>
      <w:r>
        <w:br/>
        <w:t>Але брат відскочив, засміявся і ще раз сказав:</w:t>
      </w:r>
    </w:p>
    <w:p>
      <w:r>
        <w:br/>
        <w:t>— Бегуив, пульката!</w:t>
      </w:r>
    </w:p>
    <w:p>
      <w:r>
        <w:br/>
        <w:t>Образа честі була занадто тяжка. Панна Зеня спересердя показала єму свій язик, а потім розплакалася і так зі слізьми на очах прибігла додому скорше, ніж брат. Стала скаржитися мамі:</w:t>
      </w:r>
    </w:p>
    <w:p>
      <w:r>
        <w:br/>
        <w:t>— Він мене на улиці прозиває! При людях каже: пульката!</w:t>
      </w:r>
    </w:p>
    <w:p>
      <w:r>
        <w:br/>
        <w:t>— Ну, ну, успокійся, вже я єго покараю. На, маєш яблуко!</w:t>
      </w:r>
    </w:p>
    <w:p>
      <w:r>
        <w:br/>
        <w:t>Яблуко було таке гарне, що можна було і рідного брата забути. Панна Зеня зараз затопила у нім свої білі зубки і почала їсти. Тільки ще дві сльози бриніли якийсь час на єї рум'янім, здоровім личку, та й ті небавом щезли, стерті рукою.</w:t>
      </w:r>
    </w:p>
    <w:p>
      <w:r>
        <w:br/>
        <w:t>1905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Образа честі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