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Обдарована</w:t>
      </w:r>
    </w:p>
    <w:p>
      <w:r>
        <w:br/>
        <w:t xml:space="preserve"> ОБДАРОВАНА*&lt;br /&gt;</w:t>
        <w:br/>
        <w:t>З води й землі створив Гефест Пандору,&lt;br /&gt;</w:t>
        <w:br/>
        <w:t>Афіна дала одіж злототкану,&lt;br /&gt;</w:t>
        <w:br/>
        <w:t>В сяйне намисто нанизала зорі —&lt;br /&gt;</w:t>
        <w:br/>
        <w:t>Небесні передвісники кохання.</w:t>
      </w:r>
    </w:p>
    <w:p>
      <w:r>
        <w:br/>
        <w:t>Прекрасна Афродіта їй на личко&lt;br /&gt;</w:t>
        <w:br/>
        <w:t>Метнула щедро золотого чару.&lt;br /&gt;</w:t>
        <w:br/>
        <w:t>І дуже файна вийшла молодичка,&lt;br /&gt;</w:t>
        <w:br/>
        <w:t>Та хоч кому до серця і до пари.</w:t>
      </w:r>
    </w:p>
    <w:p>
      <w:r>
        <w:br/>
        <w:t>Гефест мав трохи розуму вділити,&lt;br /&gt;</w:t>
        <w:br/>
        <w:t>І хитрощів та молодої хіті.&lt;br /&gt;</w:t>
        <w:br/>
        <w:t>Могла б і музам мізки задурити,&lt;br /&gt;</w:t>
        <w:br/>
        <w:t>Але потрапив у солодкі сіті</w:t>
      </w:r>
    </w:p>
    <w:p>
      <w:r>
        <w:br/>
        <w:t>Молодший брат самого Прометея…&lt;br /&gt;</w:t>
        <w:br/>
        <w:t>Не випадково. Наснували парки&lt;br /&gt;</w:t>
        <w:br/>
        <w:t>Прихід крізь білосніжні пропілеї,&lt;br /&gt;</w:t>
        <w:br/>
        <w:t>І величаву вогневію арку.</w:t>
      </w:r>
    </w:p>
    <w:p>
      <w:r>
        <w:br/>
        <w:t>І каже нам ота чудна історія,&lt;br /&gt;</w:t>
        <w:br/>
        <w:t>Що ізнічев’я олімпійські сили&lt;br /&gt;</w:t>
        <w:br/>
        <w:t>Обдарували чарівну Пандору,&lt;br /&gt;</w:t>
        <w:br/>
        <w:t>Й нічого за дари не попросили.</w:t>
      </w:r>
    </w:p>
    <w:p>
      <w:r>
        <w:br/>
        <w:t>Ну нашептали про таємну скриньку,&lt;br /&gt;</w:t>
        <w:br/>
        <w:t>Але то так... Без умислу й принуки.&lt;br /&gt;</w:t>
        <w:br/>
        <w:t>Хоча прегарна, та простолюдинка,&lt;br /&gt;</w:t>
        <w:br/>
        <w:t>З землі й води, ну правильно — з грязюки.</w:t>
      </w:r>
    </w:p>
    <w:p>
      <w:r>
        <w:br/>
        <w:t>Не на Олімпі ж їй розкошувати,&lt;br /&gt;</w:t>
        <w:br/>
        <w:t>Тамо богів набилося до купи,&lt;br /&gt;</w:t>
        <w:br/>
        <w:t>А тих скарбів не уже й багато,&lt;br /&gt;</w:t>
        <w:br/>
        <w:t>Того й гляди, не втерпить. Щось поцупить.</w:t>
      </w:r>
    </w:p>
    <w:p>
      <w:r>
        <w:br/>
        <w:t>Бо ж звикла, що усе лише для неї,&lt;br /&gt;</w:t>
        <w:br/>
        <w:t>І що нема ні в чому їй відмови,&lt;br /&gt;</w:t>
        <w:br/>
        <w:t>То й оддали її Епіметею —&lt;br /&gt;</w:t>
        <w:br/>
        <w:t>Не силоміць, з великої любові.</w:t>
      </w:r>
    </w:p>
    <w:p>
      <w:r>
        <w:br/>
        <w:t>Пустили в рід славетний та злодійський,&lt;br /&gt;</w:t>
        <w:br/>
        <w:t>Який дістав Зевеса до печінки,&lt;br /&gt;</w:t>
        <w:br/>
        <w:t>Знав дух лукавий, що ніяке військо&lt;br /&gt;</w:t>
        <w:br/>
        <w:t>Не зробить того, що цікава жінка.</w:t>
      </w:r>
    </w:p>
    <w:p>
      <w:r>
        <w:br/>
        <w:t>Що мучилася, колами ходила&lt;br /&gt;</w:t>
        <w:br/>
        <w:t>Біля отої темної шафарні,&lt;br /&gt;</w:t>
        <w:br/>
        <w:t>Життя зоскніло, чоловік не милий,&lt;br /&gt;</w:t>
        <w:br/>
        <w:t>Кусала губи. Але все намарно.</w:t>
      </w:r>
    </w:p>
    <w:p>
      <w:r>
        <w:br/>
        <w:t>Була хитренька, та, мабуть, блондинка,&lt;br /&gt;</w:t>
        <w:br/>
        <w:t>Накинула на себе покривало&lt;br /&gt;</w:t>
        <w:br/>
        <w:t>І поночі відкрила кляту скриньку,&lt;br /&gt;</w:t>
        <w:br/>
        <w:t>А що у ній? Вона того не знала…</w:t>
      </w:r>
    </w:p>
    <w:p>
      <w:r>
        <w:br/>
        <w:t>І прокляли її боги Олімпу,&lt;br /&gt;</w:t>
        <w:br/>
        <w:t>А люди відреклися від Пандори,&lt;br /&gt;</w:t>
        <w:br/>
        <w:t>Яка тоді з цікавості осліпла&lt;br /&gt;</w:t>
        <w:br/>
        <w:t>Та випустила страх, війну і горе,</w:t>
      </w:r>
    </w:p>
    <w:p>
      <w:r>
        <w:br/>
        <w:t>І запустила темне коловертя&lt;br /&gt;</w:t>
        <w:br/>
        <w:t>Де син на батька, і де брат на брата…&lt;br /&gt;</w:t>
        <w:br/>
        <w:t>За всі каліцтва, за хвороби, смерті&lt;br /&gt;</w:t>
        <w:br/>
        <w:t>На всі часи, в усіх світах проклята.</w:t>
      </w:r>
    </w:p>
    <w:p>
      <w:r>
        <w:br/>
        <w:t>Ніхто не зна, що сталося із нею&lt;br /&gt;</w:t>
        <w:br/>
        <w:t>Пустили голу, чи скаменували&lt;br /&gt;</w:t>
        <w:br/>
        <w:t>За біди, за гріхи, за Прометея,&lt;br /&gt;</w:t>
        <w:br/>
        <w:t>За те що жінка, і за те, що вкрала…</w:t>
      </w:r>
    </w:p>
    <w:p>
      <w:r>
        <w:br/>
        <w:t>Недобрим словом згадуєм сьогодні.&lt;br /&gt;</w:t>
        <w:br/>
        <w:t>І хто лише камінчика не кине…&lt;br /&gt;</w:t>
        <w:br/>
        <w:t>Хіба була нещасна чи голодна?&lt;br /&gt;</w:t>
        <w:br/>
        <w:t>Навіщо було заглядати в скриню?</w:t>
      </w:r>
    </w:p>
    <w:p>
      <w:r>
        <w:br/>
        <w:t>Оту гірку бездонну шабатуру&lt;br /&gt;</w:t>
        <w:br/>
        <w:t>Де всі хвороби й наслання Едіпа…&lt;br /&gt;</w:t>
        <w:br/>
        <w:t>Настали для людей часи похмурі,&lt;br /&gt;</w:t>
        <w:br/>
        <w:t>І смертоносні — для богів Олімпу.</w:t>
      </w:r>
    </w:p>
    <w:p>
      <w:r>
        <w:br/>
        <w:t>…А світ гуде. Руйнуються основи&lt;br /&gt;</w:t>
        <w:br/>
        <w:t>Горить земля і вичахають зорі.&lt;br /&gt;</w:t>
        <w:br/>
        <w:t>За ріки болю і людської крові…&lt;br /&gt;</w:t>
        <w:br/>
        <w:t>Завдячуєм допитливій Пандорі.</w:t>
      </w:r>
    </w:p>
    <w:p>
      <w:r>
        <w:br/>
        <w:t>І забуваєм, не один є сховок&lt;br /&gt;</w:t>
        <w:br/>
        <w:t>Незміряно таємних колотушок&lt;br /&gt;</w:t>
        <w:br/>
        <w:t>Де не лише секрети атомові,&lt;br /&gt;</w:t>
        <w:br/>
        <w:t>Де всі жахіння, що терзають душі.</w:t>
      </w:r>
    </w:p>
    <w:p>
      <w:r>
        <w:br/>
        <w:t>Усі ми заглядаємо в грядуще&lt;br /&gt;</w:t>
        <w:br/>
        <w:t>Та риємо самі собі могили.&lt;br /&gt;</w:t>
        <w:br/>
        <w:t>Бездонна скринька. Древня. Проклятуща.&lt;br /&gt;</w:t>
        <w:br/>
        <w:t>А ви самі? Ви б точно не відкрили?</w:t>
      </w:r>
    </w:p>
    <w:p>
      <w:r>
        <w:br/>
        <w:t>Пандо&amp;#769;ра (грец. &amp;#928;&amp;#945;&amp;#957;&amp;#948;&amp;#974;&amp;#961;&amp;#945; — всім обдарована)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Обдарована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