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вокзали, тривожні вокзали...</w:t>
      </w:r>
    </w:p>
    <w:p>
      <w:r>
        <w:br/>
        <w:t xml:space="preserve"> О, вокзали, тривожні вокзали!&lt;br /&gt;</w:t>
        <w:br/>
        <w:t>Перехрестя мого життя!&lt;br /&gt;</w:t>
        <w:br/>
        <w:t>Із проклятого вчора сигнали&lt;br /&gt;</w:t>
        <w:br/>
        <w:t>В таємничий морок летять…</w:t>
      </w:r>
    </w:p>
    <w:p>
      <w:r>
        <w:br/>
        <w:t>Уночі тут невтомно клекочуть&lt;br /&gt;</w:t>
        <w:br/>
        <w:t>Переплівшись бажання глухі,&lt;br /&gt;</w:t>
        <w:br/>
        <w:t>Тут сп’ялися у безвість очи —&lt;br /&gt;</w:t>
        <w:br/>
        <w:t>Північ – південь! Захід і схід!</w:t>
      </w:r>
    </w:p>
    <w:p>
      <w:r>
        <w:br/>
        <w:t>Як мій радісний, мій невірний,&lt;br /&gt;</w:t>
        <w:br/>
        <w:t>Неминучий мій шлях перейти?&lt;br /&gt;</w:t>
        <w:br/>
        <w:t>Там мій поїзд, як звір покірний,&lt;br /&gt;</w:t>
        <w:br/>
        <w:t>На двадцятій чекає путі…</w:t>
      </w:r>
    </w:p>
    <w:p>
      <w:r>
        <w:br/>
        <w:t>Що це – втеча? Любов? Шукання?&lt;br /&gt;</w:t>
        <w:br/>
        <w:t>І куди я, куди в туман?&lt;br /&gt;</w:t>
        <w:br/>
        <w:t>Де зустріне мене востаннє&lt;br /&gt;</w:t>
        <w:br/>
        <w:t>Хміль солодкий моїх оман?</w:t>
      </w:r>
    </w:p>
    <w:p>
      <w:r>
        <w:br/>
        <w:t>Чи за муром забутих станцій&lt;br /&gt;</w:t>
        <w:br/>
        <w:t>У задушливім, млоснім сні,&lt;br /&gt;</w:t>
        <w:br/>
        <w:t>У потворнім розмаянім танці&lt;br /&gt;</w:t>
        <w:br/>
        <w:t>Замаячать байдужі дні?</w:t>
      </w:r>
    </w:p>
    <w:p>
      <w:r>
        <w:br/>
        <w:t>Чи в імлі столиць галасливих&lt;br /&gt;</w:t>
        <w:br/>
        <w:t>В мерехтінні нічних ліхтарів?&lt;br /&gt;</w:t>
        <w:br/>
        <w:t>Я – не впіймана, я – щаслива&lt;br /&gt;</w:t>
        <w:br/>
        <w:t>Не лічитиму тижнів і днів?</w:t>
      </w:r>
    </w:p>
    <w:p>
      <w:r>
        <w:br/>
        <w:t>Знаю, знаю – і в щасті і в зраді&lt;br /&gt;</w:t>
        <w:br/>
        <w:t>Я почую далекий гудок,&lt;br /&gt;</w:t>
        <w:br/>
        <w:t>Знов і знов у химерній принаді&lt;br /&gt;</w:t>
        <w:br/>
        <w:t>Похитнеться упевнений крок…</w:t>
      </w:r>
    </w:p>
    <w:p>
      <w:r>
        <w:br/>
        <w:t>Знов і знов схід і захід назустріч!&lt;br /&gt;</w:t>
        <w:br/>
        <w:t>Північ – південь – обійми мені!&lt;br /&gt;</w:t>
        <w:br/>
        <w:t>Знов і знов у чарівному люстрі&lt;br /&gt;</w:t>
        <w:br/>
        <w:t>Я побачу сигнальні вогні…</w:t>
      </w:r>
    </w:p>
    <w:p>
      <w:r>
        <w:br/>
        <w:t>І шляхів мені буде замало,&lt;br /&gt;</w:t>
        <w:br/>
        <w:t>Щоб розвіять страшне небуття…&lt;br /&gt;</w:t>
        <w:br/>
        <w:t>О, вокзали, тривожні вокзали,&lt;br /&gt;</w:t>
        <w:br/>
        <w:t>Перехрестя мого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вокзали, тривожні вокзали...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